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6"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967F9D" w:rsidRPr="00A54A66" w14:paraId="5C147B4B" w14:textId="77777777" w:rsidTr="00967F9D">
        <w:trPr>
          <w:cantSplit/>
          <w:trHeight w:val="699"/>
        </w:trPr>
        <w:tc>
          <w:tcPr>
            <w:tcW w:w="1606" w:type="dxa"/>
            <w:vMerge w:val="restart"/>
            <w:vAlign w:val="center"/>
          </w:tcPr>
          <w:p w14:paraId="225EBF53" w14:textId="77777777" w:rsidR="00967F9D" w:rsidRPr="00A54A66" w:rsidRDefault="00967F9D" w:rsidP="00013DCB">
            <w:pPr>
              <w:keepNext/>
              <w:rPr>
                <w:lang w:val="ro-RO"/>
              </w:rPr>
            </w:pPr>
            <w:r w:rsidRPr="00A54A66">
              <w:rPr>
                <w:noProof/>
                <w:lang w:val="ro-RO"/>
              </w:rPr>
              <w:drawing>
                <wp:anchor distT="0" distB="0" distL="114300" distR="114300" simplePos="0" relativeHeight="251659264" behindDoc="1" locked="0" layoutInCell="1" allowOverlap="1" wp14:anchorId="268BF1A1" wp14:editId="61C16277">
                  <wp:simplePos x="0" y="0"/>
                  <wp:positionH relativeFrom="column">
                    <wp:posOffset>-62230</wp:posOffset>
                  </wp:positionH>
                  <wp:positionV relativeFrom="paragraph">
                    <wp:posOffset>-60960</wp:posOffset>
                  </wp:positionV>
                  <wp:extent cx="1009650" cy="1043940"/>
                  <wp:effectExtent l="0" t="0" r="0" b="3810"/>
                  <wp:wrapNone/>
                  <wp:docPr id="40473359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a:stretch>
                            <a:fillRect/>
                          </a:stretch>
                        </pic:blipFill>
                        <pic:spPr bwMode="auto">
                          <a:xfrm>
                            <a:off x="0" y="0"/>
                            <a:ext cx="1009650" cy="1043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030" w:type="dxa"/>
            <w:gridSpan w:val="3"/>
            <w:vAlign w:val="center"/>
          </w:tcPr>
          <w:p w14:paraId="27DE9E9B" w14:textId="77777777" w:rsidR="00967F9D" w:rsidRPr="00A54A66" w:rsidRDefault="00967F9D" w:rsidP="00013DCB">
            <w:pPr>
              <w:keepNext/>
              <w:rPr>
                <w:lang w:val="ro-RO"/>
              </w:rPr>
            </w:pPr>
            <w:r w:rsidRPr="00A54A66">
              <w:rPr>
                <w:b/>
                <w:color w:val="0D5F78"/>
                <w:lang w:val="ro-RO"/>
              </w:rPr>
              <w:t>Autoritatea administrației publice</w:t>
            </w:r>
          </w:p>
          <w:p w14:paraId="227776C7" w14:textId="77777777" w:rsidR="00967F9D" w:rsidRPr="00A54A66" w:rsidRDefault="00967F9D" w:rsidP="00013DCB">
            <w:pPr>
              <w:keepNext/>
              <w:rPr>
                <w:rFonts w:ascii="Trebuchet MS" w:hAnsi="Trebuchet MS"/>
                <w:sz w:val="22"/>
                <w:lang w:val="ro-RO"/>
              </w:rPr>
            </w:pPr>
            <w:r w:rsidRPr="00A54A66">
              <w:rPr>
                <w:rFonts w:ascii="Trebuchet MS" w:hAnsi="Trebuchet MS"/>
                <w:sz w:val="22"/>
                <w:lang w:val="ro-RO"/>
              </w:rPr>
              <w:t>MINISTERUL TRANSPORTURILOR ȘI INFRASTRUCTURII</w:t>
            </w:r>
          </w:p>
        </w:tc>
      </w:tr>
      <w:tr w:rsidR="00967F9D" w:rsidRPr="00D11D44" w14:paraId="777A97D5" w14:textId="77777777" w:rsidTr="00967F9D">
        <w:trPr>
          <w:cantSplit/>
          <w:trHeight w:val="510"/>
        </w:trPr>
        <w:tc>
          <w:tcPr>
            <w:tcW w:w="1606" w:type="dxa"/>
            <w:vMerge/>
          </w:tcPr>
          <w:p w14:paraId="18CAE5A2" w14:textId="77777777" w:rsidR="00967F9D" w:rsidRPr="00A54A66" w:rsidRDefault="00967F9D" w:rsidP="00013DCB">
            <w:pPr>
              <w:rPr>
                <w:lang w:val="ro-RO"/>
              </w:rPr>
            </w:pPr>
          </w:p>
        </w:tc>
        <w:tc>
          <w:tcPr>
            <w:tcW w:w="2409" w:type="dxa"/>
          </w:tcPr>
          <w:p w14:paraId="3AD83538" w14:textId="77777777" w:rsidR="00967F9D" w:rsidRPr="00A54A66" w:rsidRDefault="00967F9D" w:rsidP="00013DCB">
            <w:pPr>
              <w:keepNext/>
              <w:rPr>
                <w:lang w:val="ro-RO"/>
              </w:rPr>
            </w:pPr>
            <w:r w:rsidRPr="00A54A66">
              <w:rPr>
                <w:b/>
                <w:color w:val="0D5F78"/>
                <w:lang w:val="ro-RO"/>
              </w:rPr>
              <w:t>Cod de identificare fiscală (CIF)</w:t>
            </w:r>
          </w:p>
          <w:p w14:paraId="137E761F" w14:textId="77777777" w:rsidR="00967F9D" w:rsidRPr="00A54A66" w:rsidRDefault="00967F9D" w:rsidP="00013DCB">
            <w:pPr>
              <w:keepNext/>
              <w:rPr>
                <w:rFonts w:ascii="Trebuchet MS" w:hAnsi="Trebuchet MS"/>
                <w:sz w:val="22"/>
                <w:lang w:val="ro-RO"/>
              </w:rPr>
            </w:pPr>
            <w:r w:rsidRPr="00A54A66">
              <w:rPr>
                <w:rFonts w:ascii="Trebuchet MS" w:hAnsi="Trebuchet MS"/>
                <w:sz w:val="22"/>
                <w:lang w:val="ro-RO"/>
              </w:rPr>
              <w:t>13633330</w:t>
            </w:r>
          </w:p>
        </w:tc>
        <w:tc>
          <w:tcPr>
            <w:tcW w:w="5621" w:type="dxa"/>
            <w:gridSpan w:val="2"/>
          </w:tcPr>
          <w:p w14:paraId="75862F64" w14:textId="77777777" w:rsidR="00967F9D" w:rsidRPr="00A54A66" w:rsidRDefault="00967F9D" w:rsidP="00013DCB">
            <w:pPr>
              <w:keepNext/>
              <w:rPr>
                <w:lang w:val="ro-RO"/>
              </w:rPr>
            </w:pPr>
            <w:r w:rsidRPr="00A54A66">
              <w:rPr>
                <w:b/>
                <w:color w:val="0D5F78"/>
                <w:lang w:val="ro-RO"/>
              </w:rPr>
              <w:t>Adresa oficială</w:t>
            </w:r>
          </w:p>
          <w:p w14:paraId="37D50F02" w14:textId="77777777" w:rsidR="00967F9D" w:rsidRPr="00A54A66" w:rsidRDefault="00967F9D" w:rsidP="00013DCB">
            <w:pPr>
              <w:keepNext/>
              <w:rPr>
                <w:lang w:val="ro-RO"/>
              </w:rPr>
            </w:pPr>
            <w:r w:rsidRPr="00A54A66">
              <w:rPr>
                <w:i/>
                <w:color w:val="7A7A7A"/>
                <w:lang w:val="ro-RO"/>
              </w:rPr>
              <w:t>sediul · telefon · e-mail</w:t>
            </w:r>
          </w:p>
          <w:p w14:paraId="03AD86FD" w14:textId="77777777" w:rsidR="00967F9D" w:rsidRPr="00A54A66" w:rsidRDefault="00967F9D" w:rsidP="00013DCB">
            <w:pPr>
              <w:keepNext/>
              <w:rPr>
                <w:rFonts w:ascii="Trebuchet MS" w:hAnsi="Trebuchet MS"/>
                <w:sz w:val="22"/>
                <w:lang w:val="ro-RO"/>
              </w:rPr>
            </w:pPr>
            <w:r w:rsidRPr="00A54A66">
              <w:rPr>
                <w:rFonts w:ascii="Trebuchet MS" w:hAnsi="Trebuchet MS"/>
                <w:sz w:val="22"/>
                <w:lang w:val="ro-RO"/>
              </w:rPr>
              <w:t>B-dul Dinicu Golescu nr.38, Sector 1, București</w:t>
            </w:r>
          </w:p>
          <w:p w14:paraId="3320416C" w14:textId="77777777" w:rsidR="00967F9D" w:rsidRPr="00A54A66" w:rsidRDefault="00967F9D" w:rsidP="00013DCB">
            <w:pPr>
              <w:keepNext/>
              <w:rPr>
                <w:rFonts w:ascii="Trebuchet MS" w:hAnsi="Trebuchet MS"/>
                <w:sz w:val="22"/>
                <w:lang w:val="ro-RO"/>
              </w:rPr>
            </w:pPr>
            <w:r w:rsidRPr="00A54A66">
              <w:rPr>
                <w:rFonts w:ascii="Trebuchet MS" w:hAnsi="Trebuchet MS"/>
                <w:sz w:val="22"/>
                <w:lang w:val="ro-RO"/>
              </w:rPr>
              <w:t>https://www.mt.gov.ro</w:t>
            </w:r>
          </w:p>
        </w:tc>
      </w:tr>
      <w:tr w:rsidR="00967F9D" w:rsidRPr="00A54A66" w14:paraId="103512C2" w14:textId="77777777" w:rsidTr="00967F9D">
        <w:trPr>
          <w:cantSplit/>
          <w:trHeight w:val="677"/>
        </w:trPr>
        <w:tc>
          <w:tcPr>
            <w:tcW w:w="1606" w:type="dxa"/>
            <w:vMerge/>
          </w:tcPr>
          <w:p w14:paraId="351FD126" w14:textId="77777777" w:rsidR="00967F9D" w:rsidRPr="00A54A66" w:rsidRDefault="00967F9D" w:rsidP="00013DCB">
            <w:pPr>
              <w:rPr>
                <w:lang w:val="ro-RO"/>
              </w:rPr>
            </w:pPr>
          </w:p>
        </w:tc>
        <w:tc>
          <w:tcPr>
            <w:tcW w:w="4818" w:type="dxa"/>
            <w:gridSpan w:val="2"/>
          </w:tcPr>
          <w:p w14:paraId="20A76191" w14:textId="77777777" w:rsidR="00967F9D" w:rsidRPr="00A54A66" w:rsidRDefault="00967F9D" w:rsidP="00013DCB">
            <w:pPr>
              <w:keepNext/>
              <w:rPr>
                <w:lang w:val="ro-RO"/>
              </w:rPr>
            </w:pPr>
            <w:r w:rsidRPr="00A54A66">
              <w:rPr>
                <w:b/>
                <w:color w:val="0D5F78"/>
                <w:lang w:val="ro-RO"/>
              </w:rPr>
              <w:t>Număr de înregistrare</w:t>
            </w:r>
          </w:p>
          <w:p w14:paraId="5056CB72" w14:textId="77777777" w:rsidR="00967F9D" w:rsidRPr="00A54A66" w:rsidRDefault="00967F9D" w:rsidP="00013DCB">
            <w:pPr>
              <w:rPr>
                <w:lang w:val="ro-RO"/>
              </w:rPr>
            </w:pPr>
          </w:p>
        </w:tc>
        <w:tc>
          <w:tcPr>
            <w:tcW w:w="3212" w:type="dxa"/>
          </w:tcPr>
          <w:p w14:paraId="2CC7B11A" w14:textId="77777777" w:rsidR="00967F9D" w:rsidRPr="00A54A66" w:rsidRDefault="00967F9D" w:rsidP="00013DCB">
            <w:pPr>
              <w:rPr>
                <w:lang w:val="ro-RO"/>
              </w:rPr>
            </w:pPr>
            <w:r w:rsidRPr="00A54A66">
              <w:rPr>
                <w:b/>
                <w:color w:val="0D5F78"/>
                <w:lang w:val="ro-RO"/>
              </w:rPr>
              <w:t>Data</w:t>
            </w:r>
          </w:p>
          <w:p w14:paraId="03E20060" w14:textId="77777777" w:rsidR="00967F9D" w:rsidRPr="00A54A66" w:rsidRDefault="00967F9D" w:rsidP="00013DCB">
            <w:pPr>
              <w:rPr>
                <w:lang w:val="ro-RO"/>
              </w:rPr>
            </w:pPr>
          </w:p>
        </w:tc>
      </w:tr>
      <w:tr w:rsidR="00967F9D" w:rsidRPr="00A54A66" w14:paraId="02F5B0CA" w14:textId="77777777" w:rsidTr="00967F9D">
        <w:trPr>
          <w:cantSplit/>
        </w:trPr>
        <w:tc>
          <w:tcPr>
            <w:tcW w:w="9636" w:type="dxa"/>
            <w:gridSpan w:val="4"/>
            <w:shd w:val="clear" w:color="auto" w:fill="F0F0F0"/>
          </w:tcPr>
          <w:p w14:paraId="5F1D5293" w14:textId="77777777" w:rsidR="00967F9D" w:rsidRPr="00A54A66" w:rsidRDefault="00967F9D" w:rsidP="00013DCB">
            <w:pPr>
              <w:rPr>
                <w:lang w:val="ro-RO"/>
              </w:rPr>
            </w:pPr>
            <w:r w:rsidRPr="00A54A66">
              <w:rPr>
                <w:i/>
                <w:color w:val="595959"/>
                <w:lang w:val="ro-RO"/>
              </w:rPr>
              <w:t xml:space="preserve"> se completează de autoritate — solicitantul nu scrie în această zonă</w:t>
            </w:r>
          </w:p>
        </w:tc>
      </w:tr>
    </w:tbl>
    <w:p w14:paraId="0E0F6F3E" w14:textId="77777777" w:rsidR="00945CC5" w:rsidRPr="00A54A66" w:rsidRDefault="00FA7758" w:rsidP="003E706D">
      <w:pPr>
        <w:spacing w:before="140" w:after="40"/>
        <w:jc w:val="center"/>
        <w:rPr>
          <w:sz w:val="28"/>
          <w:szCs w:val="28"/>
          <w:lang w:val="ro-RO"/>
        </w:rPr>
      </w:pPr>
      <w:r w:rsidRPr="00A54A66">
        <w:rPr>
          <w:b/>
          <w:sz w:val="28"/>
          <w:szCs w:val="28"/>
          <w:lang w:val="ro-RO"/>
        </w:rPr>
        <w:t>CERERE</w:t>
      </w:r>
    </w:p>
    <w:p w14:paraId="757062F0" w14:textId="77777777" w:rsidR="00945CC5" w:rsidRPr="00A54A66" w:rsidRDefault="00945CC5">
      <w:pPr>
        <w:spacing w:after="60"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rsidRPr="00A54A66" w14:paraId="09778574" w14:textId="77777777">
        <w:trPr>
          <w:cantSplit/>
        </w:trPr>
        <w:tc>
          <w:tcPr>
            <w:tcW w:w="9636" w:type="dxa"/>
            <w:shd w:val="clear" w:color="auto" w:fill="F4F4F4"/>
          </w:tcPr>
          <w:p w14:paraId="73907F7B" w14:textId="77777777" w:rsidR="00945CC5" w:rsidRPr="00A54A66" w:rsidRDefault="00FA7758">
            <w:pPr>
              <w:keepNext/>
              <w:rPr>
                <w:lang w:val="ro-RO"/>
              </w:rPr>
            </w:pPr>
            <w:r w:rsidRPr="00A54A66">
              <w:rPr>
                <w:b/>
                <w:sz w:val="16"/>
                <w:lang w:val="ro-RO"/>
              </w:rPr>
              <w:t xml:space="preserve"> 1. </w:t>
            </w:r>
            <w:r w:rsidRPr="00A54A66">
              <w:rPr>
                <w:b/>
                <w:color w:val="000000"/>
                <w:sz w:val="18"/>
                <w:lang w:val="ro-RO"/>
              </w:rPr>
              <w:t>CĂTRE</w:t>
            </w:r>
          </w:p>
        </w:tc>
      </w:tr>
      <w:tr w:rsidR="00945CC5" w:rsidRPr="00A54A66" w14:paraId="238566F9" w14:textId="77777777">
        <w:trPr>
          <w:cantSplit/>
          <w:trHeight w:val="510"/>
        </w:trPr>
        <w:tc>
          <w:tcPr>
            <w:tcW w:w="9636" w:type="dxa"/>
          </w:tcPr>
          <w:p w14:paraId="494758AE" w14:textId="77777777" w:rsidR="00945CC5" w:rsidRPr="00A54A66" w:rsidRDefault="00FA7758">
            <w:pPr>
              <w:keepNext/>
              <w:rPr>
                <w:lang w:val="ro-RO"/>
              </w:rPr>
            </w:pPr>
            <w:r w:rsidRPr="00A54A66">
              <w:rPr>
                <w:b/>
                <w:color w:val="0D5F78"/>
                <w:lang w:val="ro-RO"/>
              </w:rPr>
              <w:t>Instituția</w:t>
            </w:r>
          </w:p>
          <w:p w14:paraId="5121E520" w14:textId="1B46D2D5" w:rsidR="00945CC5" w:rsidRPr="00A54A66" w:rsidRDefault="00227C45">
            <w:pPr>
              <w:keepNext/>
              <w:rPr>
                <w:lang w:val="ro-RO"/>
              </w:rPr>
            </w:pPr>
            <w:r w:rsidRPr="00A54A66">
              <w:rPr>
                <w:i/>
                <w:color w:val="7A7A7A"/>
                <w:lang w:val="ro-RO"/>
              </w:rPr>
              <w:t>MINISTERUL TRANSPORTURILOR ȘI INFRASTRUCTURII</w:t>
            </w:r>
            <w:r w:rsidR="00CC6C07" w:rsidRPr="00A54A66">
              <w:rPr>
                <w:i/>
                <w:color w:val="7A7A7A"/>
                <w:lang w:val="ro-RO"/>
              </w:rPr>
              <w:t>, prin direcția de specialitate</w:t>
            </w:r>
          </w:p>
          <w:p w14:paraId="1C5FD545" w14:textId="77777777" w:rsidR="00945CC5" w:rsidRPr="00A54A66" w:rsidRDefault="00945CC5">
            <w:pPr>
              <w:keepNext/>
              <w:rPr>
                <w:lang w:val="ro-RO"/>
              </w:rPr>
            </w:pPr>
          </w:p>
        </w:tc>
      </w:tr>
      <w:tr w:rsidR="00945CC5" w:rsidRPr="00A54A66" w14:paraId="66E960AE" w14:textId="77777777">
        <w:trPr>
          <w:cantSplit/>
        </w:trPr>
        <w:tc>
          <w:tcPr>
            <w:tcW w:w="9636" w:type="dxa"/>
            <w:shd w:val="clear" w:color="auto" w:fill="F4F4F4"/>
          </w:tcPr>
          <w:p w14:paraId="4FCC2D0E" w14:textId="292A463B" w:rsidR="00945CC5" w:rsidRPr="00A54A66" w:rsidRDefault="00945CC5">
            <w:pPr>
              <w:spacing w:line="228" w:lineRule="auto"/>
              <w:rPr>
                <w:lang w:val="ro-RO"/>
              </w:rPr>
            </w:pPr>
          </w:p>
        </w:tc>
      </w:tr>
    </w:tbl>
    <w:p w14:paraId="222ED0F3" w14:textId="77777777" w:rsidR="00945CC5" w:rsidRPr="00A54A66" w:rsidRDefault="00945CC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945CC5" w:rsidRPr="00A54A66" w14:paraId="5DF6A765" w14:textId="77777777">
        <w:trPr>
          <w:cantSplit/>
        </w:trPr>
        <w:tc>
          <w:tcPr>
            <w:tcW w:w="9636" w:type="dxa"/>
            <w:gridSpan w:val="8"/>
            <w:shd w:val="clear" w:color="auto" w:fill="F4F4F4"/>
          </w:tcPr>
          <w:p w14:paraId="7912B6AB" w14:textId="77777777" w:rsidR="00945CC5" w:rsidRPr="00A54A66" w:rsidRDefault="00FA7758">
            <w:pPr>
              <w:keepNext/>
              <w:rPr>
                <w:lang w:val="ro-RO"/>
              </w:rPr>
            </w:pPr>
            <w:r w:rsidRPr="00A54A66">
              <w:rPr>
                <w:b/>
                <w:sz w:val="16"/>
                <w:lang w:val="ro-RO"/>
              </w:rPr>
              <w:t xml:space="preserve"> 2. </w:t>
            </w:r>
            <w:r w:rsidRPr="00A54A66">
              <w:rPr>
                <w:b/>
                <w:color w:val="000000"/>
                <w:sz w:val="18"/>
                <w:lang w:val="ro-RO"/>
              </w:rPr>
              <w:t>SOLICITANTUL</w:t>
            </w:r>
          </w:p>
        </w:tc>
      </w:tr>
      <w:tr w:rsidR="00945CC5" w:rsidRPr="00A54A66" w14:paraId="7A5DF9D7" w14:textId="77777777">
        <w:trPr>
          <w:cantSplit/>
          <w:trHeight w:val="510"/>
        </w:trPr>
        <w:tc>
          <w:tcPr>
            <w:tcW w:w="5621" w:type="dxa"/>
            <w:gridSpan w:val="5"/>
          </w:tcPr>
          <w:p w14:paraId="5A80AF79" w14:textId="77777777" w:rsidR="00945CC5" w:rsidRPr="00A54A66" w:rsidRDefault="00FA7758">
            <w:pPr>
              <w:keepNext/>
              <w:rPr>
                <w:lang w:val="ro-RO"/>
              </w:rPr>
            </w:pPr>
            <w:r w:rsidRPr="00A54A66">
              <w:rPr>
                <w:b/>
                <w:color w:val="0D5F78"/>
                <w:lang w:val="ro-RO"/>
              </w:rPr>
              <w:t>Nume și prenume</w:t>
            </w:r>
          </w:p>
          <w:p w14:paraId="15D8905F" w14:textId="77777777" w:rsidR="00945CC5" w:rsidRPr="00A54A66" w:rsidRDefault="00945CC5">
            <w:pPr>
              <w:keepNext/>
              <w:rPr>
                <w:lang w:val="ro-RO"/>
              </w:rPr>
            </w:pPr>
          </w:p>
        </w:tc>
        <w:tc>
          <w:tcPr>
            <w:tcW w:w="4015" w:type="dxa"/>
            <w:gridSpan w:val="3"/>
          </w:tcPr>
          <w:p w14:paraId="30275711" w14:textId="77777777" w:rsidR="00945CC5" w:rsidRPr="00A54A66" w:rsidRDefault="00FA7758">
            <w:pPr>
              <w:keepNext/>
              <w:rPr>
                <w:lang w:val="ro-RO"/>
              </w:rPr>
            </w:pPr>
            <w:r w:rsidRPr="00A54A66">
              <w:rPr>
                <w:b/>
                <w:color w:val="0D5F78"/>
                <w:lang w:val="ro-RO"/>
              </w:rPr>
              <w:t>CNP</w:t>
            </w:r>
          </w:p>
          <w:p w14:paraId="7043F6BF" w14:textId="77777777" w:rsidR="00945CC5" w:rsidRPr="00A54A66" w:rsidRDefault="00945CC5">
            <w:pPr>
              <w:keepNext/>
              <w:rPr>
                <w:lang w:val="ro-RO"/>
              </w:rPr>
            </w:pPr>
          </w:p>
        </w:tc>
      </w:tr>
      <w:tr w:rsidR="00945CC5" w:rsidRPr="00A54A66" w14:paraId="6AC454D8" w14:textId="77777777">
        <w:trPr>
          <w:cantSplit/>
        </w:trPr>
        <w:tc>
          <w:tcPr>
            <w:tcW w:w="9636" w:type="dxa"/>
            <w:gridSpan w:val="8"/>
            <w:shd w:val="clear" w:color="auto" w:fill="F4F4F4"/>
          </w:tcPr>
          <w:p w14:paraId="0246A213" w14:textId="77777777" w:rsidR="00945CC5" w:rsidRPr="00A54A66" w:rsidRDefault="00FA7758">
            <w:pPr>
              <w:keepNext/>
              <w:rPr>
                <w:lang w:val="ro-RO"/>
              </w:rPr>
            </w:pPr>
            <w:r w:rsidRPr="00A54A66">
              <w:rPr>
                <w:sz w:val="16"/>
                <w:lang w:val="ro-RO"/>
              </w:rPr>
              <w:t xml:space="preserve"> Act de identitate</w:t>
            </w:r>
          </w:p>
        </w:tc>
      </w:tr>
      <w:tr w:rsidR="00945CC5" w:rsidRPr="00A54A66" w14:paraId="7B1D0B8A" w14:textId="77777777">
        <w:trPr>
          <w:cantSplit/>
          <w:trHeight w:val="510"/>
        </w:trPr>
        <w:tc>
          <w:tcPr>
            <w:tcW w:w="1606" w:type="dxa"/>
          </w:tcPr>
          <w:p w14:paraId="08F7C72E" w14:textId="77777777" w:rsidR="00945CC5" w:rsidRPr="00A54A66" w:rsidRDefault="00FA7758">
            <w:pPr>
              <w:keepNext/>
              <w:rPr>
                <w:lang w:val="ro-RO"/>
              </w:rPr>
            </w:pPr>
            <w:r w:rsidRPr="00A54A66">
              <w:rPr>
                <w:b/>
                <w:color w:val="0D5F78"/>
                <w:lang w:val="ro-RO"/>
              </w:rPr>
              <w:t>Seria</w:t>
            </w:r>
          </w:p>
          <w:p w14:paraId="24A0D8B3" w14:textId="77777777" w:rsidR="00945CC5" w:rsidRPr="00A54A66" w:rsidRDefault="00945CC5">
            <w:pPr>
              <w:keepNext/>
              <w:rPr>
                <w:lang w:val="ro-RO"/>
              </w:rPr>
            </w:pPr>
          </w:p>
        </w:tc>
        <w:tc>
          <w:tcPr>
            <w:tcW w:w="1606" w:type="dxa"/>
          </w:tcPr>
          <w:p w14:paraId="49A60C37" w14:textId="77777777" w:rsidR="00945CC5" w:rsidRPr="00A54A66" w:rsidRDefault="00FA7758">
            <w:pPr>
              <w:keepNext/>
              <w:rPr>
                <w:lang w:val="ro-RO"/>
              </w:rPr>
            </w:pPr>
            <w:r w:rsidRPr="00A54A66">
              <w:rPr>
                <w:b/>
                <w:color w:val="0D5F78"/>
                <w:lang w:val="ro-RO"/>
              </w:rPr>
              <w:t>Numărul</w:t>
            </w:r>
          </w:p>
          <w:p w14:paraId="022F74DF" w14:textId="77777777" w:rsidR="00945CC5" w:rsidRPr="00A54A66" w:rsidRDefault="00945CC5">
            <w:pPr>
              <w:keepNext/>
              <w:rPr>
                <w:lang w:val="ro-RO"/>
              </w:rPr>
            </w:pPr>
          </w:p>
        </w:tc>
        <w:tc>
          <w:tcPr>
            <w:tcW w:w="4818" w:type="dxa"/>
            <w:gridSpan w:val="5"/>
          </w:tcPr>
          <w:p w14:paraId="71A34F26" w14:textId="77777777" w:rsidR="00945CC5" w:rsidRPr="00A54A66" w:rsidRDefault="00FA7758">
            <w:pPr>
              <w:keepNext/>
              <w:rPr>
                <w:lang w:val="ro-RO"/>
              </w:rPr>
            </w:pPr>
            <w:r w:rsidRPr="00A54A66">
              <w:rPr>
                <w:b/>
                <w:color w:val="0D5F78"/>
                <w:lang w:val="ro-RO"/>
              </w:rPr>
              <w:t>Eliberat de</w:t>
            </w:r>
          </w:p>
          <w:p w14:paraId="2120513B" w14:textId="77777777" w:rsidR="00945CC5" w:rsidRPr="00A54A66" w:rsidRDefault="00945CC5">
            <w:pPr>
              <w:keepNext/>
              <w:rPr>
                <w:lang w:val="ro-RO"/>
              </w:rPr>
            </w:pPr>
          </w:p>
        </w:tc>
        <w:tc>
          <w:tcPr>
            <w:tcW w:w="1606" w:type="dxa"/>
          </w:tcPr>
          <w:p w14:paraId="6FD9088A" w14:textId="77777777" w:rsidR="00945CC5" w:rsidRPr="00A54A66" w:rsidRDefault="00FA7758">
            <w:pPr>
              <w:keepNext/>
              <w:rPr>
                <w:lang w:val="ro-RO"/>
              </w:rPr>
            </w:pPr>
            <w:r w:rsidRPr="00A54A66">
              <w:rPr>
                <w:b/>
                <w:color w:val="0D5F78"/>
                <w:lang w:val="ro-RO"/>
              </w:rPr>
              <w:t>La data</w:t>
            </w:r>
          </w:p>
          <w:p w14:paraId="74299A9A" w14:textId="77777777" w:rsidR="00945CC5" w:rsidRPr="00A54A66" w:rsidRDefault="00945CC5">
            <w:pPr>
              <w:keepNext/>
              <w:rPr>
                <w:lang w:val="ro-RO"/>
              </w:rPr>
            </w:pPr>
          </w:p>
        </w:tc>
      </w:tr>
      <w:tr w:rsidR="00945CC5" w:rsidRPr="00A54A66" w14:paraId="455316C8" w14:textId="77777777">
        <w:trPr>
          <w:cantSplit/>
        </w:trPr>
        <w:tc>
          <w:tcPr>
            <w:tcW w:w="9636" w:type="dxa"/>
            <w:gridSpan w:val="8"/>
            <w:shd w:val="clear" w:color="auto" w:fill="F4F4F4"/>
          </w:tcPr>
          <w:p w14:paraId="2450A83E" w14:textId="77777777" w:rsidR="00945CC5" w:rsidRPr="00A54A66" w:rsidRDefault="00FA7758">
            <w:pPr>
              <w:keepNext/>
              <w:rPr>
                <w:lang w:val="ro-RO"/>
              </w:rPr>
            </w:pPr>
            <w:r w:rsidRPr="00A54A66">
              <w:rPr>
                <w:sz w:val="16"/>
                <w:lang w:val="ro-RO"/>
              </w:rPr>
              <w:t xml:space="preserve"> Domiciliul</w:t>
            </w:r>
          </w:p>
        </w:tc>
      </w:tr>
      <w:tr w:rsidR="00945CC5" w:rsidRPr="00A54A66" w14:paraId="5650FA41" w14:textId="77777777">
        <w:trPr>
          <w:cantSplit/>
          <w:trHeight w:val="510"/>
        </w:trPr>
        <w:tc>
          <w:tcPr>
            <w:tcW w:w="3212" w:type="dxa"/>
            <w:gridSpan w:val="2"/>
          </w:tcPr>
          <w:p w14:paraId="1F9DE2B5" w14:textId="77777777" w:rsidR="00945CC5" w:rsidRPr="00A54A66" w:rsidRDefault="00FA7758">
            <w:pPr>
              <w:keepNext/>
              <w:rPr>
                <w:lang w:val="ro-RO"/>
              </w:rPr>
            </w:pPr>
            <w:r w:rsidRPr="00A54A66">
              <w:rPr>
                <w:b/>
                <w:color w:val="0D5F78"/>
                <w:lang w:val="ro-RO"/>
              </w:rPr>
              <w:t>Județul</w:t>
            </w:r>
          </w:p>
          <w:p w14:paraId="070EEA63" w14:textId="77777777" w:rsidR="00945CC5" w:rsidRPr="00A54A66" w:rsidRDefault="00945CC5">
            <w:pPr>
              <w:keepNext/>
              <w:rPr>
                <w:lang w:val="ro-RO"/>
              </w:rPr>
            </w:pPr>
          </w:p>
        </w:tc>
        <w:tc>
          <w:tcPr>
            <w:tcW w:w="3212" w:type="dxa"/>
            <w:gridSpan w:val="4"/>
          </w:tcPr>
          <w:p w14:paraId="62428705" w14:textId="77777777" w:rsidR="00945CC5" w:rsidRPr="00A54A66" w:rsidRDefault="00FA7758">
            <w:pPr>
              <w:keepNext/>
              <w:rPr>
                <w:lang w:val="ro-RO"/>
              </w:rPr>
            </w:pPr>
            <w:r w:rsidRPr="00A54A66">
              <w:rPr>
                <w:b/>
                <w:color w:val="0D5F78"/>
                <w:lang w:val="ro-RO"/>
              </w:rPr>
              <w:t>Municipiul / orașul / comuna</w:t>
            </w:r>
          </w:p>
          <w:p w14:paraId="2D42A75B" w14:textId="77777777" w:rsidR="00945CC5" w:rsidRPr="00A54A66" w:rsidRDefault="00945CC5">
            <w:pPr>
              <w:keepNext/>
              <w:rPr>
                <w:lang w:val="ro-RO"/>
              </w:rPr>
            </w:pPr>
          </w:p>
        </w:tc>
        <w:tc>
          <w:tcPr>
            <w:tcW w:w="3212" w:type="dxa"/>
            <w:gridSpan w:val="2"/>
          </w:tcPr>
          <w:p w14:paraId="711B0E0B" w14:textId="77777777" w:rsidR="00945CC5" w:rsidRPr="00A54A66" w:rsidRDefault="00FA7758">
            <w:pPr>
              <w:keepNext/>
              <w:rPr>
                <w:lang w:val="ro-RO"/>
              </w:rPr>
            </w:pPr>
            <w:r w:rsidRPr="00A54A66">
              <w:rPr>
                <w:b/>
                <w:color w:val="0D5F78"/>
                <w:lang w:val="ro-RO"/>
              </w:rPr>
              <w:t>Satul / sectorul</w:t>
            </w:r>
          </w:p>
          <w:p w14:paraId="35F6C0D8" w14:textId="77777777" w:rsidR="00945CC5" w:rsidRPr="00A54A66" w:rsidRDefault="00945CC5">
            <w:pPr>
              <w:keepNext/>
              <w:rPr>
                <w:lang w:val="ro-RO"/>
              </w:rPr>
            </w:pPr>
          </w:p>
        </w:tc>
      </w:tr>
      <w:tr w:rsidR="00945CC5" w:rsidRPr="00A54A66" w14:paraId="0883C693" w14:textId="77777777">
        <w:trPr>
          <w:cantSplit/>
          <w:trHeight w:val="510"/>
        </w:trPr>
        <w:tc>
          <w:tcPr>
            <w:tcW w:w="3212" w:type="dxa"/>
            <w:gridSpan w:val="2"/>
          </w:tcPr>
          <w:p w14:paraId="7B9D7D01" w14:textId="77777777" w:rsidR="00945CC5" w:rsidRPr="00A54A66" w:rsidRDefault="00FA7758">
            <w:pPr>
              <w:keepNext/>
              <w:rPr>
                <w:lang w:val="ro-RO"/>
              </w:rPr>
            </w:pPr>
            <w:r w:rsidRPr="00A54A66">
              <w:rPr>
                <w:b/>
                <w:color w:val="0D5F78"/>
                <w:lang w:val="ro-RO"/>
              </w:rPr>
              <w:t>Strada</w:t>
            </w:r>
          </w:p>
          <w:p w14:paraId="63D1970E" w14:textId="77777777" w:rsidR="00945CC5" w:rsidRPr="00A54A66" w:rsidRDefault="00945CC5">
            <w:pPr>
              <w:keepNext/>
              <w:rPr>
                <w:lang w:val="ro-RO"/>
              </w:rPr>
            </w:pPr>
          </w:p>
        </w:tc>
        <w:tc>
          <w:tcPr>
            <w:tcW w:w="803" w:type="dxa"/>
          </w:tcPr>
          <w:p w14:paraId="7A9CF27D" w14:textId="77777777" w:rsidR="00945CC5" w:rsidRPr="00A54A66" w:rsidRDefault="00FA7758">
            <w:pPr>
              <w:keepNext/>
              <w:rPr>
                <w:lang w:val="ro-RO"/>
              </w:rPr>
            </w:pPr>
            <w:r w:rsidRPr="00A54A66">
              <w:rPr>
                <w:b/>
                <w:color w:val="0D5F78"/>
                <w:lang w:val="ro-RO"/>
              </w:rPr>
              <w:t>Nr.</w:t>
            </w:r>
          </w:p>
          <w:p w14:paraId="720F8FA8" w14:textId="77777777" w:rsidR="00945CC5" w:rsidRPr="00A54A66" w:rsidRDefault="00945CC5">
            <w:pPr>
              <w:keepNext/>
              <w:rPr>
                <w:lang w:val="ro-RO"/>
              </w:rPr>
            </w:pPr>
          </w:p>
        </w:tc>
        <w:tc>
          <w:tcPr>
            <w:tcW w:w="803" w:type="dxa"/>
          </w:tcPr>
          <w:p w14:paraId="5A070FC0" w14:textId="77777777" w:rsidR="00945CC5" w:rsidRPr="00A54A66" w:rsidRDefault="00FA7758">
            <w:pPr>
              <w:keepNext/>
              <w:rPr>
                <w:lang w:val="ro-RO"/>
              </w:rPr>
            </w:pPr>
            <w:r w:rsidRPr="00A54A66">
              <w:rPr>
                <w:b/>
                <w:color w:val="0D5F78"/>
                <w:lang w:val="ro-RO"/>
              </w:rPr>
              <w:t>Sc.</w:t>
            </w:r>
          </w:p>
          <w:p w14:paraId="5BF40BFE" w14:textId="77777777" w:rsidR="00945CC5" w:rsidRPr="00A54A66" w:rsidRDefault="00945CC5">
            <w:pPr>
              <w:keepNext/>
              <w:rPr>
                <w:lang w:val="ro-RO"/>
              </w:rPr>
            </w:pPr>
          </w:p>
        </w:tc>
        <w:tc>
          <w:tcPr>
            <w:tcW w:w="803" w:type="dxa"/>
          </w:tcPr>
          <w:p w14:paraId="3C7D07E9" w14:textId="77777777" w:rsidR="00945CC5" w:rsidRPr="00A54A66" w:rsidRDefault="00FA7758">
            <w:pPr>
              <w:keepNext/>
              <w:rPr>
                <w:lang w:val="ro-RO"/>
              </w:rPr>
            </w:pPr>
            <w:r w:rsidRPr="00A54A66">
              <w:rPr>
                <w:b/>
                <w:color w:val="0D5F78"/>
                <w:lang w:val="ro-RO"/>
              </w:rPr>
              <w:t>Et.</w:t>
            </w:r>
          </w:p>
          <w:p w14:paraId="23A53A0E" w14:textId="77777777" w:rsidR="00945CC5" w:rsidRPr="00A54A66" w:rsidRDefault="00945CC5">
            <w:pPr>
              <w:keepNext/>
              <w:rPr>
                <w:lang w:val="ro-RO"/>
              </w:rPr>
            </w:pPr>
          </w:p>
        </w:tc>
        <w:tc>
          <w:tcPr>
            <w:tcW w:w="803" w:type="dxa"/>
          </w:tcPr>
          <w:p w14:paraId="14B0FEB5" w14:textId="77777777" w:rsidR="00945CC5" w:rsidRPr="00A54A66" w:rsidRDefault="00FA7758">
            <w:pPr>
              <w:keepNext/>
              <w:rPr>
                <w:lang w:val="ro-RO"/>
              </w:rPr>
            </w:pPr>
            <w:r w:rsidRPr="00A54A66">
              <w:rPr>
                <w:b/>
                <w:color w:val="0D5F78"/>
                <w:lang w:val="ro-RO"/>
              </w:rPr>
              <w:t>Ap.</w:t>
            </w:r>
          </w:p>
          <w:p w14:paraId="65283480" w14:textId="77777777" w:rsidR="00945CC5" w:rsidRPr="00A54A66" w:rsidRDefault="00945CC5">
            <w:pPr>
              <w:keepNext/>
              <w:rPr>
                <w:lang w:val="ro-RO"/>
              </w:rPr>
            </w:pPr>
          </w:p>
        </w:tc>
        <w:tc>
          <w:tcPr>
            <w:tcW w:w="1606" w:type="dxa"/>
          </w:tcPr>
          <w:p w14:paraId="52730F08" w14:textId="77777777" w:rsidR="00945CC5" w:rsidRPr="00A54A66" w:rsidRDefault="00FA7758">
            <w:pPr>
              <w:keepNext/>
              <w:rPr>
                <w:lang w:val="ro-RO"/>
              </w:rPr>
            </w:pPr>
            <w:r w:rsidRPr="00A54A66">
              <w:rPr>
                <w:b/>
                <w:color w:val="0D5F78"/>
                <w:lang w:val="ro-RO"/>
              </w:rPr>
              <w:t>Cod poștal</w:t>
            </w:r>
          </w:p>
          <w:p w14:paraId="23147B67" w14:textId="77777777" w:rsidR="00945CC5" w:rsidRPr="00A54A66" w:rsidRDefault="00945CC5">
            <w:pPr>
              <w:keepNext/>
              <w:rPr>
                <w:lang w:val="ro-RO"/>
              </w:rPr>
            </w:pPr>
          </w:p>
        </w:tc>
        <w:tc>
          <w:tcPr>
            <w:tcW w:w="1606" w:type="dxa"/>
          </w:tcPr>
          <w:p w14:paraId="63CEDB8F" w14:textId="77777777" w:rsidR="00945CC5" w:rsidRPr="00A54A66" w:rsidRDefault="00FA7758">
            <w:pPr>
              <w:keepNext/>
              <w:rPr>
                <w:lang w:val="ro-RO"/>
              </w:rPr>
            </w:pPr>
            <w:r w:rsidRPr="00A54A66">
              <w:rPr>
                <w:b/>
                <w:color w:val="0D5F78"/>
                <w:lang w:val="ro-RO"/>
              </w:rPr>
              <w:t>Țara</w:t>
            </w:r>
          </w:p>
          <w:p w14:paraId="11C9DF2F" w14:textId="77777777" w:rsidR="00945CC5" w:rsidRPr="00A54A66" w:rsidRDefault="00945CC5">
            <w:pPr>
              <w:keepNext/>
              <w:rPr>
                <w:lang w:val="ro-RO"/>
              </w:rPr>
            </w:pPr>
          </w:p>
        </w:tc>
      </w:tr>
      <w:tr w:rsidR="00945CC5" w:rsidRPr="00A54A66" w14:paraId="50CD5441" w14:textId="77777777">
        <w:trPr>
          <w:cantSplit/>
        </w:trPr>
        <w:tc>
          <w:tcPr>
            <w:tcW w:w="9636" w:type="dxa"/>
            <w:gridSpan w:val="8"/>
            <w:shd w:val="clear" w:color="auto" w:fill="F4F4F4"/>
          </w:tcPr>
          <w:p w14:paraId="4265A73B" w14:textId="77777777" w:rsidR="00945CC5" w:rsidRPr="00A54A66" w:rsidRDefault="00FA7758">
            <w:pPr>
              <w:keepNext/>
              <w:rPr>
                <w:lang w:val="ro-RO"/>
              </w:rPr>
            </w:pPr>
            <w:r w:rsidRPr="00A54A66">
              <w:rPr>
                <w:sz w:val="16"/>
                <w:lang w:val="ro-RO"/>
              </w:rPr>
              <w:t xml:space="preserve"> Date de contact</w:t>
            </w:r>
          </w:p>
        </w:tc>
      </w:tr>
      <w:tr w:rsidR="00945CC5" w:rsidRPr="00A54A66" w14:paraId="12A0BD9C" w14:textId="77777777">
        <w:trPr>
          <w:cantSplit/>
          <w:trHeight w:val="510"/>
        </w:trPr>
        <w:tc>
          <w:tcPr>
            <w:tcW w:w="4015" w:type="dxa"/>
            <w:gridSpan w:val="3"/>
          </w:tcPr>
          <w:p w14:paraId="702628F0" w14:textId="77777777" w:rsidR="00945CC5" w:rsidRPr="00A54A66" w:rsidRDefault="00FA7758">
            <w:pPr>
              <w:keepNext/>
              <w:rPr>
                <w:lang w:val="ro-RO"/>
              </w:rPr>
            </w:pPr>
            <w:r w:rsidRPr="00A54A66">
              <w:rPr>
                <w:b/>
                <w:color w:val="0D5F78"/>
                <w:lang w:val="ro-RO"/>
              </w:rPr>
              <w:t>Telefon / fax</w:t>
            </w:r>
          </w:p>
          <w:p w14:paraId="02FD6B8A" w14:textId="77777777" w:rsidR="00945CC5" w:rsidRPr="00A54A66" w:rsidRDefault="00945CC5">
            <w:pPr>
              <w:keepNext/>
              <w:rPr>
                <w:lang w:val="ro-RO"/>
              </w:rPr>
            </w:pPr>
          </w:p>
        </w:tc>
        <w:tc>
          <w:tcPr>
            <w:tcW w:w="5621" w:type="dxa"/>
            <w:gridSpan w:val="5"/>
          </w:tcPr>
          <w:p w14:paraId="4F13336C" w14:textId="77777777" w:rsidR="00945CC5" w:rsidRPr="00A54A66" w:rsidRDefault="00FA7758">
            <w:pPr>
              <w:keepNext/>
              <w:rPr>
                <w:lang w:val="ro-RO"/>
              </w:rPr>
            </w:pPr>
            <w:r w:rsidRPr="00A54A66">
              <w:rPr>
                <w:b/>
                <w:color w:val="0D5F78"/>
                <w:lang w:val="ro-RO"/>
              </w:rPr>
              <w:t>E-mail</w:t>
            </w:r>
          </w:p>
          <w:p w14:paraId="2EA8891C" w14:textId="77777777" w:rsidR="00945CC5" w:rsidRPr="00A54A66" w:rsidRDefault="00945CC5">
            <w:pPr>
              <w:keepNext/>
              <w:rPr>
                <w:lang w:val="ro-RO"/>
              </w:rPr>
            </w:pPr>
          </w:p>
        </w:tc>
      </w:tr>
      <w:tr w:rsidR="00945CC5" w:rsidRPr="00A54A66" w14:paraId="1F67BD8D" w14:textId="77777777">
        <w:trPr>
          <w:cantSplit/>
        </w:trPr>
        <w:tc>
          <w:tcPr>
            <w:tcW w:w="9636" w:type="dxa"/>
            <w:gridSpan w:val="8"/>
            <w:shd w:val="clear" w:color="auto" w:fill="F4F4F4"/>
          </w:tcPr>
          <w:p w14:paraId="3B96B342" w14:textId="77777777" w:rsidR="00945CC5" w:rsidRPr="00A54A66" w:rsidRDefault="00FA7758">
            <w:pPr>
              <w:keepNext/>
              <w:rPr>
                <w:lang w:val="ro-RO"/>
              </w:rPr>
            </w:pPr>
            <w:r w:rsidRPr="00A54A66">
              <w:rPr>
                <w:sz w:val="16"/>
                <w:lang w:val="ro-RO"/>
              </w:rPr>
              <w:t xml:space="preserve"> Reprezentare</w:t>
            </w:r>
          </w:p>
        </w:tc>
      </w:tr>
      <w:tr w:rsidR="00945CC5" w:rsidRPr="00A54A66" w14:paraId="0D454C92" w14:textId="77777777">
        <w:trPr>
          <w:cantSplit/>
          <w:trHeight w:val="510"/>
        </w:trPr>
        <w:tc>
          <w:tcPr>
            <w:tcW w:w="6424" w:type="dxa"/>
            <w:gridSpan w:val="6"/>
          </w:tcPr>
          <w:p w14:paraId="69DF8424" w14:textId="77777777" w:rsidR="00945CC5" w:rsidRPr="00A54A66" w:rsidRDefault="00FA7758">
            <w:pPr>
              <w:rPr>
                <w:lang w:val="ro-RO"/>
              </w:rPr>
            </w:pPr>
            <w:r w:rsidRPr="00A54A66">
              <w:rPr>
                <w:b/>
                <w:color w:val="0D5F78"/>
                <w:lang w:val="ro-RO"/>
              </w:rPr>
              <w:t>În calitate de reprezentant al</w:t>
            </w:r>
          </w:p>
          <w:p w14:paraId="3EDD4294" w14:textId="77777777" w:rsidR="00945CC5" w:rsidRPr="00A54A66" w:rsidRDefault="00945CC5">
            <w:pPr>
              <w:rPr>
                <w:lang w:val="ro-RO"/>
              </w:rPr>
            </w:pPr>
          </w:p>
        </w:tc>
        <w:tc>
          <w:tcPr>
            <w:tcW w:w="3212" w:type="dxa"/>
            <w:gridSpan w:val="2"/>
          </w:tcPr>
          <w:p w14:paraId="494FF803" w14:textId="67C9CF2C" w:rsidR="00945CC5" w:rsidRPr="00A54A66" w:rsidRDefault="00FA7758">
            <w:pPr>
              <w:rPr>
                <w:lang w:val="ro-RO"/>
              </w:rPr>
            </w:pPr>
            <w:r w:rsidRPr="00A54A66">
              <w:rPr>
                <w:b/>
                <w:color w:val="0D5F78"/>
                <w:lang w:val="ro-RO"/>
              </w:rPr>
              <w:t xml:space="preserve">CUI </w:t>
            </w:r>
            <w:r w:rsidR="000D747B" w:rsidRPr="00A54A66">
              <w:rPr>
                <w:b/>
                <w:color w:val="0D5F78"/>
                <w:lang w:val="ro-RO"/>
              </w:rPr>
              <w:t>/CIF</w:t>
            </w:r>
          </w:p>
          <w:p w14:paraId="1BEA7989" w14:textId="77777777" w:rsidR="00945CC5" w:rsidRPr="00A54A66" w:rsidRDefault="00945CC5">
            <w:pPr>
              <w:rPr>
                <w:lang w:val="ro-RO"/>
              </w:rPr>
            </w:pPr>
          </w:p>
        </w:tc>
      </w:tr>
    </w:tbl>
    <w:p w14:paraId="369741AD" w14:textId="77777777" w:rsidR="00945CC5" w:rsidRPr="00A54A66" w:rsidRDefault="00945CC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4015"/>
      </w:tblGrid>
      <w:tr w:rsidR="00945CC5" w:rsidRPr="00D11D44" w14:paraId="3CD3D17A" w14:textId="77777777">
        <w:trPr>
          <w:cantSplit/>
        </w:trPr>
        <w:tc>
          <w:tcPr>
            <w:tcW w:w="9636" w:type="dxa"/>
            <w:gridSpan w:val="4"/>
            <w:shd w:val="clear" w:color="auto" w:fill="F4F4F4"/>
          </w:tcPr>
          <w:p w14:paraId="63BF4C02" w14:textId="77777777" w:rsidR="00945CC5" w:rsidRPr="00A54A66" w:rsidRDefault="00FA7758">
            <w:pPr>
              <w:keepNext/>
              <w:rPr>
                <w:lang w:val="ro-RO"/>
              </w:rPr>
            </w:pPr>
            <w:r w:rsidRPr="00A54A66">
              <w:rPr>
                <w:b/>
                <w:sz w:val="16"/>
                <w:lang w:val="ro-RO"/>
              </w:rPr>
              <w:t xml:space="preserve"> 3. </w:t>
            </w:r>
            <w:r w:rsidRPr="00A54A66">
              <w:rPr>
                <w:b/>
                <w:color w:val="000000"/>
                <w:sz w:val="18"/>
                <w:lang w:val="ro-RO"/>
              </w:rPr>
              <w:t>TITULAR AL AUTORIZAȚIEI DE CONSTRUIRE</w:t>
            </w:r>
          </w:p>
        </w:tc>
      </w:tr>
      <w:tr w:rsidR="00945CC5" w:rsidRPr="00A54A66" w14:paraId="0EE43FF5" w14:textId="77777777">
        <w:trPr>
          <w:cantSplit/>
          <w:trHeight w:val="510"/>
        </w:trPr>
        <w:tc>
          <w:tcPr>
            <w:tcW w:w="1606" w:type="dxa"/>
          </w:tcPr>
          <w:p w14:paraId="25180C9D" w14:textId="77777777" w:rsidR="00945CC5" w:rsidRPr="00A54A66" w:rsidRDefault="00FA7758">
            <w:pPr>
              <w:rPr>
                <w:lang w:val="ro-RO"/>
              </w:rPr>
            </w:pPr>
            <w:r w:rsidRPr="00A54A66">
              <w:rPr>
                <w:b/>
                <w:color w:val="0D5F78"/>
                <w:lang w:val="ro-RO"/>
              </w:rPr>
              <w:t>Nr.</w:t>
            </w:r>
          </w:p>
          <w:p w14:paraId="26A8ADF7" w14:textId="77777777" w:rsidR="00945CC5" w:rsidRPr="00A54A66" w:rsidRDefault="00945CC5">
            <w:pPr>
              <w:rPr>
                <w:lang w:val="ro-RO"/>
              </w:rPr>
            </w:pPr>
          </w:p>
        </w:tc>
        <w:tc>
          <w:tcPr>
            <w:tcW w:w="1606" w:type="dxa"/>
          </w:tcPr>
          <w:p w14:paraId="3026A8C9" w14:textId="77777777" w:rsidR="00945CC5" w:rsidRPr="00A54A66" w:rsidRDefault="00FA7758">
            <w:pPr>
              <w:rPr>
                <w:lang w:val="ro-RO"/>
              </w:rPr>
            </w:pPr>
            <w:r w:rsidRPr="00A54A66">
              <w:rPr>
                <w:b/>
                <w:color w:val="0D5F78"/>
                <w:lang w:val="ro-RO"/>
              </w:rPr>
              <w:t>Din data</w:t>
            </w:r>
          </w:p>
          <w:p w14:paraId="5625E881" w14:textId="77777777" w:rsidR="00945CC5" w:rsidRPr="00A54A66" w:rsidRDefault="00945CC5">
            <w:pPr>
              <w:rPr>
                <w:lang w:val="ro-RO"/>
              </w:rPr>
            </w:pPr>
          </w:p>
        </w:tc>
        <w:tc>
          <w:tcPr>
            <w:tcW w:w="2409" w:type="dxa"/>
          </w:tcPr>
          <w:p w14:paraId="075593A1" w14:textId="77777777" w:rsidR="00945CC5" w:rsidRPr="00A54A66" w:rsidRDefault="00FA7758">
            <w:pPr>
              <w:rPr>
                <w:lang w:val="ro-RO"/>
              </w:rPr>
            </w:pPr>
            <w:r w:rsidRPr="00A54A66">
              <w:rPr>
                <w:b/>
                <w:color w:val="0D5F78"/>
                <w:lang w:val="ro-RO"/>
              </w:rPr>
              <w:t>Termen de valabilitate</w:t>
            </w:r>
          </w:p>
          <w:p w14:paraId="790D3724" w14:textId="77777777" w:rsidR="00945CC5" w:rsidRPr="00A54A66" w:rsidRDefault="00945CC5">
            <w:pPr>
              <w:rPr>
                <w:lang w:val="ro-RO"/>
              </w:rPr>
            </w:pPr>
          </w:p>
        </w:tc>
        <w:tc>
          <w:tcPr>
            <w:tcW w:w="4015" w:type="dxa"/>
          </w:tcPr>
          <w:p w14:paraId="0B094E00" w14:textId="77777777" w:rsidR="00945CC5" w:rsidRPr="00A54A66" w:rsidRDefault="00FA7758">
            <w:pPr>
              <w:rPr>
                <w:lang w:val="ro-RO"/>
              </w:rPr>
            </w:pPr>
            <w:r w:rsidRPr="00A54A66">
              <w:rPr>
                <w:b/>
                <w:color w:val="0D5F78"/>
                <w:lang w:val="ro-RO"/>
              </w:rPr>
              <w:t>Emisă de</w:t>
            </w:r>
          </w:p>
          <w:p w14:paraId="7F021B74" w14:textId="77777777" w:rsidR="00945CC5" w:rsidRPr="00A54A66" w:rsidRDefault="00945CC5">
            <w:pPr>
              <w:rPr>
                <w:lang w:val="ro-RO"/>
              </w:rPr>
            </w:pPr>
          </w:p>
        </w:tc>
      </w:tr>
    </w:tbl>
    <w:p w14:paraId="65765592" w14:textId="77777777" w:rsidR="00945CC5" w:rsidRPr="00A54A66" w:rsidRDefault="00945CC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945CC5" w:rsidRPr="00A54A66" w14:paraId="1264DDA5" w14:textId="77777777">
        <w:trPr>
          <w:cantSplit/>
        </w:trPr>
        <w:tc>
          <w:tcPr>
            <w:tcW w:w="9636" w:type="dxa"/>
            <w:gridSpan w:val="6"/>
            <w:shd w:val="clear" w:color="auto" w:fill="F4F4F4"/>
          </w:tcPr>
          <w:p w14:paraId="07BDAB64" w14:textId="77777777" w:rsidR="00945CC5" w:rsidRPr="00A54A66" w:rsidRDefault="00FA7758">
            <w:pPr>
              <w:keepNext/>
              <w:rPr>
                <w:lang w:val="ro-RO"/>
              </w:rPr>
            </w:pPr>
            <w:r w:rsidRPr="00A54A66">
              <w:rPr>
                <w:b/>
                <w:sz w:val="16"/>
                <w:lang w:val="ro-RO"/>
              </w:rPr>
              <w:t xml:space="preserve"> 4. </w:t>
            </w:r>
            <w:r w:rsidRPr="00A54A66">
              <w:rPr>
                <w:b/>
                <w:color w:val="000000"/>
                <w:sz w:val="18"/>
                <w:lang w:val="ro-RO"/>
              </w:rPr>
              <w:t>IMOBILUL</w:t>
            </w:r>
          </w:p>
        </w:tc>
      </w:tr>
      <w:tr w:rsidR="00945CC5" w:rsidRPr="00A54A66" w14:paraId="4FD0E8F7" w14:textId="77777777">
        <w:trPr>
          <w:cantSplit/>
        </w:trPr>
        <w:tc>
          <w:tcPr>
            <w:tcW w:w="9636" w:type="dxa"/>
            <w:gridSpan w:val="6"/>
          </w:tcPr>
          <w:p w14:paraId="4297ACE7" w14:textId="77777777" w:rsidR="00945CC5" w:rsidRPr="00A54A66" w:rsidRDefault="00FA7758">
            <w:pPr>
              <w:keepNext/>
              <w:rPr>
                <w:lang w:val="ro-RO"/>
              </w:rPr>
            </w:pPr>
            <w:r w:rsidRPr="00A54A66">
              <w:rPr>
                <w:sz w:val="16"/>
                <w:lang w:val="ro-RO"/>
              </w:rPr>
              <w:t xml:space="preserve"> ☐ teren     ☐ construcții</w:t>
            </w:r>
          </w:p>
        </w:tc>
      </w:tr>
      <w:tr w:rsidR="00945CC5" w:rsidRPr="00A54A66" w14:paraId="1B7BC578" w14:textId="77777777">
        <w:trPr>
          <w:cantSplit/>
          <w:trHeight w:val="510"/>
        </w:trPr>
        <w:tc>
          <w:tcPr>
            <w:tcW w:w="3212" w:type="dxa"/>
            <w:gridSpan w:val="2"/>
          </w:tcPr>
          <w:p w14:paraId="1C863DC6" w14:textId="77777777" w:rsidR="00945CC5" w:rsidRPr="00A54A66" w:rsidRDefault="00FA7758">
            <w:pPr>
              <w:keepNext/>
              <w:rPr>
                <w:lang w:val="ro-RO"/>
              </w:rPr>
            </w:pPr>
            <w:r w:rsidRPr="00A54A66">
              <w:rPr>
                <w:b/>
                <w:color w:val="0D5F78"/>
                <w:lang w:val="ro-RO"/>
              </w:rPr>
              <w:t>Județ</w:t>
            </w:r>
          </w:p>
          <w:p w14:paraId="64FC99F0" w14:textId="77777777" w:rsidR="00945CC5" w:rsidRPr="00A54A66" w:rsidRDefault="00945CC5">
            <w:pPr>
              <w:keepNext/>
              <w:rPr>
                <w:lang w:val="ro-RO"/>
              </w:rPr>
            </w:pPr>
          </w:p>
        </w:tc>
        <w:tc>
          <w:tcPr>
            <w:tcW w:w="3212" w:type="dxa"/>
            <w:gridSpan w:val="2"/>
          </w:tcPr>
          <w:p w14:paraId="49AA7131" w14:textId="77777777" w:rsidR="00945CC5" w:rsidRPr="00A54A66" w:rsidRDefault="00FA7758">
            <w:pPr>
              <w:keepNext/>
              <w:rPr>
                <w:lang w:val="ro-RO"/>
              </w:rPr>
            </w:pPr>
            <w:r w:rsidRPr="00A54A66">
              <w:rPr>
                <w:b/>
                <w:color w:val="0D5F78"/>
                <w:lang w:val="ro-RO"/>
              </w:rPr>
              <w:t>Municipiu / oraș / comună</w:t>
            </w:r>
          </w:p>
          <w:p w14:paraId="2AC538F2" w14:textId="77777777" w:rsidR="00945CC5" w:rsidRPr="00A54A66" w:rsidRDefault="00945CC5">
            <w:pPr>
              <w:keepNext/>
              <w:rPr>
                <w:lang w:val="ro-RO"/>
              </w:rPr>
            </w:pPr>
          </w:p>
        </w:tc>
        <w:tc>
          <w:tcPr>
            <w:tcW w:w="3212" w:type="dxa"/>
            <w:gridSpan w:val="2"/>
          </w:tcPr>
          <w:p w14:paraId="6B267514" w14:textId="77777777" w:rsidR="00945CC5" w:rsidRPr="00A54A66" w:rsidRDefault="00FA7758">
            <w:pPr>
              <w:keepNext/>
              <w:rPr>
                <w:lang w:val="ro-RO"/>
              </w:rPr>
            </w:pPr>
            <w:r w:rsidRPr="00A54A66">
              <w:rPr>
                <w:b/>
                <w:color w:val="0D5F78"/>
                <w:lang w:val="ro-RO"/>
              </w:rPr>
              <w:t>Sat / sector</w:t>
            </w:r>
          </w:p>
          <w:p w14:paraId="3D665FF3" w14:textId="77777777" w:rsidR="00945CC5" w:rsidRPr="00A54A66" w:rsidRDefault="00945CC5">
            <w:pPr>
              <w:keepNext/>
              <w:rPr>
                <w:lang w:val="ro-RO"/>
              </w:rPr>
            </w:pPr>
          </w:p>
        </w:tc>
      </w:tr>
      <w:tr w:rsidR="00945CC5" w:rsidRPr="00A54A66" w14:paraId="5929CEED" w14:textId="77777777">
        <w:trPr>
          <w:cantSplit/>
          <w:trHeight w:val="510"/>
        </w:trPr>
        <w:tc>
          <w:tcPr>
            <w:tcW w:w="1606" w:type="dxa"/>
          </w:tcPr>
          <w:p w14:paraId="76535E6A" w14:textId="77777777" w:rsidR="00945CC5" w:rsidRPr="00A54A66" w:rsidRDefault="00FA7758">
            <w:pPr>
              <w:keepNext/>
              <w:rPr>
                <w:lang w:val="ro-RO"/>
              </w:rPr>
            </w:pPr>
            <w:r w:rsidRPr="00A54A66">
              <w:rPr>
                <w:b/>
                <w:color w:val="0D5F78"/>
                <w:lang w:val="ro-RO"/>
              </w:rPr>
              <w:t>Cod poștal</w:t>
            </w:r>
          </w:p>
          <w:p w14:paraId="7759EFD5" w14:textId="77777777" w:rsidR="00945CC5" w:rsidRPr="00A54A66" w:rsidRDefault="00945CC5">
            <w:pPr>
              <w:keepNext/>
              <w:rPr>
                <w:lang w:val="ro-RO"/>
              </w:rPr>
            </w:pPr>
          </w:p>
        </w:tc>
        <w:tc>
          <w:tcPr>
            <w:tcW w:w="4818" w:type="dxa"/>
            <w:gridSpan w:val="3"/>
          </w:tcPr>
          <w:p w14:paraId="5052AACD" w14:textId="77777777" w:rsidR="00945CC5" w:rsidRPr="00A54A66" w:rsidRDefault="00FA7758">
            <w:pPr>
              <w:keepNext/>
              <w:rPr>
                <w:lang w:val="ro-RO"/>
              </w:rPr>
            </w:pPr>
            <w:r w:rsidRPr="00A54A66">
              <w:rPr>
                <w:b/>
                <w:color w:val="0D5F78"/>
                <w:lang w:val="ro-RO"/>
              </w:rPr>
              <w:t>Strada</w:t>
            </w:r>
          </w:p>
          <w:p w14:paraId="0E6F4E05" w14:textId="77777777" w:rsidR="00945CC5" w:rsidRPr="00A54A66" w:rsidRDefault="00945CC5">
            <w:pPr>
              <w:keepNext/>
              <w:rPr>
                <w:lang w:val="ro-RO"/>
              </w:rPr>
            </w:pPr>
          </w:p>
        </w:tc>
        <w:tc>
          <w:tcPr>
            <w:tcW w:w="803" w:type="dxa"/>
          </w:tcPr>
          <w:p w14:paraId="5F10DD99" w14:textId="77777777" w:rsidR="00945CC5" w:rsidRPr="00A54A66" w:rsidRDefault="00FA7758">
            <w:pPr>
              <w:keepNext/>
              <w:rPr>
                <w:lang w:val="ro-RO"/>
              </w:rPr>
            </w:pPr>
            <w:r w:rsidRPr="00A54A66">
              <w:rPr>
                <w:b/>
                <w:color w:val="0D5F78"/>
                <w:lang w:val="ro-RO"/>
              </w:rPr>
              <w:t>Nr.</w:t>
            </w:r>
          </w:p>
          <w:p w14:paraId="251210DF" w14:textId="77777777" w:rsidR="00945CC5" w:rsidRPr="00A54A66" w:rsidRDefault="00945CC5">
            <w:pPr>
              <w:keepNext/>
              <w:rPr>
                <w:lang w:val="ro-RO"/>
              </w:rPr>
            </w:pPr>
          </w:p>
        </w:tc>
        <w:tc>
          <w:tcPr>
            <w:tcW w:w="2409" w:type="dxa"/>
          </w:tcPr>
          <w:p w14:paraId="411E1021" w14:textId="77777777" w:rsidR="00945CC5" w:rsidRPr="00A54A66" w:rsidRDefault="00FA7758">
            <w:pPr>
              <w:keepNext/>
              <w:rPr>
                <w:lang w:val="ro-RO"/>
              </w:rPr>
            </w:pPr>
            <w:r w:rsidRPr="00A54A66">
              <w:rPr>
                <w:b/>
                <w:color w:val="0D5F78"/>
                <w:lang w:val="ro-RO"/>
              </w:rPr>
              <w:t>Bl. / sc. / et. / ap.</w:t>
            </w:r>
          </w:p>
          <w:p w14:paraId="395DA904" w14:textId="77777777" w:rsidR="00945CC5" w:rsidRPr="00A54A66" w:rsidRDefault="00945CC5">
            <w:pPr>
              <w:keepNext/>
              <w:rPr>
                <w:lang w:val="ro-RO"/>
              </w:rPr>
            </w:pPr>
          </w:p>
        </w:tc>
      </w:tr>
      <w:tr w:rsidR="00945CC5" w:rsidRPr="00A54A66" w14:paraId="6A810400" w14:textId="77777777">
        <w:trPr>
          <w:cantSplit/>
          <w:trHeight w:val="510"/>
        </w:trPr>
        <w:tc>
          <w:tcPr>
            <w:tcW w:w="5621" w:type="dxa"/>
            <w:gridSpan w:val="3"/>
          </w:tcPr>
          <w:p w14:paraId="33F43716" w14:textId="77777777" w:rsidR="00945CC5" w:rsidRPr="00A54A66" w:rsidRDefault="00FA7758">
            <w:pPr>
              <w:keepNext/>
              <w:rPr>
                <w:lang w:val="ro-RO"/>
              </w:rPr>
            </w:pPr>
            <w:r w:rsidRPr="00A54A66">
              <w:rPr>
                <w:b/>
                <w:color w:val="0D5F78"/>
                <w:lang w:val="ro-RO"/>
              </w:rPr>
              <w:t>Număr cadastral</w:t>
            </w:r>
          </w:p>
          <w:p w14:paraId="3AF20A6E" w14:textId="77777777" w:rsidR="00945CC5" w:rsidRPr="00A54A66" w:rsidRDefault="00FA7758">
            <w:pPr>
              <w:keepNext/>
              <w:rPr>
                <w:lang w:val="ro-RO"/>
              </w:rPr>
            </w:pPr>
            <w:r w:rsidRPr="00A54A66">
              <w:rPr>
                <w:i/>
                <w:color w:val="7A7A7A"/>
                <w:lang w:val="ro-RO"/>
              </w:rPr>
              <w:t>dacă imobilul e înscris în e-Terra</w:t>
            </w:r>
          </w:p>
          <w:p w14:paraId="7286E3B7" w14:textId="77777777" w:rsidR="00945CC5" w:rsidRPr="00A54A66" w:rsidRDefault="00945CC5">
            <w:pPr>
              <w:keepNext/>
              <w:rPr>
                <w:lang w:val="ro-RO"/>
              </w:rPr>
            </w:pPr>
          </w:p>
        </w:tc>
        <w:tc>
          <w:tcPr>
            <w:tcW w:w="4015" w:type="dxa"/>
            <w:gridSpan w:val="3"/>
          </w:tcPr>
          <w:p w14:paraId="3BDAE7CE" w14:textId="77777777" w:rsidR="00945CC5" w:rsidRPr="00A54A66" w:rsidRDefault="00FA7758">
            <w:pPr>
              <w:keepNext/>
              <w:rPr>
                <w:lang w:val="ro-RO"/>
              </w:rPr>
            </w:pPr>
            <w:r w:rsidRPr="00A54A66">
              <w:rPr>
                <w:b/>
                <w:color w:val="0D5F78"/>
                <w:lang w:val="ro-RO"/>
              </w:rPr>
              <w:t>Carte funciară nr.</w:t>
            </w:r>
          </w:p>
          <w:p w14:paraId="57FB9B48" w14:textId="77777777" w:rsidR="00945CC5" w:rsidRPr="00A54A66" w:rsidRDefault="00945CC5">
            <w:pPr>
              <w:keepNext/>
              <w:rPr>
                <w:lang w:val="ro-RO"/>
              </w:rPr>
            </w:pPr>
          </w:p>
        </w:tc>
      </w:tr>
      <w:tr w:rsidR="00945CC5" w:rsidRPr="00D11D44" w14:paraId="382A7F45" w14:textId="77777777">
        <w:trPr>
          <w:cantSplit/>
        </w:trPr>
        <w:tc>
          <w:tcPr>
            <w:tcW w:w="9636" w:type="dxa"/>
            <w:gridSpan w:val="6"/>
          </w:tcPr>
          <w:p w14:paraId="728374F3" w14:textId="77777777" w:rsidR="00945CC5" w:rsidRPr="00A54A66" w:rsidRDefault="00FA7758">
            <w:pPr>
              <w:rPr>
                <w:lang w:val="ro-RO"/>
              </w:rPr>
            </w:pPr>
            <w:r w:rsidRPr="00A54A66">
              <w:rPr>
                <w:sz w:val="16"/>
                <w:lang w:val="ro-RO"/>
              </w:rPr>
              <w:t xml:space="preserve"> ☐ extras de carte funciară actualizat, anexat     ☐ plan de încadrare în zonă în sistem Stereo 70, anexat</w:t>
            </w:r>
          </w:p>
        </w:tc>
      </w:tr>
    </w:tbl>
    <w:p w14:paraId="1D5E42A5" w14:textId="11CEC3B1" w:rsidR="00945CC5" w:rsidRPr="00A54A66" w:rsidRDefault="00FA7758" w:rsidP="003E706D">
      <w:pPr>
        <w:spacing w:before="80" w:after="60"/>
        <w:jc w:val="center"/>
        <w:rPr>
          <w:lang w:val="ro-RO"/>
        </w:rPr>
      </w:pPr>
      <w:r w:rsidRPr="00A54A66">
        <w:rPr>
          <w:sz w:val="18"/>
          <w:lang w:val="ro-RO"/>
        </w:rPr>
        <w:t>în conformitate cu prevederile art. 293</w:t>
      </w:r>
      <w:r w:rsidR="000D747B" w:rsidRPr="00A54A66">
        <w:rPr>
          <w:sz w:val="18"/>
          <w:lang w:val="ro-RO"/>
        </w:rPr>
        <w:t xml:space="preserve"> și art.329 alin.(3)</w:t>
      </w:r>
      <w:r w:rsidRPr="00A54A66">
        <w:rPr>
          <w:sz w:val="18"/>
          <w:lang w:val="ro-RO"/>
        </w:rPr>
        <w:t xml:space="preserve"> din Legea nr. 169/2026 privind Codul amenajării teritoriului, urbanismului și construcțiilor, solicit emiterea</w:t>
      </w:r>
    </w:p>
    <w:p w14:paraId="6DBB5635" w14:textId="77777777" w:rsidR="00945CC5" w:rsidRPr="00A54A66" w:rsidRDefault="00FA7758">
      <w:pPr>
        <w:spacing w:after="160"/>
        <w:jc w:val="center"/>
        <w:rPr>
          <w:lang w:val="ro-RO"/>
        </w:rPr>
      </w:pPr>
      <w:r w:rsidRPr="00A54A66">
        <w:rPr>
          <w:b/>
          <w:sz w:val="20"/>
          <w:lang w:val="ro-RO"/>
        </w:rPr>
        <w:t>AUTORIZAȚIEI DE MODIFICARE</w:t>
      </w:r>
    </w:p>
    <w:p w14:paraId="2C3182FB" w14:textId="7446FCB0" w:rsidR="00945CC5" w:rsidRPr="00A54A66" w:rsidRDefault="00FA7758">
      <w:pPr>
        <w:spacing w:after="120"/>
        <w:jc w:val="center"/>
        <w:rPr>
          <w:lang w:val="ro-RO"/>
        </w:rPr>
      </w:pPr>
      <w:r w:rsidRPr="00A54A66">
        <w:rPr>
          <w:sz w:val="19"/>
          <w:lang w:val="ro-RO"/>
        </w:rPr>
        <w:t>în vederea realizării lucrărilor corespunzătoare modificărilor de temă</w:t>
      </w:r>
    </w:p>
    <w:p w14:paraId="027A92FB" w14:textId="77777777" w:rsidR="00945CC5" w:rsidRPr="00A54A66" w:rsidRDefault="00945CC5">
      <w:pPr>
        <w:spacing w:after="60"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rsidRPr="00A54A66" w14:paraId="52091A6E" w14:textId="77777777">
        <w:trPr>
          <w:cantSplit/>
        </w:trPr>
        <w:tc>
          <w:tcPr>
            <w:tcW w:w="9636" w:type="dxa"/>
            <w:shd w:val="clear" w:color="auto" w:fill="F4F4F4"/>
          </w:tcPr>
          <w:p w14:paraId="336558B6" w14:textId="77777777" w:rsidR="00945CC5" w:rsidRPr="00A54A66" w:rsidRDefault="00FA7758">
            <w:pPr>
              <w:keepNext/>
              <w:rPr>
                <w:lang w:val="ro-RO"/>
              </w:rPr>
            </w:pPr>
            <w:r w:rsidRPr="00A54A66">
              <w:rPr>
                <w:b/>
                <w:sz w:val="16"/>
                <w:lang w:val="ro-RO"/>
              </w:rPr>
              <w:t xml:space="preserve"> 5. </w:t>
            </w:r>
            <w:r w:rsidRPr="00A54A66">
              <w:rPr>
                <w:b/>
                <w:color w:val="000000"/>
                <w:sz w:val="18"/>
                <w:lang w:val="ro-RO"/>
              </w:rPr>
              <w:t>MODIFICĂRILE DE TEMĂ SOLICITATE</w:t>
            </w:r>
          </w:p>
        </w:tc>
      </w:tr>
      <w:tr w:rsidR="00945CC5" w:rsidRPr="00A54A66" w14:paraId="02C46226" w14:textId="77777777">
        <w:trPr>
          <w:cantSplit/>
        </w:trPr>
        <w:tc>
          <w:tcPr>
            <w:tcW w:w="9636" w:type="dxa"/>
          </w:tcPr>
          <w:p w14:paraId="4247D669" w14:textId="77777777" w:rsidR="00945CC5" w:rsidRPr="00A54A66" w:rsidRDefault="00945CC5">
            <w:pPr>
              <w:pBdr>
                <w:bottom w:val="dotted" w:sz="6" w:space="0" w:color="999999"/>
              </w:pBdr>
              <w:spacing w:after="80"/>
              <w:rPr>
                <w:lang w:val="ro-RO"/>
              </w:rPr>
            </w:pPr>
          </w:p>
          <w:p w14:paraId="58F95BED" w14:textId="77777777" w:rsidR="00945CC5" w:rsidRPr="00A54A66" w:rsidRDefault="00945CC5">
            <w:pPr>
              <w:pBdr>
                <w:bottom w:val="dotted" w:sz="6" w:space="0" w:color="999999"/>
              </w:pBdr>
              <w:spacing w:after="80"/>
              <w:rPr>
                <w:lang w:val="ro-RO"/>
              </w:rPr>
            </w:pPr>
          </w:p>
          <w:p w14:paraId="71486E82" w14:textId="77777777" w:rsidR="00945CC5" w:rsidRPr="00A54A66" w:rsidRDefault="00945CC5">
            <w:pPr>
              <w:pBdr>
                <w:bottom w:val="dotted" w:sz="6" w:space="0" w:color="999999"/>
              </w:pBdr>
              <w:spacing w:after="80"/>
              <w:rPr>
                <w:lang w:val="ro-RO"/>
              </w:rPr>
            </w:pPr>
          </w:p>
        </w:tc>
      </w:tr>
    </w:tbl>
    <w:p w14:paraId="42F5F517" w14:textId="77777777" w:rsidR="00945CC5" w:rsidRPr="00A54A66" w:rsidRDefault="00945CC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3212"/>
        <w:gridCol w:w="803"/>
        <w:gridCol w:w="1606"/>
        <w:gridCol w:w="4015"/>
      </w:tblGrid>
      <w:tr w:rsidR="00945CC5" w:rsidRPr="00A54A66" w14:paraId="4FC1FA47" w14:textId="77777777">
        <w:trPr>
          <w:cantSplit/>
        </w:trPr>
        <w:tc>
          <w:tcPr>
            <w:tcW w:w="9636" w:type="dxa"/>
            <w:gridSpan w:val="4"/>
            <w:shd w:val="clear" w:color="auto" w:fill="F4F4F4"/>
          </w:tcPr>
          <w:p w14:paraId="70C8506B" w14:textId="4C36B04C" w:rsidR="00945CC5" w:rsidRPr="00A54A66" w:rsidRDefault="00FA7758">
            <w:pPr>
              <w:keepNext/>
              <w:rPr>
                <w:lang w:val="ro-RO"/>
              </w:rPr>
            </w:pPr>
            <w:r w:rsidRPr="00A54A66">
              <w:rPr>
                <w:b/>
                <w:sz w:val="16"/>
                <w:lang w:val="ro-RO"/>
              </w:rPr>
              <w:lastRenderedPageBreak/>
              <w:t xml:space="preserve"> 6. </w:t>
            </w:r>
            <w:r w:rsidRPr="00A54A66">
              <w:rPr>
                <w:b/>
                <w:color w:val="000000"/>
                <w:sz w:val="18"/>
                <w:lang w:val="ro-RO"/>
              </w:rPr>
              <w:t>ECHIPA DE PROIECTARE</w:t>
            </w:r>
          </w:p>
        </w:tc>
      </w:tr>
      <w:tr w:rsidR="00945CC5" w:rsidRPr="00D11D44" w14:paraId="4ADE42BB" w14:textId="77777777">
        <w:trPr>
          <w:cantSplit/>
        </w:trPr>
        <w:tc>
          <w:tcPr>
            <w:tcW w:w="9636" w:type="dxa"/>
            <w:gridSpan w:val="4"/>
          </w:tcPr>
          <w:p w14:paraId="5FAB54BA" w14:textId="7AC8D2C1" w:rsidR="00945CC5" w:rsidRPr="00A54A66" w:rsidRDefault="00FA7758">
            <w:pPr>
              <w:keepNext/>
              <w:rPr>
                <w:lang w:val="ro-RO"/>
              </w:rPr>
            </w:pPr>
            <w:r w:rsidRPr="00A54A66">
              <w:rPr>
                <w:sz w:val="16"/>
                <w:lang w:val="ro-RO"/>
              </w:rPr>
              <w:t xml:space="preserve"> ☐ </w:t>
            </w:r>
            <w:r w:rsidR="003E706D" w:rsidRPr="00A54A66">
              <w:rPr>
                <w:sz w:val="16"/>
                <w:lang w:val="ro-RO"/>
              </w:rPr>
              <w:t>P</w:t>
            </w:r>
            <w:r w:rsidRPr="00A54A66">
              <w:rPr>
                <w:sz w:val="16"/>
                <w:lang w:val="ro-RO"/>
              </w:rPr>
              <w:t>roiect pentru autorizarea construirii</w:t>
            </w:r>
            <w:r w:rsidR="003E706D" w:rsidRPr="00A54A66">
              <w:rPr>
                <w:sz w:val="16"/>
                <w:lang w:val="ro-RO"/>
              </w:rPr>
              <w:t xml:space="preserve"> actualizat</w:t>
            </w:r>
            <w:r w:rsidRPr="00A54A66">
              <w:rPr>
                <w:sz w:val="16"/>
                <w:lang w:val="ro-RO"/>
              </w:rPr>
              <w:t xml:space="preserve">     </w:t>
            </w:r>
          </w:p>
        </w:tc>
      </w:tr>
      <w:tr w:rsidR="00945CC5" w:rsidRPr="00A54A66" w14:paraId="5CEE7991" w14:textId="77777777">
        <w:trPr>
          <w:cantSplit/>
          <w:trHeight w:val="510"/>
        </w:trPr>
        <w:tc>
          <w:tcPr>
            <w:tcW w:w="3212" w:type="dxa"/>
          </w:tcPr>
          <w:p w14:paraId="4BB2CDA2" w14:textId="77777777" w:rsidR="00945CC5" w:rsidRPr="00A54A66" w:rsidRDefault="00FA7758">
            <w:pPr>
              <w:keepNext/>
              <w:rPr>
                <w:lang w:val="ro-RO"/>
              </w:rPr>
            </w:pPr>
            <w:r w:rsidRPr="00A54A66">
              <w:rPr>
                <w:b/>
                <w:color w:val="0D5F78"/>
                <w:lang w:val="ro-RO"/>
              </w:rPr>
              <w:t>Nr. / data proiectului actualizat</w:t>
            </w:r>
          </w:p>
          <w:p w14:paraId="2587A78E" w14:textId="77777777" w:rsidR="00945CC5" w:rsidRPr="00A54A66" w:rsidRDefault="00945CC5">
            <w:pPr>
              <w:keepNext/>
              <w:rPr>
                <w:lang w:val="ro-RO"/>
              </w:rPr>
            </w:pPr>
          </w:p>
        </w:tc>
        <w:tc>
          <w:tcPr>
            <w:tcW w:w="6424" w:type="dxa"/>
            <w:gridSpan w:val="3"/>
          </w:tcPr>
          <w:p w14:paraId="6033B50C" w14:textId="77777777" w:rsidR="00945CC5" w:rsidRPr="00A54A66" w:rsidRDefault="00FA7758">
            <w:pPr>
              <w:keepNext/>
              <w:rPr>
                <w:lang w:val="ro-RO"/>
              </w:rPr>
            </w:pPr>
            <w:r w:rsidRPr="00A54A66">
              <w:rPr>
                <w:b/>
                <w:color w:val="0D5F78"/>
                <w:lang w:val="ro-RO"/>
              </w:rPr>
              <w:t>Elaborator (denumire + sediu)</w:t>
            </w:r>
          </w:p>
          <w:p w14:paraId="3AB56B9F" w14:textId="77777777" w:rsidR="00945CC5" w:rsidRPr="00A54A66" w:rsidRDefault="00945CC5">
            <w:pPr>
              <w:keepNext/>
              <w:rPr>
                <w:lang w:val="ro-RO"/>
              </w:rPr>
            </w:pPr>
          </w:p>
        </w:tc>
      </w:tr>
      <w:tr w:rsidR="00945CC5" w:rsidRPr="00A54A66" w14:paraId="1457A993" w14:textId="77777777">
        <w:trPr>
          <w:cantSplit/>
          <w:trHeight w:val="510"/>
        </w:trPr>
        <w:tc>
          <w:tcPr>
            <w:tcW w:w="4015" w:type="dxa"/>
            <w:gridSpan w:val="2"/>
          </w:tcPr>
          <w:p w14:paraId="43BAA277" w14:textId="77777777" w:rsidR="00945CC5" w:rsidRPr="00A54A66" w:rsidRDefault="00FA7758">
            <w:pPr>
              <w:rPr>
                <w:lang w:val="ro-RO"/>
              </w:rPr>
            </w:pPr>
            <w:r w:rsidRPr="00A54A66">
              <w:rPr>
                <w:b/>
                <w:color w:val="0D5F78"/>
                <w:lang w:val="ro-RO"/>
              </w:rPr>
              <w:t>Proiectant autor — arhitect / conductor arhitect / arhitect de interior</w:t>
            </w:r>
          </w:p>
          <w:p w14:paraId="69F7938F" w14:textId="77777777" w:rsidR="00945CC5" w:rsidRPr="00A54A66" w:rsidRDefault="00945CC5">
            <w:pPr>
              <w:rPr>
                <w:lang w:val="ro-RO"/>
              </w:rPr>
            </w:pPr>
          </w:p>
        </w:tc>
        <w:tc>
          <w:tcPr>
            <w:tcW w:w="1606" w:type="dxa"/>
          </w:tcPr>
          <w:p w14:paraId="59E4B71B" w14:textId="77777777" w:rsidR="00945CC5" w:rsidRPr="00A54A66" w:rsidRDefault="00FA7758">
            <w:pPr>
              <w:rPr>
                <w:lang w:val="ro-RO"/>
              </w:rPr>
            </w:pPr>
            <w:r w:rsidRPr="00A54A66">
              <w:rPr>
                <w:b/>
                <w:color w:val="0D5F78"/>
                <w:lang w:val="ro-RO"/>
              </w:rPr>
              <w:t>Nr. TNA</w:t>
            </w:r>
          </w:p>
          <w:p w14:paraId="36515EB3" w14:textId="77777777" w:rsidR="00945CC5" w:rsidRPr="00A54A66" w:rsidRDefault="00945CC5">
            <w:pPr>
              <w:rPr>
                <w:lang w:val="ro-RO"/>
              </w:rPr>
            </w:pPr>
          </w:p>
        </w:tc>
        <w:tc>
          <w:tcPr>
            <w:tcW w:w="4015" w:type="dxa"/>
          </w:tcPr>
          <w:p w14:paraId="6AAAD556" w14:textId="77777777" w:rsidR="00945CC5" w:rsidRPr="00A54A66" w:rsidRDefault="00FA7758">
            <w:pPr>
              <w:rPr>
                <w:lang w:val="ro-RO"/>
              </w:rPr>
            </w:pPr>
            <w:r w:rsidRPr="00A54A66">
              <w:rPr>
                <w:b/>
                <w:color w:val="0D5F78"/>
                <w:lang w:val="ro-RO"/>
              </w:rPr>
              <w:t>Ingineri, pe specialități</w:t>
            </w:r>
          </w:p>
          <w:p w14:paraId="36C73C0E" w14:textId="77777777" w:rsidR="00945CC5" w:rsidRPr="00A54A66" w:rsidRDefault="00945CC5">
            <w:pPr>
              <w:rPr>
                <w:lang w:val="ro-RO"/>
              </w:rPr>
            </w:pPr>
          </w:p>
        </w:tc>
      </w:tr>
    </w:tbl>
    <w:p w14:paraId="021120A2" w14:textId="77777777" w:rsidR="00945CC5" w:rsidRPr="00A54A66" w:rsidRDefault="00945CC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5621"/>
        <w:gridCol w:w="4015"/>
      </w:tblGrid>
      <w:tr w:rsidR="00945CC5" w:rsidRPr="00A54A66" w14:paraId="166ED472" w14:textId="77777777">
        <w:trPr>
          <w:cantSplit/>
        </w:trPr>
        <w:tc>
          <w:tcPr>
            <w:tcW w:w="9636" w:type="dxa"/>
            <w:gridSpan w:val="2"/>
            <w:shd w:val="clear" w:color="auto" w:fill="F4F4F4"/>
          </w:tcPr>
          <w:p w14:paraId="661D8B1D" w14:textId="77777777" w:rsidR="00945CC5" w:rsidRPr="00A54A66" w:rsidRDefault="00FA7758">
            <w:pPr>
              <w:keepNext/>
              <w:rPr>
                <w:lang w:val="ro-RO"/>
              </w:rPr>
            </w:pPr>
            <w:r w:rsidRPr="00A54A66">
              <w:rPr>
                <w:b/>
                <w:sz w:val="16"/>
                <w:lang w:val="ro-RO"/>
              </w:rPr>
              <w:t xml:space="preserve"> 7. </w:t>
            </w:r>
            <w:r w:rsidRPr="00A54A66">
              <w:rPr>
                <w:b/>
                <w:color w:val="000000"/>
                <w:sz w:val="18"/>
                <w:lang w:val="ro-RO"/>
              </w:rPr>
              <w:t>VERIFICAREA TEHNICĂ</w:t>
            </w:r>
          </w:p>
        </w:tc>
      </w:tr>
      <w:tr w:rsidR="00945CC5" w:rsidRPr="00A54A66" w14:paraId="7E7DBE5F" w14:textId="77777777">
        <w:trPr>
          <w:cantSplit/>
        </w:trPr>
        <w:tc>
          <w:tcPr>
            <w:tcW w:w="9636" w:type="dxa"/>
            <w:gridSpan w:val="2"/>
          </w:tcPr>
          <w:p w14:paraId="34D8DC07" w14:textId="77777777" w:rsidR="00945CC5" w:rsidRPr="00A54A66" w:rsidRDefault="00FA7758">
            <w:pPr>
              <w:keepNext/>
              <w:rPr>
                <w:lang w:val="ro-RO"/>
              </w:rPr>
            </w:pPr>
            <w:r w:rsidRPr="00A54A66">
              <w:rPr>
                <w:sz w:val="16"/>
                <w:lang w:val="ro-RO"/>
              </w:rPr>
              <w:t xml:space="preserve"> ☐ CC 1 / NVP 1     ☐ CC 2 / NVP 2     ☐ CC 3 / NVP 3     ☐ CC 4 / NVP 4</w:t>
            </w:r>
          </w:p>
        </w:tc>
      </w:tr>
      <w:tr w:rsidR="00945CC5" w:rsidRPr="00A54A66" w14:paraId="3F9839EA" w14:textId="77777777">
        <w:trPr>
          <w:cantSplit/>
          <w:trHeight w:val="510"/>
        </w:trPr>
        <w:tc>
          <w:tcPr>
            <w:tcW w:w="5621" w:type="dxa"/>
          </w:tcPr>
          <w:p w14:paraId="38FD4DCE" w14:textId="77777777" w:rsidR="00945CC5" w:rsidRPr="00A54A66" w:rsidRDefault="00FA7758">
            <w:pPr>
              <w:keepNext/>
              <w:rPr>
                <w:lang w:val="ro-RO"/>
              </w:rPr>
            </w:pPr>
            <w:r w:rsidRPr="00A54A66">
              <w:rPr>
                <w:b/>
                <w:color w:val="0D5F78"/>
                <w:lang w:val="ro-RO"/>
              </w:rPr>
              <w:t>rezistență mecanică și stabilitate — nume și prenume verificator / nr. atestat</w:t>
            </w:r>
          </w:p>
          <w:p w14:paraId="689EA516" w14:textId="77777777" w:rsidR="00945CC5" w:rsidRPr="00A54A66" w:rsidRDefault="00945CC5">
            <w:pPr>
              <w:keepNext/>
              <w:rPr>
                <w:lang w:val="ro-RO"/>
              </w:rPr>
            </w:pPr>
          </w:p>
        </w:tc>
        <w:tc>
          <w:tcPr>
            <w:tcW w:w="4015" w:type="dxa"/>
          </w:tcPr>
          <w:p w14:paraId="2930213F" w14:textId="77777777" w:rsidR="00945CC5" w:rsidRPr="00A54A66" w:rsidRDefault="00FA7758">
            <w:pPr>
              <w:keepNext/>
              <w:rPr>
                <w:lang w:val="ro-RO"/>
              </w:rPr>
            </w:pPr>
            <w:r w:rsidRPr="00A54A66">
              <w:rPr>
                <w:b/>
                <w:color w:val="0D5F78"/>
                <w:lang w:val="ro-RO"/>
              </w:rPr>
              <w:t>Referat nr. / data</w:t>
            </w:r>
          </w:p>
          <w:p w14:paraId="36784913" w14:textId="77777777" w:rsidR="00945CC5" w:rsidRPr="00A54A66" w:rsidRDefault="00945CC5">
            <w:pPr>
              <w:keepNext/>
              <w:rPr>
                <w:lang w:val="ro-RO"/>
              </w:rPr>
            </w:pPr>
          </w:p>
        </w:tc>
      </w:tr>
      <w:tr w:rsidR="00945CC5" w:rsidRPr="00A54A66" w14:paraId="5AF38C0F" w14:textId="77777777">
        <w:trPr>
          <w:cantSplit/>
          <w:trHeight w:val="510"/>
        </w:trPr>
        <w:tc>
          <w:tcPr>
            <w:tcW w:w="5621" w:type="dxa"/>
          </w:tcPr>
          <w:p w14:paraId="4DF2A1F2" w14:textId="77777777" w:rsidR="00945CC5" w:rsidRPr="00A54A66" w:rsidRDefault="00FA7758">
            <w:pPr>
              <w:keepNext/>
              <w:rPr>
                <w:lang w:val="ro-RO"/>
              </w:rPr>
            </w:pPr>
            <w:r w:rsidRPr="00A54A66">
              <w:rPr>
                <w:b/>
                <w:color w:val="0D5F78"/>
                <w:lang w:val="ro-RO"/>
              </w:rPr>
              <w:t>securitate la incendiu — nume și prenume verificator / nr. atestat</w:t>
            </w:r>
          </w:p>
          <w:p w14:paraId="703B95E1" w14:textId="77777777" w:rsidR="00945CC5" w:rsidRPr="00A54A66" w:rsidRDefault="00945CC5">
            <w:pPr>
              <w:keepNext/>
              <w:rPr>
                <w:lang w:val="ro-RO"/>
              </w:rPr>
            </w:pPr>
          </w:p>
        </w:tc>
        <w:tc>
          <w:tcPr>
            <w:tcW w:w="4015" w:type="dxa"/>
          </w:tcPr>
          <w:p w14:paraId="38F1D831" w14:textId="77777777" w:rsidR="00945CC5" w:rsidRPr="00A54A66" w:rsidRDefault="00FA7758">
            <w:pPr>
              <w:keepNext/>
              <w:rPr>
                <w:lang w:val="ro-RO"/>
              </w:rPr>
            </w:pPr>
            <w:r w:rsidRPr="00A54A66">
              <w:rPr>
                <w:b/>
                <w:color w:val="0D5F78"/>
                <w:lang w:val="ro-RO"/>
              </w:rPr>
              <w:t>Referat nr. / data</w:t>
            </w:r>
          </w:p>
          <w:p w14:paraId="30FFA898" w14:textId="77777777" w:rsidR="00945CC5" w:rsidRPr="00A54A66" w:rsidRDefault="00945CC5">
            <w:pPr>
              <w:keepNext/>
              <w:rPr>
                <w:lang w:val="ro-RO"/>
              </w:rPr>
            </w:pPr>
          </w:p>
        </w:tc>
      </w:tr>
      <w:tr w:rsidR="00945CC5" w:rsidRPr="00A54A66" w14:paraId="45B15719" w14:textId="77777777">
        <w:trPr>
          <w:cantSplit/>
          <w:trHeight w:val="510"/>
        </w:trPr>
        <w:tc>
          <w:tcPr>
            <w:tcW w:w="5621" w:type="dxa"/>
          </w:tcPr>
          <w:p w14:paraId="4C51082B" w14:textId="77777777" w:rsidR="00945CC5" w:rsidRPr="00A54A66" w:rsidRDefault="00FA7758">
            <w:pPr>
              <w:keepNext/>
              <w:rPr>
                <w:lang w:val="ro-RO"/>
              </w:rPr>
            </w:pPr>
            <w:r w:rsidRPr="00A54A66">
              <w:rPr>
                <w:b/>
                <w:color w:val="0D5F78"/>
                <w:lang w:val="ro-RO"/>
              </w:rPr>
              <w:t>igienă, sănătate și mediu înconjurător — nume și prenume verificator / nr. atestat</w:t>
            </w:r>
          </w:p>
          <w:p w14:paraId="5BB348F7" w14:textId="77777777" w:rsidR="00945CC5" w:rsidRPr="00A54A66" w:rsidRDefault="00945CC5">
            <w:pPr>
              <w:keepNext/>
              <w:rPr>
                <w:lang w:val="ro-RO"/>
              </w:rPr>
            </w:pPr>
          </w:p>
        </w:tc>
        <w:tc>
          <w:tcPr>
            <w:tcW w:w="4015" w:type="dxa"/>
          </w:tcPr>
          <w:p w14:paraId="0803026D" w14:textId="77777777" w:rsidR="00945CC5" w:rsidRPr="00A54A66" w:rsidRDefault="00FA7758">
            <w:pPr>
              <w:keepNext/>
              <w:rPr>
                <w:lang w:val="ro-RO"/>
              </w:rPr>
            </w:pPr>
            <w:r w:rsidRPr="00A54A66">
              <w:rPr>
                <w:b/>
                <w:color w:val="0D5F78"/>
                <w:lang w:val="ro-RO"/>
              </w:rPr>
              <w:t>Referat nr. / data</w:t>
            </w:r>
          </w:p>
          <w:p w14:paraId="7680C924" w14:textId="77777777" w:rsidR="00945CC5" w:rsidRPr="00A54A66" w:rsidRDefault="00945CC5">
            <w:pPr>
              <w:keepNext/>
              <w:rPr>
                <w:lang w:val="ro-RO"/>
              </w:rPr>
            </w:pPr>
          </w:p>
        </w:tc>
      </w:tr>
      <w:tr w:rsidR="00945CC5" w:rsidRPr="00A54A66" w14:paraId="51F908DA" w14:textId="77777777">
        <w:trPr>
          <w:cantSplit/>
          <w:trHeight w:val="510"/>
        </w:trPr>
        <w:tc>
          <w:tcPr>
            <w:tcW w:w="5621" w:type="dxa"/>
          </w:tcPr>
          <w:p w14:paraId="3F673F03" w14:textId="77777777" w:rsidR="00945CC5" w:rsidRPr="00A54A66" w:rsidRDefault="00FA7758">
            <w:pPr>
              <w:keepNext/>
              <w:rPr>
                <w:lang w:val="ro-RO"/>
              </w:rPr>
            </w:pPr>
            <w:r w:rsidRPr="00A54A66">
              <w:rPr>
                <w:b/>
                <w:color w:val="0D5F78"/>
                <w:lang w:val="ro-RO"/>
              </w:rPr>
              <w:t>siguranță și accesibilitate în exploatare — nume și prenume verificator / nr. atestat</w:t>
            </w:r>
          </w:p>
          <w:p w14:paraId="76E92343" w14:textId="77777777" w:rsidR="00945CC5" w:rsidRPr="00A54A66" w:rsidRDefault="00945CC5">
            <w:pPr>
              <w:keepNext/>
              <w:rPr>
                <w:lang w:val="ro-RO"/>
              </w:rPr>
            </w:pPr>
          </w:p>
        </w:tc>
        <w:tc>
          <w:tcPr>
            <w:tcW w:w="4015" w:type="dxa"/>
          </w:tcPr>
          <w:p w14:paraId="68FAC4FD" w14:textId="77777777" w:rsidR="00945CC5" w:rsidRPr="00A54A66" w:rsidRDefault="00FA7758">
            <w:pPr>
              <w:keepNext/>
              <w:rPr>
                <w:lang w:val="ro-RO"/>
              </w:rPr>
            </w:pPr>
            <w:r w:rsidRPr="00A54A66">
              <w:rPr>
                <w:b/>
                <w:color w:val="0D5F78"/>
                <w:lang w:val="ro-RO"/>
              </w:rPr>
              <w:t>Referat nr. / data</w:t>
            </w:r>
          </w:p>
          <w:p w14:paraId="7763FD4A" w14:textId="77777777" w:rsidR="00945CC5" w:rsidRPr="00A54A66" w:rsidRDefault="00945CC5">
            <w:pPr>
              <w:keepNext/>
              <w:rPr>
                <w:lang w:val="ro-RO"/>
              </w:rPr>
            </w:pPr>
          </w:p>
        </w:tc>
      </w:tr>
      <w:tr w:rsidR="00945CC5" w:rsidRPr="00A54A66" w14:paraId="58A4A54B" w14:textId="77777777">
        <w:trPr>
          <w:cantSplit/>
          <w:trHeight w:val="510"/>
        </w:trPr>
        <w:tc>
          <w:tcPr>
            <w:tcW w:w="5621" w:type="dxa"/>
          </w:tcPr>
          <w:p w14:paraId="59D56E88" w14:textId="77777777" w:rsidR="00945CC5" w:rsidRPr="00A54A66" w:rsidRDefault="00FA7758">
            <w:pPr>
              <w:keepNext/>
              <w:rPr>
                <w:lang w:val="ro-RO"/>
              </w:rPr>
            </w:pPr>
            <w:r w:rsidRPr="00A54A66">
              <w:rPr>
                <w:b/>
                <w:color w:val="0D5F78"/>
                <w:lang w:val="ro-RO"/>
              </w:rPr>
              <w:t>protecție împotriva zgomotului — nume și prenume verificator / nr. atestat</w:t>
            </w:r>
          </w:p>
          <w:p w14:paraId="6BFE415A" w14:textId="77777777" w:rsidR="00945CC5" w:rsidRPr="00A54A66" w:rsidRDefault="00945CC5">
            <w:pPr>
              <w:keepNext/>
              <w:rPr>
                <w:lang w:val="ro-RO"/>
              </w:rPr>
            </w:pPr>
          </w:p>
        </w:tc>
        <w:tc>
          <w:tcPr>
            <w:tcW w:w="4015" w:type="dxa"/>
          </w:tcPr>
          <w:p w14:paraId="141E13C2" w14:textId="77777777" w:rsidR="00945CC5" w:rsidRPr="00A54A66" w:rsidRDefault="00FA7758">
            <w:pPr>
              <w:keepNext/>
              <w:rPr>
                <w:lang w:val="ro-RO"/>
              </w:rPr>
            </w:pPr>
            <w:r w:rsidRPr="00A54A66">
              <w:rPr>
                <w:b/>
                <w:color w:val="0D5F78"/>
                <w:lang w:val="ro-RO"/>
              </w:rPr>
              <w:t>Referat nr. / data</w:t>
            </w:r>
          </w:p>
          <w:p w14:paraId="60E8A8E8" w14:textId="77777777" w:rsidR="00945CC5" w:rsidRPr="00A54A66" w:rsidRDefault="00945CC5">
            <w:pPr>
              <w:keepNext/>
              <w:rPr>
                <w:lang w:val="ro-RO"/>
              </w:rPr>
            </w:pPr>
          </w:p>
        </w:tc>
      </w:tr>
      <w:tr w:rsidR="00945CC5" w:rsidRPr="00A54A66" w14:paraId="0375A3BD" w14:textId="77777777">
        <w:trPr>
          <w:cantSplit/>
          <w:trHeight w:val="510"/>
        </w:trPr>
        <w:tc>
          <w:tcPr>
            <w:tcW w:w="5621" w:type="dxa"/>
          </w:tcPr>
          <w:p w14:paraId="3F66265B" w14:textId="77777777" w:rsidR="00945CC5" w:rsidRPr="00A54A66" w:rsidRDefault="00FA7758">
            <w:pPr>
              <w:rPr>
                <w:lang w:val="ro-RO"/>
              </w:rPr>
            </w:pPr>
            <w:r w:rsidRPr="00A54A66">
              <w:rPr>
                <w:b/>
                <w:color w:val="0D5F78"/>
                <w:lang w:val="ro-RO"/>
              </w:rPr>
              <w:t>economie de energie și izolare termică — nume și prenume verificator / nr. atestat</w:t>
            </w:r>
          </w:p>
          <w:p w14:paraId="4CDA516A" w14:textId="77777777" w:rsidR="00945CC5" w:rsidRPr="00A54A66" w:rsidRDefault="00945CC5">
            <w:pPr>
              <w:rPr>
                <w:lang w:val="ro-RO"/>
              </w:rPr>
            </w:pPr>
          </w:p>
        </w:tc>
        <w:tc>
          <w:tcPr>
            <w:tcW w:w="4015" w:type="dxa"/>
          </w:tcPr>
          <w:p w14:paraId="6E723FF9" w14:textId="77777777" w:rsidR="00945CC5" w:rsidRPr="00A54A66" w:rsidRDefault="00FA7758">
            <w:pPr>
              <w:rPr>
                <w:lang w:val="ro-RO"/>
              </w:rPr>
            </w:pPr>
            <w:r w:rsidRPr="00A54A66">
              <w:rPr>
                <w:b/>
                <w:color w:val="0D5F78"/>
                <w:lang w:val="ro-RO"/>
              </w:rPr>
              <w:t>Referat nr. / data</w:t>
            </w:r>
          </w:p>
          <w:p w14:paraId="300D25F3" w14:textId="77777777" w:rsidR="00945CC5" w:rsidRPr="00A54A66" w:rsidRDefault="00945CC5">
            <w:pPr>
              <w:rPr>
                <w:lang w:val="ro-RO"/>
              </w:rPr>
            </w:pPr>
          </w:p>
        </w:tc>
      </w:tr>
    </w:tbl>
    <w:p w14:paraId="53172F93" w14:textId="77777777" w:rsidR="00945CC5" w:rsidRPr="00A54A66" w:rsidRDefault="00945CC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4015"/>
        <w:gridCol w:w="3212"/>
        <w:gridCol w:w="2409"/>
      </w:tblGrid>
      <w:tr w:rsidR="00945CC5" w:rsidRPr="00A54A66" w14:paraId="0F8A8626" w14:textId="77777777">
        <w:trPr>
          <w:cantSplit/>
        </w:trPr>
        <w:tc>
          <w:tcPr>
            <w:tcW w:w="9636" w:type="dxa"/>
            <w:gridSpan w:val="3"/>
            <w:shd w:val="clear" w:color="auto" w:fill="F4F4F4"/>
          </w:tcPr>
          <w:p w14:paraId="3B88F0CC" w14:textId="77777777" w:rsidR="00945CC5" w:rsidRPr="00A54A66" w:rsidRDefault="00FA7758">
            <w:pPr>
              <w:keepNext/>
              <w:rPr>
                <w:lang w:val="ro-RO"/>
              </w:rPr>
            </w:pPr>
            <w:r w:rsidRPr="00A54A66">
              <w:rPr>
                <w:b/>
                <w:sz w:val="16"/>
                <w:lang w:val="ro-RO"/>
              </w:rPr>
              <w:t xml:space="preserve"> 8. </w:t>
            </w:r>
            <w:r w:rsidRPr="00A54A66">
              <w:rPr>
                <w:b/>
                <w:color w:val="000000"/>
                <w:sz w:val="18"/>
                <w:lang w:val="ro-RO"/>
              </w:rPr>
              <w:t>VALORI ȘI DURATĂ</w:t>
            </w:r>
          </w:p>
        </w:tc>
      </w:tr>
      <w:tr w:rsidR="00945CC5" w:rsidRPr="00A54A66" w14:paraId="781D64DD" w14:textId="77777777">
        <w:trPr>
          <w:cantSplit/>
          <w:trHeight w:val="510"/>
        </w:trPr>
        <w:tc>
          <w:tcPr>
            <w:tcW w:w="4015" w:type="dxa"/>
          </w:tcPr>
          <w:p w14:paraId="50491095" w14:textId="77777777" w:rsidR="00945CC5" w:rsidRPr="00A54A66" w:rsidRDefault="00FA7758">
            <w:pPr>
              <w:rPr>
                <w:lang w:val="ro-RO"/>
              </w:rPr>
            </w:pPr>
            <w:r w:rsidRPr="00A54A66">
              <w:rPr>
                <w:b/>
                <w:color w:val="0D5F78"/>
                <w:lang w:val="ro-RO"/>
              </w:rPr>
              <w:t>Valoarea lucrărilor supuse autorizării (lei)</w:t>
            </w:r>
          </w:p>
          <w:p w14:paraId="1E0E077C" w14:textId="77777777" w:rsidR="00945CC5" w:rsidRPr="00A54A66" w:rsidRDefault="00945CC5">
            <w:pPr>
              <w:rPr>
                <w:lang w:val="ro-RO"/>
              </w:rPr>
            </w:pPr>
          </w:p>
        </w:tc>
        <w:tc>
          <w:tcPr>
            <w:tcW w:w="3212" w:type="dxa"/>
          </w:tcPr>
          <w:p w14:paraId="1B41F458" w14:textId="77777777" w:rsidR="00945CC5" w:rsidRPr="00A54A66" w:rsidRDefault="00FA7758">
            <w:pPr>
              <w:rPr>
                <w:lang w:val="ro-RO"/>
              </w:rPr>
            </w:pPr>
            <w:r w:rsidRPr="00A54A66">
              <w:rPr>
                <w:b/>
                <w:color w:val="0D5F78"/>
                <w:lang w:val="ro-RO"/>
              </w:rPr>
              <w:t>Valoarea obiectivului (lei)</w:t>
            </w:r>
          </w:p>
          <w:p w14:paraId="4C4794B5" w14:textId="77777777" w:rsidR="00945CC5" w:rsidRPr="00A54A66" w:rsidRDefault="00945CC5">
            <w:pPr>
              <w:rPr>
                <w:lang w:val="ro-RO"/>
              </w:rPr>
            </w:pPr>
          </w:p>
        </w:tc>
        <w:tc>
          <w:tcPr>
            <w:tcW w:w="2409" w:type="dxa"/>
          </w:tcPr>
          <w:p w14:paraId="7120BB31" w14:textId="77777777" w:rsidR="00945CC5" w:rsidRPr="00A54A66" w:rsidRDefault="00FA7758">
            <w:pPr>
              <w:rPr>
                <w:lang w:val="ro-RO"/>
              </w:rPr>
            </w:pPr>
            <w:r w:rsidRPr="00A54A66">
              <w:rPr>
                <w:b/>
                <w:color w:val="0D5F78"/>
                <w:lang w:val="ro-RO"/>
              </w:rPr>
              <w:t>Durata estimată de execuție (luni)</w:t>
            </w:r>
          </w:p>
          <w:p w14:paraId="0FBA4608" w14:textId="77777777" w:rsidR="00945CC5" w:rsidRPr="00A54A66" w:rsidRDefault="00945CC5">
            <w:pPr>
              <w:rPr>
                <w:lang w:val="ro-RO"/>
              </w:rPr>
            </w:pPr>
          </w:p>
        </w:tc>
      </w:tr>
    </w:tbl>
    <w:p w14:paraId="1AB368D3" w14:textId="77777777" w:rsidR="00945CC5" w:rsidRPr="00A54A66" w:rsidRDefault="00945CC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rsidRPr="00A54A66" w14:paraId="130D1DDE" w14:textId="77777777">
        <w:trPr>
          <w:cantSplit/>
        </w:trPr>
        <w:tc>
          <w:tcPr>
            <w:tcW w:w="9636" w:type="dxa"/>
            <w:shd w:val="clear" w:color="auto" w:fill="F4F4F4"/>
          </w:tcPr>
          <w:p w14:paraId="6FC927EA" w14:textId="77777777" w:rsidR="00945CC5" w:rsidRPr="00A54A66" w:rsidRDefault="00FA7758">
            <w:pPr>
              <w:keepNext/>
              <w:rPr>
                <w:lang w:val="ro-RO"/>
              </w:rPr>
            </w:pPr>
            <w:r w:rsidRPr="00A54A66">
              <w:rPr>
                <w:b/>
                <w:sz w:val="16"/>
                <w:lang w:val="ro-RO"/>
              </w:rPr>
              <w:t xml:space="preserve"> 9. </w:t>
            </w:r>
            <w:r w:rsidRPr="00A54A66">
              <w:rPr>
                <w:b/>
                <w:color w:val="000000"/>
                <w:sz w:val="18"/>
                <w:lang w:val="ro-RO"/>
              </w:rPr>
              <w:t>ANEXEZ LA PREZENTA CERERE</w:t>
            </w:r>
          </w:p>
        </w:tc>
      </w:tr>
      <w:tr w:rsidR="00945CC5" w:rsidRPr="00A54A66" w14:paraId="1596EB4C" w14:textId="77777777">
        <w:trPr>
          <w:cantSplit/>
        </w:trPr>
        <w:tc>
          <w:tcPr>
            <w:tcW w:w="9636" w:type="dxa"/>
          </w:tcPr>
          <w:p w14:paraId="793F89D0" w14:textId="65510A20" w:rsidR="00945CC5" w:rsidRPr="00A54A66" w:rsidRDefault="00FA7758">
            <w:pPr>
              <w:keepNext/>
              <w:rPr>
                <w:lang w:val="ro-RO"/>
              </w:rPr>
            </w:pPr>
            <w:r w:rsidRPr="00A54A66">
              <w:rPr>
                <w:sz w:val="16"/>
                <w:lang w:val="ro-RO"/>
              </w:rPr>
              <w:t>☐ a) proiectul pentru autorizarea construirii actualizat, cuprinzând modificările de temă (2 exemplare originale</w:t>
            </w:r>
            <w:r w:rsidR="004E6AFA" w:rsidRPr="00A54A66">
              <w:rPr>
                <w:sz w:val="16"/>
                <w:lang w:val="ro-RO"/>
              </w:rPr>
              <w:t xml:space="preserve"> sau 1 exemplar original, în format letric, acolo unde autoritatea are posibilitatea de a arhiva în format digital)</w:t>
            </w:r>
            <w:r w:rsidRPr="00A54A66">
              <w:rPr>
                <w:sz w:val="16"/>
                <w:lang w:val="ro-RO"/>
              </w:rPr>
              <w:t>)</w:t>
            </w:r>
          </w:p>
        </w:tc>
      </w:tr>
      <w:tr w:rsidR="00945CC5" w:rsidRPr="00A54A66" w14:paraId="3D45D87D" w14:textId="77777777">
        <w:trPr>
          <w:cantSplit/>
        </w:trPr>
        <w:tc>
          <w:tcPr>
            <w:tcW w:w="9636" w:type="dxa"/>
          </w:tcPr>
          <w:p w14:paraId="59CD8A77" w14:textId="77777777" w:rsidR="00945CC5" w:rsidRPr="00A54A66" w:rsidRDefault="00FA7758">
            <w:pPr>
              <w:keepNext/>
              <w:rPr>
                <w:lang w:val="ro-RO"/>
              </w:rPr>
            </w:pPr>
            <w:r w:rsidRPr="00A54A66">
              <w:rPr>
                <w:sz w:val="16"/>
                <w:lang w:val="ro-RO"/>
              </w:rPr>
              <w:t>☐ b) referatele de verificare ale proiectului actualizat, corespunzător clasei de consecințe a obiectivului (câte 1 exemplar copie)</w:t>
            </w:r>
          </w:p>
        </w:tc>
      </w:tr>
      <w:tr w:rsidR="00945CC5" w:rsidRPr="00A54A66" w14:paraId="78A8F12E" w14:textId="77777777">
        <w:trPr>
          <w:cantSplit/>
        </w:trPr>
        <w:tc>
          <w:tcPr>
            <w:tcW w:w="9636" w:type="dxa"/>
          </w:tcPr>
          <w:p w14:paraId="3B8F0469" w14:textId="77777777" w:rsidR="00945CC5" w:rsidRPr="00A54A66" w:rsidRDefault="00FA7758">
            <w:pPr>
              <w:keepNext/>
              <w:rPr>
                <w:lang w:val="ro-RO"/>
              </w:rPr>
            </w:pPr>
            <w:r w:rsidRPr="00A54A66">
              <w:rPr>
                <w:sz w:val="16"/>
                <w:lang w:val="ro-RO"/>
              </w:rPr>
              <w:t>☐ c) documente emise de către emitenții avizelor / acordurilor, din care rezultă că modificările de temă se încadrează în limitele avizelor emise inițial (câte 1 exemplar copie):</w:t>
            </w:r>
          </w:p>
        </w:tc>
      </w:tr>
      <w:tr w:rsidR="00945CC5" w:rsidRPr="00A54A66" w14:paraId="08527A48" w14:textId="77777777">
        <w:trPr>
          <w:cantSplit/>
        </w:trPr>
        <w:tc>
          <w:tcPr>
            <w:tcW w:w="9636" w:type="dxa"/>
          </w:tcPr>
          <w:p w14:paraId="04396508" w14:textId="77777777" w:rsidR="00945CC5" w:rsidRPr="00A54A66" w:rsidRDefault="00945CC5">
            <w:pPr>
              <w:keepNext/>
              <w:pBdr>
                <w:bottom w:val="dotted" w:sz="6" w:space="0" w:color="999999"/>
              </w:pBdr>
              <w:spacing w:after="80"/>
              <w:rPr>
                <w:lang w:val="ro-RO"/>
              </w:rPr>
            </w:pPr>
          </w:p>
          <w:p w14:paraId="28E58600" w14:textId="77777777" w:rsidR="00945CC5" w:rsidRPr="00A54A66" w:rsidRDefault="00945CC5">
            <w:pPr>
              <w:keepNext/>
              <w:pBdr>
                <w:bottom w:val="dotted" w:sz="6" w:space="0" w:color="999999"/>
              </w:pBdr>
              <w:spacing w:after="80"/>
              <w:rPr>
                <w:lang w:val="ro-RO"/>
              </w:rPr>
            </w:pPr>
          </w:p>
        </w:tc>
      </w:tr>
      <w:tr w:rsidR="00945CC5" w:rsidRPr="00A54A66" w14:paraId="618B1178" w14:textId="77777777">
        <w:trPr>
          <w:cantSplit/>
        </w:trPr>
        <w:tc>
          <w:tcPr>
            <w:tcW w:w="9636" w:type="dxa"/>
          </w:tcPr>
          <w:p w14:paraId="5F29CC2F" w14:textId="518A2D71" w:rsidR="00945CC5" w:rsidRPr="00A54A66" w:rsidRDefault="00FA7758">
            <w:pPr>
              <w:keepNext/>
              <w:rPr>
                <w:lang w:val="ro-RO"/>
              </w:rPr>
            </w:pPr>
            <w:r w:rsidRPr="00A54A66">
              <w:rPr>
                <w:sz w:val="16"/>
                <w:lang w:val="ro-RO"/>
              </w:rPr>
              <w:t>☐ d) autorizația de construire / desființare inițială  (copie)</w:t>
            </w:r>
          </w:p>
        </w:tc>
      </w:tr>
      <w:tr w:rsidR="00945CC5" w:rsidRPr="00D11D44" w14:paraId="7F04706F" w14:textId="77777777">
        <w:trPr>
          <w:cantSplit/>
        </w:trPr>
        <w:tc>
          <w:tcPr>
            <w:tcW w:w="9636" w:type="dxa"/>
          </w:tcPr>
          <w:p w14:paraId="1DD454CC" w14:textId="77777777" w:rsidR="004E6AFA" w:rsidRPr="00A54A66" w:rsidRDefault="00FA7758">
            <w:pPr>
              <w:rPr>
                <w:sz w:val="16"/>
                <w:lang w:val="ro-RO"/>
              </w:rPr>
            </w:pPr>
            <w:r w:rsidRPr="00A54A66">
              <w:rPr>
                <w:sz w:val="16"/>
                <w:lang w:val="ro-RO"/>
              </w:rPr>
              <w:t xml:space="preserve">☐ e) rapoartele de expertiză tehnică, dacă este cazul     </w:t>
            </w:r>
          </w:p>
          <w:p w14:paraId="0DC9F90D" w14:textId="77777777" w:rsidR="007D39F6" w:rsidRPr="00A54A66" w:rsidRDefault="00FA7758">
            <w:pPr>
              <w:rPr>
                <w:sz w:val="16"/>
                <w:lang w:val="ro-RO"/>
              </w:rPr>
            </w:pPr>
            <w:r w:rsidRPr="00A54A66">
              <w:rPr>
                <w:sz w:val="16"/>
                <w:lang w:val="ro-RO"/>
              </w:rPr>
              <w:t xml:space="preserve">☐ f) documentele de plată a taxelor legale (copie) </w:t>
            </w:r>
            <w:r w:rsidR="000D747B" w:rsidRPr="00A54A66">
              <w:rPr>
                <w:sz w:val="16"/>
                <w:lang w:val="ro-RO"/>
              </w:rPr>
              <w:t>, dacă este cazul</w:t>
            </w:r>
          </w:p>
          <w:p w14:paraId="2F2A261A" w14:textId="2D771113" w:rsidR="00945CC5" w:rsidRPr="00A54A66" w:rsidRDefault="00FA7758">
            <w:pPr>
              <w:rPr>
                <w:lang w:val="ro-RO"/>
              </w:rPr>
            </w:pPr>
            <w:r w:rsidRPr="00A54A66">
              <w:rPr>
                <w:sz w:val="16"/>
                <w:lang w:val="ro-RO"/>
              </w:rPr>
              <w:t>☐ g) împuternicirea, dacă este cazul</w:t>
            </w:r>
          </w:p>
        </w:tc>
      </w:tr>
    </w:tbl>
    <w:p w14:paraId="685A4CFB" w14:textId="77777777" w:rsidR="00945CC5" w:rsidRPr="00A54A66" w:rsidRDefault="00945CC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945CC5" w:rsidRPr="00D11D44" w14:paraId="490E47D5" w14:textId="77777777">
        <w:trPr>
          <w:cantSplit/>
        </w:trPr>
        <w:tc>
          <w:tcPr>
            <w:tcW w:w="9636" w:type="dxa"/>
          </w:tcPr>
          <w:p w14:paraId="6B48205C" w14:textId="76E6599B" w:rsidR="00A54A66" w:rsidRPr="00A54A66" w:rsidRDefault="00A54A66">
            <w:pPr>
              <w:spacing w:line="228" w:lineRule="auto"/>
              <w:rPr>
                <w:lang w:val="ro-RO"/>
              </w:rPr>
            </w:pPr>
            <w:r w:rsidRPr="00A54A66">
              <w:rPr>
                <w:i/>
                <w:sz w:val="17"/>
                <w:lang w:val="ro-RO"/>
              </w:rPr>
              <w:t xml:space="preserve">Declar pe propria răspundere, sub sancțiunea Codului penal privind infracțiunea de fals în declarații, că datele menționate în prezenta cerere sunt reale și exacte și că am formulat prezenta cerere anterior începerii lucrărilor de modificare identificate în Proiectul pentru autorizarea construirii atașat, astfel cum stabilește art. </w:t>
            </w:r>
            <w:r>
              <w:rPr>
                <w:i/>
                <w:sz w:val="17"/>
                <w:lang w:val="ro-RO"/>
              </w:rPr>
              <w:t>293</w:t>
            </w:r>
            <w:r w:rsidRPr="00A54A66">
              <w:rPr>
                <w:i/>
                <w:sz w:val="17"/>
                <w:lang w:val="ro-RO"/>
              </w:rPr>
              <w:t>.</w:t>
            </w:r>
          </w:p>
        </w:tc>
      </w:tr>
    </w:tbl>
    <w:p w14:paraId="43E68B1F" w14:textId="77777777" w:rsidR="00945CC5" w:rsidRPr="00A54A66" w:rsidRDefault="00945CC5">
      <w:pPr>
        <w:spacing w:line="168" w:lineRule="auto"/>
        <w:rPr>
          <w:lang w:val="ro-RO"/>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945CC5" w:rsidRPr="00A54A66" w14:paraId="45690047" w14:textId="77777777">
        <w:trPr>
          <w:cantSplit/>
        </w:trPr>
        <w:tc>
          <w:tcPr>
            <w:tcW w:w="9636" w:type="dxa"/>
            <w:gridSpan w:val="3"/>
            <w:shd w:val="clear" w:color="auto" w:fill="F4F4F4"/>
          </w:tcPr>
          <w:p w14:paraId="7E740ECE" w14:textId="77777777" w:rsidR="00945CC5" w:rsidRPr="00A54A66" w:rsidRDefault="00FA7758">
            <w:pPr>
              <w:keepNext/>
              <w:rPr>
                <w:lang w:val="ro-RO"/>
              </w:rPr>
            </w:pPr>
            <w:r w:rsidRPr="00A54A66">
              <w:rPr>
                <w:b/>
                <w:sz w:val="16"/>
                <w:lang w:val="ro-RO"/>
              </w:rPr>
              <w:t xml:space="preserve"> 10. </w:t>
            </w:r>
            <w:r w:rsidRPr="00A54A66">
              <w:rPr>
                <w:b/>
                <w:color w:val="000000"/>
                <w:sz w:val="18"/>
                <w:lang w:val="ro-RO"/>
              </w:rPr>
              <w:t>DATA ȘI SEMNĂTURA</w:t>
            </w:r>
          </w:p>
        </w:tc>
      </w:tr>
      <w:tr w:rsidR="00945CC5" w:rsidRPr="00A54A66" w14:paraId="76013567" w14:textId="77777777">
        <w:trPr>
          <w:cantSplit/>
          <w:trHeight w:val="510"/>
        </w:trPr>
        <w:tc>
          <w:tcPr>
            <w:tcW w:w="1606" w:type="dxa"/>
          </w:tcPr>
          <w:p w14:paraId="683C7EFB" w14:textId="77777777" w:rsidR="00945CC5" w:rsidRPr="00A54A66" w:rsidRDefault="00FA7758">
            <w:pPr>
              <w:rPr>
                <w:lang w:val="ro-RO"/>
              </w:rPr>
            </w:pPr>
            <w:r w:rsidRPr="00A54A66">
              <w:rPr>
                <w:b/>
                <w:color w:val="0D5F78"/>
                <w:lang w:val="ro-RO"/>
              </w:rPr>
              <w:t>Data</w:t>
            </w:r>
          </w:p>
          <w:p w14:paraId="73E03F31" w14:textId="77777777" w:rsidR="00945CC5" w:rsidRPr="00A54A66" w:rsidRDefault="00945CC5">
            <w:pPr>
              <w:rPr>
                <w:lang w:val="ro-RO"/>
              </w:rPr>
            </w:pPr>
          </w:p>
        </w:tc>
        <w:tc>
          <w:tcPr>
            <w:tcW w:w="4818" w:type="dxa"/>
          </w:tcPr>
          <w:p w14:paraId="7CE53D19" w14:textId="77777777" w:rsidR="00945CC5" w:rsidRPr="00A54A66" w:rsidRDefault="00FA7758">
            <w:pPr>
              <w:rPr>
                <w:lang w:val="ro-RO"/>
              </w:rPr>
            </w:pPr>
            <w:r w:rsidRPr="00A54A66">
              <w:rPr>
                <w:b/>
                <w:color w:val="0D5F78"/>
                <w:lang w:val="ro-RO"/>
              </w:rPr>
              <w:t>Titularul autorizației</w:t>
            </w:r>
          </w:p>
          <w:p w14:paraId="0165E37E" w14:textId="77777777" w:rsidR="00945CC5" w:rsidRPr="00A54A66" w:rsidRDefault="00945CC5">
            <w:pPr>
              <w:rPr>
                <w:lang w:val="ro-RO"/>
              </w:rPr>
            </w:pPr>
          </w:p>
        </w:tc>
        <w:tc>
          <w:tcPr>
            <w:tcW w:w="3212" w:type="dxa"/>
          </w:tcPr>
          <w:p w14:paraId="3CD5128B" w14:textId="77777777" w:rsidR="00945CC5" w:rsidRPr="00A54A66" w:rsidRDefault="00FA7758">
            <w:pPr>
              <w:rPr>
                <w:lang w:val="ro-RO"/>
              </w:rPr>
            </w:pPr>
            <w:r w:rsidRPr="00A54A66">
              <w:rPr>
                <w:b/>
                <w:color w:val="0D5F78"/>
                <w:lang w:val="ro-RO"/>
              </w:rPr>
              <w:t>Semnătura</w:t>
            </w:r>
          </w:p>
          <w:p w14:paraId="55353A0F" w14:textId="77777777" w:rsidR="00945CC5" w:rsidRPr="00A54A66" w:rsidRDefault="00945CC5">
            <w:pPr>
              <w:rPr>
                <w:lang w:val="ro-RO"/>
              </w:rPr>
            </w:pPr>
          </w:p>
        </w:tc>
      </w:tr>
    </w:tbl>
    <w:p w14:paraId="276A9619" w14:textId="77777777" w:rsidR="00945CC5" w:rsidRPr="00A54A66" w:rsidRDefault="00945CC5">
      <w:pPr>
        <w:spacing w:line="168" w:lineRule="auto"/>
        <w:rPr>
          <w:lang w:val="ro-RO"/>
        </w:rPr>
      </w:pPr>
    </w:p>
    <w:sectPr w:rsidR="00945CC5" w:rsidRPr="00A54A66" w:rsidSect="00034616">
      <w:headerReference w:type="default" r:id="rId9"/>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A803E" w14:textId="77777777" w:rsidR="00BE1C67" w:rsidRDefault="00BE1C67">
      <w:r>
        <w:separator/>
      </w:r>
    </w:p>
  </w:endnote>
  <w:endnote w:type="continuationSeparator" w:id="0">
    <w:p w14:paraId="66DD5EC4" w14:textId="77777777" w:rsidR="00BE1C67" w:rsidRDefault="00BE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0161" w14:textId="25744F94" w:rsidR="00945CC5" w:rsidRDefault="00FA7758">
    <w:pPr>
      <w:pStyle w:val="Footer"/>
      <w:tabs>
        <w:tab w:val="right" w:pos="9639"/>
      </w:tabs>
    </w:pP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3E706D">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3E706D">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5AEB5" w14:textId="77777777" w:rsidR="00BE1C67" w:rsidRDefault="00BE1C67">
      <w:r>
        <w:separator/>
      </w:r>
    </w:p>
  </w:footnote>
  <w:footnote w:type="continuationSeparator" w:id="0">
    <w:p w14:paraId="295671D7" w14:textId="77777777" w:rsidR="00BE1C67" w:rsidRDefault="00BE1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132E" w14:textId="392A234A" w:rsidR="007A710F" w:rsidRPr="00967F9D" w:rsidRDefault="00967F9D" w:rsidP="00967F9D">
    <w:pPr>
      <w:pStyle w:val="Header"/>
      <w:jc w:val="right"/>
      <w:rPr>
        <w:sz w:val="24"/>
        <w:szCs w:val="24"/>
        <w:lang w:val="ro-RO"/>
      </w:rPr>
    </w:pPr>
    <w:r>
      <w:rPr>
        <w:lang w:val="ro-RO"/>
      </w:rPr>
      <w:tab/>
    </w:r>
    <w:r w:rsidR="007A710F" w:rsidRPr="00967F9D">
      <w:rPr>
        <w:sz w:val="24"/>
        <w:szCs w:val="24"/>
        <w:lang w:val="ro-RO"/>
      </w:rPr>
      <w:t>ANEXA NR.2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45724961">
    <w:abstractNumId w:val="8"/>
  </w:num>
  <w:num w:numId="2" w16cid:durableId="472142328">
    <w:abstractNumId w:val="6"/>
  </w:num>
  <w:num w:numId="3" w16cid:durableId="932669563">
    <w:abstractNumId w:val="5"/>
  </w:num>
  <w:num w:numId="4" w16cid:durableId="1689912577">
    <w:abstractNumId w:val="4"/>
  </w:num>
  <w:num w:numId="5" w16cid:durableId="1905020153">
    <w:abstractNumId w:val="7"/>
  </w:num>
  <w:num w:numId="6" w16cid:durableId="1915049259">
    <w:abstractNumId w:val="3"/>
  </w:num>
  <w:num w:numId="7" w16cid:durableId="342322329">
    <w:abstractNumId w:val="2"/>
  </w:num>
  <w:num w:numId="8" w16cid:durableId="1409111912">
    <w:abstractNumId w:val="1"/>
  </w:num>
  <w:num w:numId="9" w16cid:durableId="250623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6DE"/>
    <w:rsid w:val="00034616"/>
    <w:rsid w:val="0006063C"/>
    <w:rsid w:val="000A514A"/>
    <w:rsid w:val="000D747B"/>
    <w:rsid w:val="000E1D79"/>
    <w:rsid w:val="000E2663"/>
    <w:rsid w:val="0015074B"/>
    <w:rsid w:val="001E79CC"/>
    <w:rsid w:val="00227C45"/>
    <w:rsid w:val="0029639D"/>
    <w:rsid w:val="002F7EE8"/>
    <w:rsid w:val="00326F90"/>
    <w:rsid w:val="003553D8"/>
    <w:rsid w:val="00373B4D"/>
    <w:rsid w:val="003B4EB8"/>
    <w:rsid w:val="003E706D"/>
    <w:rsid w:val="003F3BDC"/>
    <w:rsid w:val="0044181B"/>
    <w:rsid w:val="004D724A"/>
    <w:rsid w:val="004E6AFA"/>
    <w:rsid w:val="00510813"/>
    <w:rsid w:val="006C103E"/>
    <w:rsid w:val="007110D7"/>
    <w:rsid w:val="007A710F"/>
    <w:rsid w:val="007C0042"/>
    <w:rsid w:val="007D39F6"/>
    <w:rsid w:val="007D508F"/>
    <w:rsid w:val="00812F6B"/>
    <w:rsid w:val="008873AF"/>
    <w:rsid w:val="00945CC5"/>
    <w:rsid w:val="00967F9D"/>
    <w:rsid w:val="00A024DB"/>
    <w:rsid w:val="00A54A66"/>
    <w:rsid w:val="00A71320"/>
    <w:rsid w:val="00AA1D8D"/>
    <w:rsid w:val="00AC6371"/>
    <w:rsid w:val="00B01053"/>
    <w:rsid w:val="00B47730"/>
    <w:rsid w:val="00BE1C67"/>
    <w:rsid w:val="00C11ADF"/>
    <w:rsid w:val="00CB0664"/>
    <w:rsid w:val="00CC6C07"/>
    <w:rsid w:val="00D11D44"/>
    <w:rsid w:val="00D839A1"/>
    <w:rsid w:val="00D867EB"/>
    <w:rsid w:val="00DD6278"/>
    <w:rsid w:val="00E53B2F"/>
    <w:rsid w:val="00E57446"/>
    <w:rsid w:val="00E61A6B"/>
    <w:rsid w:val="00E731D6"/>
    <w:rsid w:val="00FA7758"/>
    <w:rsid w:val="00FC693F"/>
    <w:rsid w:val="00FD252E"/>
    <w:rsid w:val="00FF2C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1619D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C3E75-424D-4A00-9F18-BDF871837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3250</Characters>
  <Application>Microsoft Office Word</Application>
  <DocSecurity>0</DocSecurity>
  <Lines>27</Lines>
  <Paragraphs>7</Paragraphs>
  <ScaleCrop>false</ScaleCrop>
  <Manager/>
  <Company/>
  <LinksUpToDate>false</LinksUpToDate>
  <CharactersWithSpaces>3813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2026-09-10T07:39:00Z</dcterms:created>
  <dcterms:modified xsi:type="dcterms:W3CDTF">2026-09-10T07:39:00Z</dcterms:modified>
  <cp:category/>
</cp:coreProperties>
</file>