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49571B" w:rsidRPr="00A07C1D" w14:paraId="552EEA98" w14:textId="77777777" w:rsidTr="00551448">
        <w:trPr>
          <w:cantSplit/>
          <w:trHeight w:val="699"/>
        </w:trPr>
        <w:tc>
          <w:tcPr>
            <w:tcW w:w="1606" w:type="dxa"/>
            <w:vMerge w:val="restart"/>
            <w:vAlign w:val="center"/>
          </w:tcPr>
          <w:p w14:paraId="5A1BB772" w14:textId="5A48CD8D" w:rsidR="0049571B" w:rsidRPr="00A07C1D" w:rsidRDefault="008E098F" w:rsidP="00013DCB">
            <w:pPr>
              <w:keepNext/>
              <w:rPr>
                <w:lang w:val="ro-RO"/>
              </w:rPr>
            </w:pPr>
            <w:r w:rsidRPr="00A07C1D">
              <w:rPr>
                <w:noProof/>
                <w:lang w:val="ro-RO"/>
              </w:rPr>
              <w:drawing>
                <wp:anchor distT="0" distB="0" distL="114300" distR="114300" simplePos="0" relativeHeight="251659264" behindDoc="1" locked="0" layoutInCell="1" allowOverlap="1" wp14:anchorId="3602855F" wp14:editId="4C580ECD">
                  <wp:simplePos x="0" y="0"/>
                  <wp:positionH relativeFrom="column">
                    <wp:posOffset>-66675</wp:posOffset>
                  </wp:positionH>
                  <wp:positionV relativeFrom="paragraph">
                    <wp:posOffset>-64135</wp:posOffset>
                  </wp:positionV>
                  <wp:extent cx="1009650" cy="1043940"/>
                  <wp:effectExtent l="0" t="0" r="0" b="3810"/>
                  <wp:wrapNone/>
                  <wp:docPr id="40473359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a:fillRect/>
                          </a:stretch>
                        </pic:blipFill>
                        <pic:spPr bwMode="auto">
                          <a:xfrm>
                            <a:off x="0" y="0"/>
                            <a:ext cx="1009650" cy="104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30" w:type="dxa"/>
            <w:gridSpan w:val="3"/>
            <w:shd w:val="clear" w:color="auto" w:fill="F0F0F0"/>
            <w:vAlign w:val="center"/>
          </w:tcPr>
          <w:p w14:paraId="2584AED4" w14:textId="77777777" w:rsidR="0049571B" w:rsidRPr="00A07C1D" w:rsidRDefault="0049571B" w:rsidP="00013DCB">
            <w:pPr>
              <w:keepNext/>
              <w:rPr>
                <w:lang w:val="ro-RO"/>
              </w:rPr>
            </w:pPr>
            <w:r w:rsidRPr="00A07C1D">
              <w:rPr>
                <w:b/>
                <w:color w:val="0D5F78"/>
                <w:lang w:val="ro-RO"/>
              </w:rPr>
              <w:t>Autoritatea administrației publice</w:t>
            </w:r>
          </w:p>
          <w:p w14:paraId="6E33D2E7" w14:textId="77777777" w:rsidR="0049571B" w:rsidRPr="00A07C1D" w:rsidRDefault="0049571B" w:rsidP="00013DCB">
            <w:pPr>
              <w:keepNext/>
              <w:rPr>
                <w:rFonts w:cs="Times New Roman"/>
                <w:sz w:val="22"/>
                <w:lang w:val="ro-RO"/>
              </w:rPr>
            </w:pPr>
            <w:r w:rsidRPr="00A07C1D">
              <w:rPr>
                <w:rFonts w:cs="Times New Roman"/>
                <w:sz w:val="22"/>
                <w:lang w:val="ro-RO"/>
              </w:rPr>
              <w:t>MINISTERUL TRANSPORTURILOR ȘI INFRASTRUCTURII</w:t>
            </w:r>
          </w:p>
        </w:tc>
      </w:tr>
      <w:tr w:rsidR="0049571B" w:rsidRPr="00AD71BE" w14:paraId="2C258740" w14:textId="77777777" w:rsidTr="00551448">
        <w:trPr>
          <w:cantSplit/>
          <w:trHeight w:val="510"/>
        </w:trPr>
        <w:tc>
          <w:tcPr>
            <w:tcW w:w="1606" w:type="dxa"/>
            <w:vMerge/>
          </w:tcPr>
          <w:p w14:paraId="03EA9AAB" w14:textId="77777777" w:rsidR="0049571B" w:rsidRPr="00A07C1D" w:rsidRDefault="0049571B" w:rsidP="00013DCB">
            <w:pPr>
              <w:rPr>
                <w:lang w:val="ro-RO"/>
              </w:rPr>
            </w:pPr>
          </w:p>
        </w:tc>
        <w:tc>
          <w:tcPr>
            <w:tcW w:w="2409" w:type="dxa"/>
            <w:shd w:val="clear" w:color="auto" w:fill="F0F0F0"/>
          </w:tcPr>
          <w:p w14:paraId="5A3C569B" w14:textId="77777777" w:rsidR="0049571B" w:rsidRPr="00A07C1D" w:rsidRDefault="0049571B" w:rsidP="00013DCB">
            <w:pPr>
              <w:keepNext/>
              <w:rPr>
                <w:rFonts w:cs="Times New Roman"/>
                <w:lang w:val="ro-RO"/>
              </w:rPr>
            </w:pPr>
            <w:r w:rsidRPr="00A07C1D">
              <w:rPr>
                <w:rFonts w:cs="Times New Roman"/>
                <w:b/>
                <w:color w:val="0D5F78"/>
                <w:lang w:val="ro-RO"/>
              </w:rPr>
              <w:t>Cod de identificare fiscală (CIF)</w:t>
            </w:r>
          </w:p>
          <w:p w14:paraId="57D352E5" w14:textId="77777777" w:rsidR="0049571B" w:rsidRPr="00A07C1D" w:rsidRDefault="0049571B" w:rsidP="00013DCB">
            <w:pPr>
              <w:keepNext/>
              <w:rPr>
                <w:rFonts w:cs="Times New Roman"/>
                <w:sz w:val="22"/>
                <w:lang w:val="ro-RO"/>
              </w:rPr>
            </w:pPr>
            <w:r w:rsidRPr="00A07C1D">
              <w:rPr>
                <w:rFonts w:cs="Times New Roman"/>
                <w:sz w:val="22"/>
                <w:lang w:val="ro-RO"/>
              </w:rPr>
              <w:t>13633330</w:t>
            </w:r>
          </w:p>
        </w:tc>
        <w:tc>
          <w:tcPr>
            <w:tcW w:w="5621" w:type="dxa"/>
            <w:gridSpan w:val="2"/>
            <w:shd w:val="clear" w:color="auto" w:fill="F0F0F0"/>
          </w:tcPr>
          <w:p w14:paraId="61200C2E" w14:textId="77777777" w:rsidR="0049571B" w:rsidRPr="00A07C1D" w:rsidRDefault="0049571B" w:rsidP="00013DCB">
            <w:pPr>
              <w:keepNext/>
              <w:rPr>
                <w:rFonts w:cs="Times New Roman"/>
                <w:lang w:val="ro-RO"/>
              </w:rPr>
            </w:pPr>
            <w:r w:rsidRPr="00A07C1D">
              <w:rPr>
                <w:rFonts w:cs="Times New Roman"/>
                <w:b/>
                <w:color w:val="0D5F78"/>
                <w:lang w:val="ro-RO"/>
              </w:rPr>
              <w:t>Adresa oficială</w:t>
            </w:r>
          </w:p>
          <w:p w14:paraId="25803D9E" w14:textId="77777777" w:rsidR="0049571B" w:rsidRPr="00A07C1D" w:rsidRDefault="0049571B" w:rsidP="00013DCB">
            <w:pPr>
              <w:keepNext/>
              <w:rPr>
                <w:rFonts w:cs="Times New Roman"/>
                <w:lang w:val="ro-RO"/>
              </w:rPr>
            </w:pPr>
            <w:r w:rsidRPr="00A07C1D">
              <w:rPr>
                <w:rFonts w:cs="Times New Roman"/>
                <w:i/>
                <w:color w:val="7A7A7A"/>
                <w:lang w:val="ro-RO"/>
              </w:rPr>
              <w:t>sediul · telefon · e-mail</w:t>
            </w:r>
          </w:p>
          <w:p w14:paraId="43C8A85F" w14:textId="77777777" w:rsidR="0049571B" w:rsidRPr="00A07C1D" w:rsidRDefault="0049571B" w:rsidP="00013DCB">
            <w:pPr>
              <w:keepNext/>
              <w:rPr>
                <w:rFonts w:cs="Times New Roman"/>
                <w:sz w:val="22"/>
                <w:lang w:val="ro-RO"/>
              </w:rPr>
            </w:pPr>
            <w:r w:rsidRPr="00A07C1D">
              <w:rPr>
                <w:rFonts w:cs="Times New Roman"/>
                <w:sz w:val="22"/>
                <w:lang w:val="ro-RO"/>
              </w:rPr>
              <w:t>B-dul Dinicu Golescu nr.38, Sector 1, București</w:t>
            </w:r>
          </w:p>
          <w:p w14:paraId="03F0136A" w14:textId="77777777" w:rsidR="0049571B" w:rsidRPr="00A07C1D" w:rsidRDefault="0049571B" w:rsidP="00013DCB">
            <w:pPr>
              <w:keepNext/>
              <w:rPr>
                <w:rFonts w:cs="Times New Roman"/>
                <w:sz w:val="22"/>
                <w:lang w:val="ro-RO"/>
              </w:rPr>
            </w:pPr>
            <w:r w:rsidRPr="00A07C1D">
              <w:rPr>
                <w:rFonts w:cs="Times New Roman"/>
                <w:sz w:val="22"/>
                <w:lang w:val="ro-RO"/>
              </w:rPr>
              <w:t>https://www.mt.gov.ro</w:t>
            </w:r>
          </w:p>
        </w:tc>
      </w:tr>
      <w:tr w:rsidR="0049571B" w:rsidRPr="00A07C1D" w14:paraId="0E0FD205" w14:textId="77777777" w:rsidTr="00551448">
        <w:trPr>
          <w:cantSplit/>
          <w:trHeight w:val="677"/>
        </w:trPr>
        <w:tc>
          <w:tcPr>
            <w:tcW w:w="1606" w:type="dxa"/>
            <w:vMerge/>
          </w:tcPr>
          <w:p w14:paraId="36C26F81" w14:textId="77777777" w:rsidR="0049571B" w:rsidRPr="00A07C1D" w:rsidRDefault="0049571B" w:rsidP="00013DCB">
            <w:pPr>
              <w:rPr>
                <w:lang w:val="ro-RO"/>
              </w:rPr>
            </w:pPr>
          </w:p>
        </w:tc>
        <w:tc>
          <w:tcPr>
            <w:tcW w:w="4818" w:type="dxa"/>
            <w:gridSpan w:val="2"/>
            <w:shd w:val="clear" w:color="auto" w:fill="F0F0F0"/>
          </w:tcPr>
          <w:p w14:paraId="34996BB9" w14:textId="77777777" w:rsidR="0049571B" w:rsidRPr="00A07C1D" w:rsidRDefault="0049571B" w:rsidP="0049571B">
            <w:pPr>
              <w:keepNext/>
              <w:rPr>
                <w:lang w:val="ro-RO"/>
              </w:rPr>
            </w:pPr>
            <w:r w:rsidRPr="00A07C1D">
              <w:rPr>
                <w:b/>
                <w:color w:val="0D5F78"/>
                <w:lang w:val="ro-RO"/>
              </w:rPr>
              <w:t>Număr de înregistrare</w:t>
            </w:r>
          </w:p>
          <w:p w14:paraId="1418784E" w14:textId="77777777" w:rsidR="0049571B" w:rsidRPr="00A07C1D" w:rsidRDefault="0049571B" w:rsidP="00013DCB">
            <w:pPr>
              <w:rPr>
                <w:lang w:val="ro-RO"/>
              </w:rPr>
            </w:pPr>
          </w:p>
        </w:tc>
        <w:tc>
          <w:tcPr>
            <w:tcW w:w="3212" w:type="dxa"/>
            <w:shd w:val="clear" w:color="auto" w:fill="F0F0F0"/>
          </w:tcPr>
          <w:p w14:paraId="09CBFDFD" w14:textId="3C22E583" w:rsidR="0049571B" w:rsidRPr="00A07C1D" w:rsidRDefault="0049571B" w:rsidP="00013DCB">
            <w:pPr>
              <w:rPr>
                <w:lang w:val="ro-RO"/>
              </w:rPr>
            </w:pPr>
            <w:r w:rsidRPr="00A07C1D">
              <w:rPr>
                <w:b/>
                <w:color w:val="0D5F78"/>
                <w:lang w:val="ro-RO"/>
              </w:rPr>
              <w:t>Data</w:t>
            </w:r>
          </w:p>
          <w:p w14:paraId="71DB887B" w14:textId="77777777" w:rsidR="0049571B" w:rsidRPr="00A07C1D" w:rsidRDefault="0049571B" w:rsidP="00013DCB">
            <w:pPr>
              <w:rPr>
                <w:lang w:val="ro-RO"/>
              </w:rPr>
            </w:pPr>
          </w:p>
        </w:tc>
      </w:tr>
      <w:tr w:rsidR="003C7CA3" w:rsidRPr="008B5868" w14:paraId="7F34B3C7" w14:textId="77777777" w:rsidTr="0049571B">
        <w:trPr>
          <w:cantSplit/>
        </w:trPr>
        <w:tc>
          <w:tcPr>
            <w:tcW w:w="9636" w:type="dxa"/>
            <w:gridSpan w:val="4"/>
            <w:shd w:val="clear" w:color="auto" w:fill="F0F0F0"/>
          </w:tcPr>
          <w:p w14:paraId="4919D607" w14:textId="77777777" w:rsidR="003C7CA3" w:rsidRPr="00A07C1D" w:rsidRDefault="003454F7">
            <w:pPr>
              <w:rPr>
                <w:lang w:val="ro-RO"/>
              </w:rPr>
            </w:pPr>
            <w:r w:rsidRPr="00A07C1D">
              <w:rPr>
                <w:i/>
                <w:color w:val="595959"/>
                <w:lang w:val="ro-RO"/>
              </w:rPr>
              <w:t xml:space="preserve"> se completează de autoritate — solicitantul nu scrie în această zonă</w:t>
            </w:r>
          </w:p>
        </w:tc>
      </w:tr>
    </w:tbl>
    <w:p w14:paraId="282B6870" w14:textId="77777777" w:rsidR="003C7CA3" w:rsidRPr="00A07C1D" w:rsidRDefault="003454F7" w:rsidP="00C32AB5">
      <w:pPr>
        <w:spacing w:before="140" w:after="40"/>
        <w:jc w:val="center"/>
        <w:rPr>
          <w:sz w:val="28"/>
          <w:szCs w:val="28"/>
          <w:lang w:val="ro-RO"/>
        </w:rPr>
      </w:pPr>
      <w:r w:rsidRPr="00A07C1D">
        <w:rPr>
          <w:b/>
          <w:sz w:val="28"/>
          <w:szCs w:val="28"/>
          <w:lang w:val="ro-RO"/>
        </w:rPr>
        <w:t>CERERE</w:t>
      </w:r>
    </w:p>
    <w:p w14:paraId="5B0DC5BF" w14:textId="77777777" w:rsidR="003C7CA3" w:rsidRPr="00A07C1D" w:rsidRDefault="003C7CA3">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A07C1D" w14:paraId="472EA448" w14:textId="77777777">
        <w:trPr>
          <w:cantSplit/>
        </w:trPr>
        <w:tc>
          <w:tcPr>
            <w:tcW w:w="9636" w:type="dxa"/>
            <w:shd w:val="clear" w:color="auto" w:fill="F4F4F4"/>
          </w:tcPr>
          <w:p w14:paraId="3A681D09" w14:textId="77777777" w:rsidR="003C7CA3" w:rsidRPr="00A07C1D" w:rsidRDefault="003454F7">
            <w:pPr>
              <w:keepNext/>
              <w:rPr>
                <w:lang w:val="ro-RO"/>
              </w:rPr>
            </w:pPr>
            <w:r w:rsidRPr="00A07C1D">
              <w:rPr>
                <w:b/>
                <w:sz w:val="16"/>
                <w:lang w:val="ro-RO"/>
              </w:rPr>
              <w:t xml:space="preserve"> 1. </w:t>
            </w:r>
            <w:r w:rsidRPr="00A07C1D">
              <w:rPr>
                <w:b/>
                <w:color w:val="000000"/>
                <w:sz w:val="18"/>
                <w:lang w:val="ro-RO"/>
              </w:rPr>
              <w:t>CĂTRE</w:t>
            </w:r>
          </w:p>
        </w:tc>
      </w:tr>
      <w:tr w:rsidR="003C7CA3" w:rsidRPr="00A07C1D" w14:paraId="00DF9E39" w14:textId="77777777">
        <w:trPr>
          <w:cantSplit/>
          <w:trHeight w:val="510"/>
        </w:trPr>
        <w:tc>
          <w:tcPr>
            <w:tcW w:w="9636" w:type="dxa"/>
          </w:tcPr>
          <w:p w14:paraId="636138F8" w14:textId="77777777" w:rsidR="003C7CA3" w:rsidRPr="00A07C1D" w:rsidRDefault="003454F7">
            <w:pPr>
              <w:keepNext/>
              <w:rPr>
                <w:lang w:val="ro-RO"/>
              </w:rPr>
            </w:pPr>
            <w:r w:rsidRPr="00A07C1D">
              <w:rPr>
                <w:b/>
                <w:color w:val="0D5F78"/>
                <w:lang w:val="ro-RO"/>
              </w:rPr>
              <w:t>Instituția</w:t>
            </w:r>
          </w:p>
          <w:p w14:paraId="23D361A1" w14:textId="32561C74" w:rsidR="003C7CA3" w:rsidRPr="00A07C1D" w:rsidRDefault="00591788">
            <w:pPr>
              <w:keepNext/>
              <w:rPr>
                <w:lang w:val="ro-RO"/>
              </w:rPr>
            </w:pPr>
            <w:r w:rsidRPr="00A07C1D">
              <w:rPr>
                <w:i/>
                <w:color w:val="7A7A7A"/>
                <w:lang w:val="ro-RO"/>
              </w:rPr>
              <w:t>MINISTERUL TRANSPORTURILOR ȘI INFRASTRUCTURII, prin direcția de specialitate</w:t>
            </w:r>
          </w:p>
          <w:p w14:paraId="7F5527AA" w14:textId="77777777" w:rsidR="003C7CA3" w:rsidRPr="00A07C1D" w:rsidRDefault="003C7CA3">
            <w:pPr>
              <w:keepNext/>
              <w:rPr>
                <w:lang w:val="ro-RO"/>
              </w:rPr>
            </w:pPr>
          </w:p>
        </w:tc>
      </w:tr>
      <w:tr w:rsidR="003C7CA3" w:rsidRPr="00A07C1D" w14:paraId="3F0255BC" w14:textId="77777777">
        <w:trPr>
          <w:cantSplit/>
        </w:trPr>
        <w:tc>
          <w:tcPr>
            <w:tcW w:w="9636" w:type="dxa"/>
            <w:shd w:val="clear" w:color="auto" w:fill="F4F4F4"/>
          </w:tcPr>
          <w:p w14:paraId="1DC58EC1" w14:textId="2C8E6AC1" w:rsidR="003C7CA3" w:rsidRPr="00A07C1D" w:rsidRDefault="003C7CA3">
            <w:pPr>
              <w:spacing w:line="228" w:lineRule="auto"/>
              <w:rPr>
                <w:lang w:val="ro-RO"/>
              </w:rPr>
            </w:pPr>
          </w:p>
        </w:tc>
      </w:tr>
    </w:tbl>
    <w:p w14:paraId="579FE78C"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3C7CA3" w:rsidRPr="00A07C1D" w14:paraId="30A794B1" w14:textId="77777777">
        <w:trPr>
          <w:cantSplit/>
        </w:trPr>
        <w:tc>
          <w:tcPr>
            <w:tcW w:w="9636" w:type="dxa"/>
            <w:gridSpan w:val="8"/>
            <w:shd w:val="clear" w:color="auto" w:fill="F4F4F4"/>
          </w:tcPr>
          <w:p w14:paraId="2C82CAB7" w14:textId="77777777" w:rsidR="003C7CA3" w:rsidRPr="00A07C1D" w:rsidRDefault="003454F7">
            <w:pPr>
              <w:keepNext/>
              <w:rPr>
                <w:lang w:val="ro-RO"/>
              </w:rPr>
            </w:pPr>
            <w:r w:rsidRPr="00A07C1D">
              <w:rPr>
                <w:b/>
                <w:sz w:val="16"/>
                <w:lang w:val="ro-RO"/>
              </w:rPr>
              <w:t xml:space="preserve"> 2. </w:t>
            </w:r>
            <w:r w:rsidRPr="00A07C1D">
              <w:rPr>
                <w:b/>
                <w:color w:val="000000"/>
                <w:sz w:val="18"/>
                <w:lang w:val="ro-RO"/>
              </w:rPr>
              <w:t>SOLICITANTUL</w:t>
            </w:r>
          </w:p>
        </w:tc>
      </w:tr>
      <w:tr w:rsidR="003C7CA3" w:rsidRPr="00A07C1D" w14:paraId="29428782" w14:textId="77777777">
        <w:trPr>
          <w:cantSplit/>
          <w:trHeight w:val="510"/>
        </w:trPr>
        <w:tc>
          <w:tcPr>
            <w:tcW w:w="5621" w:type="dxa"/>
            <w:gridSpan w:val="5"/>
          </w:tcPr>
          <w:p w14:paraId="28000559" w14:textId="77777777" w:rsidR="003C7CA3" w:rsidRPr="00A07C1D" w:rsidRDefault="003454F7">
            <w:pPr>
              <w:keepNext/>
              <w:rPr>
                <w:lang w:val="ro-RO"/>
              </w:rPr>
            </w:pPr>
            <w:r w:rsidRPr="00A07C1D">
              <w:rPr>
                <w:b/>
                <w:color w:val="0D5F78"/>
                <w:lang w:val="ro-RO"/>
              </w:rPr>
              <w:t>Nume și prenume</w:t>
            </w:r>
          </w:p>
          <w:p w14:paraId="23D9DFE8" w14:textId="77777777" w:rsidR="003C7CA3" w:rsidRPr="00A07C1D" w:rsidRDefault="003C7CA3">
            <w:pPr>
              <w:keepNext/>
              <w:rPr>
                <w:lang w:val="ro-RO"/>
              </w:rPr>
            </w:pPr>
          </w:p>
        </w:tc>
        <w:tc>
          <w:tcPr>
            <w:tcW w:w="4015" w:type="dxa"/>
            <w:gridSpan w:val="3"/>
          </w:tcPr>
          <w:p w14:paraId="786F8013" w14:textId="77777777" w:rsidR="003C7CA3" w:rsidRPr="00A07C1D" w:rsidRDefault="003454F7">
            <w:pPr>
              <w:keepNext/>
              <w:rPr>
                <w:lang w:val="ro-RO"/>
              </w:rPr>
            </w:pPr>
            <w:r w:rsidRPr="00A07C1D">
              <w:rPr>
                <w:b/>
                <w:color w:val="0D5F78"/>
                <w:lang w:val="ro-RO"/>
              </w:rPr>
              <w:t>CNP</w:t>
            </w:r>
          </w:p>
          <w:p w14:paraId="68914CF7" w14:textId="77777777" w:rsidR="003C7CA3" w:rsidRPr="00A07C1D" w:rsidRDefault="003C7CA3">
            <w:pPr>
              <w:keepNext/>
              <w:rPr>
                <w:lang w:val="ro-RO"/>
              </w:rPr>
            </w:pPr>
          </w:p>
        </w:tc>
      </w:tr>
      <w:tr w:rsidR="003C7CA3" w:rsidRPr="00A07C1D" w14:paraId="7BDDBA2B" w14:textId="77777777">
        <w:trPr>
          <w:cantSplit/>
        </w:trPr>
        <w:tc>
          <w:tcPr>
            <w:tcW w:w="9636" w:type="dxa"/>
            <w:gridSpan w:val="8"/>
            <w:shd w:val="clear" w:color="auto" w:fill="F4F4F4"/>
          </w:tcPr>
          <w:p w14:paraId="78554FA7" w14:textId="77777777" w:rsidR="003C7CA3" w:rsidRPr="00A07C1D" w:rsidRDefault="003454F7">
            <w:pPr>
              <w:keepNext/>
              <w:rPr>
                <w:lang w:val="ro-RO"/>
              </w:rPr>
            </w:pPr>
            <w:r w:rsidRPr="00A07C1D">
              <w:rPr>
                <w:sz w:val="16"/>
                <w:lang w:val="ro-RO"/>
              </w:rPr>
              <w:t xml:space="preserve"> Act de identitate</w:t>
            </w:r>
          </w:p>
        </w:tc>
      </w:tr>
      <w:tr w:rsidR="003C7CA3" w:rsidRPr="00A07C1D" w14:paraId="3BB88CF2" w14:textId="77777777">
        <w:trPr>
          <w:cantSplit/>
          <w:trHeight w:val="510"/>
        </w:trPr>
        <w:tc>
          <w:tcPr>
            <w:tcW w:w="1606" w:type="dxa"/>
          </w:tcPr>
          <w:p w14:paraId="043BF13F" w14:textId="77777777" w:rsidR="003C7CA3" w:rsidRPr="00A07C1D" w:rsidRDefault="003454F7">
            <w:pPr>
              <w:keepNext/>
              <w:rPr>
                <w:lang w:val="ro-RO"/>
              </w:rPr>
            </w:pPr>
            <w:r w:rsidRPr="00A07C1D">
              <w:rPr>
                <w:b/>
                <w:color w:val="0D5F78"/>
                <w:lang w:val="ro-RO"/>
              </w:rPr>
              <w:t>Seria</w:t>
            </w:r>
          </w:p>
          <w:p w14:paraId="0AA2A77A" w14:textId="77777777" w:rsidR="003C7CA3" w:rsidRPr="00A07C1D" w:rsidRDefault="003C7CA3">
            <w:pPr>
              <w:keepNext/>
              <w:rPr>
                <w:lang w:val="ro-RO"/>
              </w:rPr>
            </w:pPr>
          </w:p>
        </w:tc>
        <w:tc>
          <w:tcPr>
            <w:tcW w:w="1606" w:type="dxa"/>
          </w:tcPr>
          <w:p w14:paraId="1CFF9F88" w14:textId="77777777" w:rsidR="003C7CA3" w:rsidRPr="00A07C1D" w:rsidRDefault="003454F7">
            <w:pPr>
              <w:keepNext/>
              <w:rPr>
                <w:lang w:val="ro-RO"/>
              </w:rPr>
            </w:pPr>
            <w:r w:rsidRPr="00A07C1D">
              <w:rPr>
                <w:b/>
                <w:color w:val="0D5F78"/>
                <w:lang w:val="ro-RO"/>
              </w:rPr>
              <w:t>Numărul</w:t>
            </w:r>
          </w:p>
          <w:p w14:paraId="1597DE54" w14:textId="77777777" w:rsidR="003C7CA3" w:rsidRPr="00A07C1D" w:rsidRDefault="003C7CA3">
            <w:pPr>
              <w:keepNext/>
              <w:rPr>
                <w:lang w:val="ro-RO"/>
              </w:rPr>
            </w:pPr>
          </w:p>
        </w:tc>
        <w:tc>
          <w:tcPr>
            <w:tcW w:w="4818" w:type="dxa"/>
            <w:gridSpan w:val="5"/>
          </w:tcPr>
          <w:p w14:paraId="7E38FFA6" w14:textId="77777777" w:rsidR="003C7CA3" w:rsidRPr="00A07C1D" w:rsidRDefault="003454F7">
            <w:pPr>
              <w:keepNext/>
              <w:rPr>
                <w:lang w:val="ro-RO"/>
              </w:rPr>
            </w:pPr>
            <w:r w:rsidRPr="00A07C1D">
              <w:rPr>
                <w:b/>
                <w:color w:val="0D5F78"/>
                <w:lang w:val="ro-RO"/>
              </w:rPr>
              <w:t>Eliberat de</w:t>
            </w:r>
          </w:p>
          <w:p w14:paraId="6BB479EA" w14:textId="77777777" w:rsidR="003C7CA3" w:rsidRPr="00A07C1D" w:rsidRDefault="003C7CA3">
            <w:pPr>
              <w:keepNext/>
              <w:rPr>
                <w:lang w:val="ro-RO"/>
              </w:rPr>
            </w:pPr>
          </w:p>
        </w:tc>
        <w:tc>
          <w:tcPr>
            <w:tcW w:w="1606" w:type="dxa"/>
          </w:tcPr>
          <w:p w14:paraId="05B5F488" w14:textId="77777777" w:rsidR="003C7CA3" w:rsidRPr="00A07C1D" w:rsidRDefault="003454F7">
            <w:pPr>
              <w:keepNext/>
              <w:rPr>
                <w:lang w:val="ro-RO"/>
              </w:rPr>
            </w:pPr>
            <w:r w:rsidRPr="00A07C1D">
              <w:rPr>
                <w:b/>
                <w:color w:val="0D5F78"/>
                <w:lang w:val="ro-RO"/>
              </w:rPr>
              <w:t>La data</w:t>
            </w:r>
          </w:p>
          <w:p w14:paraId="3072B5E3" w14:textId="77777777" w:rsidR="003C7CA3" w:rsidRPr="00A07C1D" w:rsidRDefault="003C7CA3">
            <w:pPr>
              <w:keepNext/>
              <w:rPr>
                <w:lang w:val="ro-RO"/>
              </w:rPr>
            </w:pPr>
          </w:p>
        </w:tc>
      </w:tr>
      <w:tr w:rsidR="003C7CA3" w:rsidRPr="00A07C1D" w14:paraId="5F34DFE7" w14:textId="77777777">
        <w:trPr>
          <w:cantSplit/>
        </w:trPr>
        <w:tc>
          <w:tcPr>
            <w:tcW w:w="9636" w:type="dxa"/>
            <w:gridSpan w:val="8"/>
            <w:shd w:val="clear" w:color="auto" w:fill="F4F4F4"/>
          </w:tcPr>
          <w:p w14:paraId="320404B2" w14:textId="77777777" w:rsidR="003C7CA3" w:rsidRPr="00A07C1D" w:rsidRDefault="003454F7">
            <w:pPr>
              <w:keepNext/>
              <w:rPr>
                <w:lang w:val="ro-RO"/>
              </w:rPr>
            </w:pPr>
            <w:r w:rsidRPr="00A07C1D">
              <w:rPr>
                <w:sz w:val="16"/>
                <w:lang w:val="ro-RO"/>
              </w:rPr>
              <w:t xml:space="preserve"> Domiciliul</w:t>
            </w:r>
          </w:p>
        </w:tc>
      </w:tr>
      <w:tr w:rsidR="003C7CA3" w:rsidRPr="00A07C1D" w14:paraId="5559BD49" w14:textId="77777777">
        <w:trPr>
          <w:cantSplit/>
          <w:trHeight w:val="510"/>
        </w:trPr>
        <w:tc>
          <w:tcPr>
            <w:tcW w:w="3212" w:type="dxa"/>
            <w:gridSpan w:val="2"/>
          </w:tcPr>
          <w:p w14:paraId="0A7E8673" w14:textId="77777777" w:rsidR="003C7CA3" w:rsidRPr="00A07C1D" w:rsidRDefault="003454F7">
            <w:pPr>
              <w:keepNext/>
              <w:rPr>
                <w:lang w:val="ro-RO"/>
              </w:rPr>
            </w:pPr>
            <w:r w:rsidRPr="00A07C1D">
              <w:rPr>
                <w:b/>
                <w:color w:val="0D5F78"/>
                <w:lang w:val="ro-RO"/>
              </w:rPr>
              <w:t>Județul</w:t>
            </w:r>
          </w:p>
          <w:p w14:paraId="32F8A1FA" w14:textId="77777777" w:rsidR="003C7CA3" w:rsidRPr="00A07C1D" w:rsidRDefault="003C7CA3">
            <w:pPr>
              <w:keepNext/>
              <w:rPr>
                <w:lang w:val="ro-RO"/>
              </w:rPr>
            </w:pPr>
          </w:p>
        </w:tc>
        <w:tc>
          <w:tcPr>
            <w:tcW w:w="3212" w:type="dxa"/>
            <w:gridSpan w:val="4"/>
          </w:tcPr>
          <w:p w14:paraId="076AB024" w14:textId="77777777" w:rsidR="003C7CA3" w:rsidRPr="00A07C1D" w:rsidRDefault="003454F7">
            <w:pPr>
              <w:keepNext/>
              <w:rPr>
                <w:lang w:val="ro-RO"/>
              </w:rPr>
            </w:pPr>
            <w:r w:rsidRPr="00A07C1D">
              <w:rPr>
                <w:b/>
                <w:color w:val="0D5F78"/>
                <w:lang w:val="ro-RO"/>
              </w:rPr>
              <w:t>Municipiul / orașul / comuna</w:t>
            </w:r>
          </w:p>
          <w:p w14:paraId="22F41106" w14:textId="77777777" w:rsidR="003C7CA3" w:rsidRPr="00A07C1D" w:rsidRDefault="003C7CA3">
            <w:pPr>
              <w:keepNext/>
              <w:rPr>
                <w:lang w:val="ro-RO"/>
              </w:rPr>
            </w:pPr>
          </w:p>
        </w:tc>
        <w:tc>
          <w:tcPr>
            <w:tcW w:w="3212" w:type="dxa"/>
            <w:gridSpan w:val="2"/>
          </w:tcPr>
          <w:p w14:paraId="083DD2A6" w14:textId="77777777" w:rsidR="003C7CA3" w:rsidRPr="00A07C1D" w:rsidRDefault="003454F7">
            <w:pPr>
              <w:keepNext/>
              <w:rPr>
                <w:lang w:val="ro-RO"/>
              </w:rPr>
            </w:pPr>
            <w:r w:rsidRPr="00A07C1D">
              <w:rPr>
                <w:b/>
                <w:color w:val="0D5F78"/>
                <w:lang w:val="ro-RO"/>
              </w:rPr>
              <w:t>Satul / sectorul</w:t>
            </w:r>
          </w:p>
          <w:p w14:paraId="46C6D803" w14:textId="77777777" w:rsidR="003C7CA3" w:rsidRPr="00A07C1D" w:rsidRDefault="003C7CA3">
            <w:pPr>
              <w:keepNext/>
              <w:rPr>
                <w:lang w:val="ro-RO"/>
              </w:rPr>
            </w:pPr>
          </w:p>
        </w:tc>
      </w:tr>
      <w:tr w:rsidR="003C7CA3" w:rsidRPr="00A07C1D" w14:paraId="50FF5E1E" w14:textId="77777777">
        <w:trPr>
          <w:cantSplit/>
          <w:trHeight w:val="510"/>
        </w:trPr>
        <w:tc>
          <w:tcPr>
            <w:tcW w:w="3212" w:type="dxa"/>
            <w:gridSpan w:val="2"/>
          </w:tcPr>
          <w:p w14:paraId="6EBF7D52" w14:textId="77777777" w:rsidR="003C7CA3" w:rsidRPr="00A07C1D" w:rsidRDefault="003454F7">
            <w:pPr>
              <w:keepNext/>
              <w:rPr>
                <w:lang w:val="ro-RO"/>
              </w:rPr>
            </w:pPr>
            <w:r w:rsidRPr="00A07C1D">
              <w:rPr>
                <w:b/>
                <w:color w:val="0D5F78"/>
                <w:lang w:val="ro-RO"/>
              </w:rPr>
              <w:t>Strada</w:t>
            </w:r>
          </w:p>
          <w:p w14:paraId="4337B0E5" w14:textId="77777777" w:rsidR="003C7CA3" w:rsidRPr="00A07C1D" w:rsidRDefault="003C7CA3">
            <w:pPr>
              <w:keepNext/>
              <w:rPr>
                <w:lang w:val="ro-RO"/>
              </w:rPr>
            </w:pPr>
          </w:p>
        </w:tc>
        <w:tc>
          <w:tcPr>
            <w:tcW w:w="803" w:type="dxa"/>
          </w:tcPr>
          <w:p w14:paraId="4A8A0FA4" w14:textId="77777777" w:rsidR="003C7CA3" w:rsidRPr="00A07C1D" w:rsidRDefault="003454F7">
            <w:pPr>
              <w:keepNext/>
              <w:rPr>
                <w:lang w:val="ro-RO"/>
              </w:rPr>
            </w:pPr>
            <w:r w:rsidRPr="00A07C1D">
              <w:rPr>
                <w:b/>
                <w:color w:val="0D5F78"/>
                <w:lang w:val="ro-RO"/>
              </w:rPr>
              <w:t>Nr.</w:t>
            </w:r>
          </w:p>
          <w:p w14:paraId="2D86E73D" w14:textId="77777777" w:rsidR="003C7CA3" w:rsidRPr="00A07C1D" w:rsidRDefault="003C7CA3">
            <w:pPr>
              <w:keepNext/>
              <w:rPr>
                <w:lang w:val="ro-RO"/>
              </w:rPr>
            </w:pPr>
          </w:p>
        </w:tc>
        <w:tc>
          <w:tcPr>
            <w:tcW w:w="803" w:type="dxa"/>
          </w:tcPr>
          <w:p w14:paraId="2B61CEC7" w14:textId="77777777" w:rsidR="003C7CA3" w:rsidRPr="00A07C1D" w:rsidRDefault="003454F7">
            <w:pPr>
              <w:keepNext/>
              <w:rPr>
                <w:lang w:val="ro-RO"/>
              </w:rPr>
            </w:pPr>
            <w:r w:rsidRPr="00A07C1D">
              <w:rPr>
                <w:b/>
                <w:color w:val="0D5F78"/>
                <w:lang w:val="ro-RO"/>
              </w:rPr>
              <w:t>Sc.</w:t>
            </w:r>
          </w:p>
          <w:p w14:paraId="624663EF" w14:textId="77777777" w:rsidR="003C7CA3" w:rsidRPr="00A07C1D" w:rsidRDefault="003C7CA3">
            <w:pPr>
              <w:keepNext/>
              <w:rPr>
                <w:lang w:val="ro-RO"/>
              </w:rPr>
            </w:pPr>
          </w:p>
        </w:tc>
        <w:tc>
          <w:tcPr>
            <w:tcW w:w="803" w:type="dxa"/>
          </w:tcPr>
          <w:p w14:paraId="4174B824" w14:textId="77777777" w:rsidR="003C7CA3" w:rsidRPr="00A07C1D" w:rsidRDefault="003454F7">
            <w:pPr>
              <w:keepNext/>
              <w:rPr>
                <w:lang w:val="ro-RO"/>
              </w:rPr>
            </w:pPr>
            <w:r w:rsidRPr="00A07C1D">
              <w:rPr>
                <w:b/>
                <w:color w:val="0D5F78"/>
                <w:lang w:val="ro-RO"/>
              </w:rPr>
              <w:t>Et.</w:t>
            </w:r>
          </w:p>
          <w:p w14:paraId="35C921A2" w14:textId="77777777" w:rsidR="003C7CA3" w:rsidRPr="00A07C1D" w:rsidRDefault="003C7CA3">
            <w:pPr>
              <w:keepNext/>
              <w:rPr>
                <w:lang w:val="ro-RO"/>
              </w:rPr>
            </w:pPr>
          </w:p>
        </w:tc>
        <w:tc>
          <w:tcPr>
            <w:tcW w:w="803" w:type="dxa"/>
          </w:tcPr>
          <w:p w14:paraId="001C148E" w14:textId="77777777" w:rsidR="003C7CA3" w:rsidRPr="00A07C1D" w:rsidRDefault="003454F7">
            <w:pPr>
              <w:keepNext/>
              <w:rPr>
                <w:lang w:val="ro-RO"/>
              </w:rPr>
            </w:pPr>
            <w:r w:rsidRPr="00A07C1D">
              <w:rPr>
                <w:b/>
                <w:color w:val="0D5F78"/>
                <w:lang w:val="ro-RO"/>
              </w:rPr>
              <w:t>Ap.</w:t>
            </w:r>
          </w:p>
          <w:p w14:paraId="504D30C0" w14:textId="77777777" w:rsidR="003C7CA3" w:rsidRPr="00A07C1D" w:rsidRDefault="003C7CA3">
            <w:pPr>
              <w:keepNext/>
              <w:rPr>
                <w:lang w:val="ro-RO"/>
              </w:rPr>
            </w:pPr>
          </w:p>
        </w:tc>
        <w:tc>
          <w:tcPr>
            <w:tcW w:w="1606" w:type="dxa"/>
          </w:tcPr>
          <w:p w14:paraId="3C541330" w14:textId="77777777" w:rsidR="003C7CA3" w:rsidRPr="00A07C1D" w:rsidRDefault="003454F7">
            <w:pPr>
              <w:keepNext/>
              <w:rPr>
                <w:lang w:val="ro-RO"/>
              </w:rPr>
            </w:pPr>
            <w:r w:rsidRPr="00A07C1D">
              <w:rPr>
                <w:b/>
                <w:color w:val="0D5F78"/>
                <w:lang w:val="ro-RO"/>
              </w:rPr>
              <w:t>Cod poștal</w:t>
            </w:r>
          </w:p>
          <w:p w14:paraId="0070EDB6" w14:textId="77777777" w:rsidR="003C7CA3" w:rsidRPr="00A07C1D" w:rsidRDefault="003C7CA3">
            <w:pPr>
              <w:keepNext/>
              <w:rPr>
                <w:lang w:val="ro-RO"/>
              </w:rPr>
            </w:pPr>
          </w:p>
        </w:tc>
        <w:tc>
          <w:tcPr>
            <w:tcW w:w="1606" w:type="dxa"/>
          </w:tcPr>
          <w:p w14:paraId="075C075C" w14:textId="77777777" w:rsidR="003C7CA3" w:rsidRPr="00A07C1D" w:rsidRDefault="003454F7">
            <w:pPr>
              <w:keepNext/>
              <w:rPr>
                <w:lang w:val="ro-RO"/>
              </w:rPr>
            </w:pPr>
            <w:r w:rsidRPr="00A07C1D">
              <w:rPr>
                <w:b/>
                <w:color w:val="0D5F78"/>
                <w:lang w:val="ro-RO"/>
              </w:rPr>
              <w:t>Țara</w:t>
            </w:r>
          </w:p>
          <w:p w14:paraId="7092F64A" w14:textId="77777777" w:rsidR="003C7CA3" w:rsidRPr="00A07C1D" w:rsidRDefault="003C7CA3">
            <w:pPr>
              <w:keepNext/>
              <w:rPr>
                <w:lang w:val="ro-RO"/>
              </w:rPr>
            </w:pPr>
          </w:p>
        </w:tc>
      </w:tr>
      <w:tr w:rsidR="003C7CA3" w:rsidRPr="00A07C1D" w14:paraId="49F94177" w14:textId="77777777">
        <w:trPr>
          <w:cantSplit/>
        </w:trPr>
        <w:tc>
          <w:tcPr>
            <w:tcW w:w="9636" w:type="dxa"/>
            <w:gridSpan w:val="8"/>
            <w:shd w:val="clear" w:color="auto" w:fill="F4F4F4"/>
          </w:tcPr>
          <w:p w14:paraId="6FCA966A" w14:textId="77777777" w:rsidR="003C7CA3" w:rsidRPr="00A07C1D" w:rsidRDefault="003454F7">
            <w:pPr>
              <w:keepNext/>
              <w:rPr>
                <w:lang w:val="ro-RO"/>
              </w:rPr>
            </w:pPr>
            <w:r w:rsidRPr="00A07C1D">
              <w:rPr>
                <w:sz w:val="16"/>
                <w:lang w:val="ro-RO"/>
              </w:rPr>
              <w:t xml:space="preserve"> Date de contact</w:t>
            </w:r>
          </w:p>
        </w:tc>
      </w:tr>
      <w:tr w:rsidR="003C7CA3" w:rsidRPr="00A07C1D" w14:paraId="692FAC07" w14:textId="77777777">
        <w:trPr>
          <w:cantSplit/>
          <w:trHeight w:val="510"/>
        </w:trPr>
        <w:tc>
          <w:tcPr>
            <w:tcW w:w="4015" w:type="dxa"/>
            <w:gridSpan w:val="3"/>
          </w:tcPr>
          <w:p w14:paraId="7A514DDD" w14:textId="77777777" w:rsidR="003C7CA3" w:rsidRPr="00A07C1D" w:rsidRDefault="003454F7">
            <w:pPr>
              <w:keepNext/>
              <w:rPr>
                <w:lang w:val="ro-RO"/>
              </w:rPr>
            </w:pPr>
            <w:r w:rsidRPr="00A07C1D">
              <w:rPr>
                <w:b/>
                <w:color w:val="0D5F78"/>
                <w:lang w:val="ro-RO"/>
              </w:rPr>
              <w:t>Telefon / fax</w:t>
            </w:r>
          </w:p>
          <w:p w14:paraId="1C251D1C" w14:textId="77777777" w:rsidR="003C7CA3" w:rsidRPr="00A07C1D" w:rsidRDefault="003C7CA3">
            <w:pPr>
              <w:keepNext/>
              <w:rPr>
                <w:lang w:val="ro-RO"/>
              </w:rPr>
            </w:pPr>
          </w:p>
        </w:tc>
        <w:tc>
          <w:tcPr>
            <w:tcW w:w="5621" w:type="dxa"/>
            <w:gridSpan w:val="5"/>
          </w:tcPr>
          <w:p w14:paraId="56DA7E88" w14:textId="77777777" w:rsidR="003C7CA3" w:rsidRPr="00A07C1D" w:rsidRDefault="003454F7">
            <w:pPr>
              <w:keepNext/>
              <w:rPr>
                <w:lang w:val="ro-RO"/>
              </w:rPr>
            </w:pPr>
            <w:r w:rsidRPr="00A07C1D">
              <w:rPr>
                <w:b/>
                <w:color w:val="0D5F78"/>
                <w:lang w:val="ro-RO"/>
              </w:rPr>
              <w:t>E-mail</w:t>
            </w:r>
          </w:p>
          <w:p w14:paraId="17350C90" w14:textId="77777777" w:rsidR="003C7CA3" w:rsidRPr="00A07C1D" w:rsidRDefault="003C7CA3">
            <w:pPr>
              <w:keepNext/>
              <w:rPr>
                <w:lang w:val="ro-RO"/>
              </w:rPr>
            </w:pPr>
          </w:p>
        </w:tc>
      </w:tr>
      <w:tr w:rsidR="003C7CA3" w:rsidRPr="00A07C1D" w14:paraId="201FC873" w14:textId="77777777">
        <w:trPr>
          <w:cantSplit/>
        </w:trPr>
        <w:tc>
          <w:tcPr>
            <w:tcW w:w="9636" w:type="dxa"/>
            <w:gridSpan w:val="8"/>
            <w:shd w:val="clear" w:color="auto" w:fill="F4F4F4"/>
          </w:tcPr>
          <w:p w14:paraId="64E77FD4" w14:textId="77777777" w:rsidR="003C7CA3" w:rsidRPr="00A07C1D" w:rsidRDefault="003454F7">
            <w:pPr>
              <w:keepNext/>
              <w:rPr>
                <w:lang w:val="ro-RO"/>
              </w:rPr>
            </w:pPr>
            <w:r w:rsidRPr="00A07C1D">
              <w:rPr>
                <w:sz w:val="16"/>
                <w:lang w:val="ro-RO"/>
              </w:rPr>
              <w:t xml:space="preserve"> Reprezentare</w:t>
            </w:r>
          </w:p>
        </w:tc>
      </w:tr>
      <w:tr w:rsidR="003C7CA3" w:rsidRPr="00A07C1D" w14:paraId="1C66AA69" w14:textId="77777777">
        <w:trPr>
          <w:cantSplit/>
          <w:trHeight w:val="510"/>
        </w:trPr>
        <w:tc>
          <w:tcPr>
            <w:tcW w:w="6424" w:type="dxa"/>
            <w:gridSpan w:val="6"/>
          </w:tcPr>
          <w:p w14:paraId="7E59B4D9" w14:textId="77777777" w:rsidR="003C7CA3" w:rsidRPr="00A07C1D" w:rsidRDefault="003454F7">
            <w:pPr>
              <w:rPr>
                <w:lang w:val="ro-RO"/>
              </w:rPr>
            </w:pPr>
            <w:r w:rsidRPr="00A07C1D">
              <w:rPr>
                <w:b/>
                <w:color w:val="0D5F78"/>
                <w:lang w:val="ro-RO"/>
              </w:rPr>
              <w:t>În calitate de reprezentant al</w:t>
            </w:r>
          </w:p>
          <w:p w14:paraId="527BD733" w14:textId="77777777" w:rsidR="003C7CA3" w:rsidRPr="00A07C1D" w:rsidRDefault="003C7CA3">
            <w:pPr>
              <w:rPr>
                <w:lang w:val="ro-RO"/>
              </w:rPr>
            </w:pPr>
          </w:p>
        </w:tc>
        <w:tc>
          <w:tcPr>
            <w:tcW w:w="3212" w:type="dxa"/>
            <w:gridSpan w:val="2"/>
          </w:tcPr>
          <w:p w14:paraId="73FBAECB" w14:textId="77777777" w:rsidR="003C7CA3" w:rsidRPr="00A07C1D" w:rsidRDefault="003454F7">
            <w:pPr>
              <w:rPr>
                <w:lang w:val="ro-RO"/>
              </w:rPr>
            </w:pPr>
            <w:r w:rsidRPr="00A07C1D">
              <w:rPr>
                <w:b/>
                <w:color w:val="0D5F78"/>
                <w:lang w:val="ro-RO"/>
              </w:rPr>
              <w:t>CUI / CIF</w:t>
            </w:r>
          </w:p>
          <w:p w14:paraId="196D97D6" w14:textId="77777777" w:rsidR="003C7CA3" w:rsidRPr="00A07C1D" w:rsidRDefault="003C7CA3">
            <w:pPr>
              <w:rPr>
                <w:lang w:val="ro-RO"/>
              </w:rPr>
            </w:pPr>
          </w:p>
        </w:tc>
      </w:tr>
    </w:tbl>
    <w:p w14:paraId="29A4446E"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A07C1D" w14:paraId="000CB846" w14:textId="77777777">
        <w:trPr>
          <w:cantSplit/>
        </w:trPr>
        <w:tc>
          <w:tcPr>
            <w:tcW w:w="9636" w:type="dxa"/>
            <w:shd w:val="clear" w:color="auto" w:fill="F4F4F4"/>
          </w:tcPr>
          <w:p w14:paraId="1DE1F1FA" w14:textId="77777777" w:rsidR="003C7CA3" w:rsidRPr="00A07C1D" w:rsidRDefault="003454F7">
            <w:pPr>
              <w:keepNext/>
              <w:rPr>
                <w:lang w:val="ro-RO"/>
              </w:rPr>
            </w:pPr>
            <w:r w:rsidRPr="00A07C1D">
              <w:rPr>
                <w:b/>
                <w:sz w:val="16"/>
                <w:lang w:val="ro-RO"/>
              </w:rPr>
              <w:t xml:space="preserve"> 3. </w:t>
            </w:r>
            <w:r w:rsidRPr="00A07C1D">
              <w:rPr>
                <w:b/>
                <w:color w:val="000000"/>
                <w:sz w:val="18"/>
                <w:lang w:val="ro-RO"/>
              </w:rPr>
              <w:t>TITULAR AL</w:t>
            </w:r>
          </w:p>
        </w:tc>
      </w:tr>
      <w:tr w:rsidR="003C7CA3" w:rsidRPr="00A07C1D" w14:paraId="1A6AF421" w14:textId="77777777">
        <w:trPr>
          <w:cantSplit/>
        </w:trPr>
        <w:tc>
          <w:tcPr>
            <w:tcW w:w="9636" w:type="dxa"/>
          </w:tcPr>
          <w:p w14:paraId="03060E9B" w14:textId="2B1A6201" w:rsidR="003C7CA3" w:rsidRPr="00A07C1D" w:rsidRDefault="003454F7" w:rsidP="00551448">
            <w:pPr>
              <w:jc w:val="both"/>
              <w:rPr>
                <w:lang w:val="ro-RO"/>
              </w:rPr>
            </w:pPr>
            <w:r w:rsidRPr="00A07C1D">
              <w:rPr>
                <w:sz w:val="16"/>
                <w:lang w:val="ro-RO"/>
              </w:rPr>
              <w:t xml:space="preserve"> ☐ dreptului de proprietate asupra imobilului     ☐ unui alt drept real corespunzător proprietății publice     ☐ dreptului de creanță     ☐ unui alt drept potrivit art. </w:t>
            </w:r>
            <w:r w:rsidR="00124B01" w:rsidRPr="00A07C1D">
              <w:rPr>
                <w:sz w:val="16"/>
                <w:lang w:val="ro-RO"/>
              </w:rPr>
              <w:t>248 alin.(2) și art.</w:t>
            </w:r>
            <w:r w:rsidR="00261C2C" w:rsidRPr="00A07C1D">
              <w:rPr>
                <w:sz w:val="16"/>
                <w:lang w:val="ro-RO"/>
              </w:rPr>
              <w:t>330</w:t>
            </w:r>
            <w:r w:rsidRPr="00A07C1D">
              <w:rPr>
                <w:sz w:val="16"/>
                <w:lang w:val="ro-RO"/>
              </w:rPr>
              <w:t xml:space="preserve"> alin. (</w:t>
            </w:r>
            <w:r w:rsidR="00261C2C" w:rsidRPr="00A07C1D">
              <w:rPr>
                <w:sz w:val="16"/>
                <w:lang w:val="ro-RO"/>
              </w:rPr>
              <w:t>1</w:t>
            </w:r>
            <w:r w:rsidRPr="00A07C1D">
              <w:rPr>
                <w:sz w:val="16"/>
                <w:lang w:val="ro-RO"/>
              </w:rPr>
              <w:t>)</w:t>
            </w:r>
            <w:r w:rsidR="00261C2C" w:rsidRPr="00A07C1D">
              <w:rPr>
                <w:sz w:val="16"/>
                <w:lang w:val="ro-RO"/>
              </w:rPr>
              <w:t xml:space="preserve"> lit.</w:t>
            </w:r>
            <w:r w:rsidR="00F6063D" w:rsidRPr="00A07C1D">
              <w:rPr>
                <w:sz w:val="16"/>
                <w:lang w:val="ro-RO"/>
              </w:rPr>
              <w:t xml:space="preserve"> </w:t>
            </w:r>
            <w:r w:rsidR="00261C2C" w:rsidRPr="00A07C1D">
              <w:rPr>
                <w:sz w:val="16"/>
                <w:lang w:val="ro-RO"/>
              </w:rPr>
              <w:t>b)</w:t>
            </w:r>
            <w:r w:rsidR="00C32AB5" w:rsidRPr="00A07C1D">
              <w:rPr>
                <w:sz w:val="16"/>
                <w:lang w:val="ro-RO"/>
              </w:rPr>
              <w:t xml:space="preserve"> </w:t>
            </w:r>
            <w:r w:rsidR="006D4D10" w:rsidRPr="00A07C1D">
              <w:rPr>
                <w:color w:val="000000" w:themeColor="text1"/>
                <w:sz w:val="16"/>
                <w:lang w:val="ro-RO"/>
              </w:rPr>
              <w:t xml:space="preserve">și art. 332 alin. (1) </w:t>
            </w:r>
            <w:r w:rsidR="00C32AB5" w:rsidRPr="00A07C1D">
              <w:rPr>
                <w:sz w:val="16"/>
                <w:lang w:val="ro-RO"/>
              </w:rPr>
              <w:t>din Legea nr.169/2026</w:t>
            </w:r>
          </w:p>
        </w:tc>
      </w:tr>
    </w:tbl>
    <w:p w14:paraId="14245061" w14:textId="77777777" w:rsidR="003C7CA3" w:rsidRPr="00A07C1D" w:rsidRDefault="003C7CA3">
      <w:pPr>
        <w:spacing w:line="168" w:lineRule="auto"/>
        <w:rPr>
          <w:lang w:val="ro-RO"/>
        </w:rPr>
      </w:pP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5B29C5" w:rsidRPr="00A07C1D" w14:paraId="1087A62F" w14:textId="77777777" w:rsidTr="006D4D10">
        <w:trPr>
          <w:cantSplit/>
        </w:trPr>
        <w:tc>
          <w:tcPr>
            <w:tcW w:w="9636" w:type="dxa"/>
            <w:gridSpan w:val="2"/>
            <w:shd w:val="clear" w:color="auto" w:fill="F4F4F4"/>
          </w:tcPr>
          <w:p w14:paraId="3B2188BE" w14:textId="180A9649" w:rsidR="005B29C5" w:rsidRPr="00A07C1D" w:rsidRDefault="005B29C5" w:rsidP="00303E64">
            <w:pPr>
              <w:keepNext/>
              <w:rPr>
                <w:lang w:val="ro-RO"/>
              </w:rPr>
            </w:pPr>
            <w:r w:rsidRPr="00A07C1D">
              <w:rPr>
                <w:b/>
                <w:sz w:val="16"/>
                <w:lang w:val="ro-RO"/>
              </w:rPr>
              <w:t xml:space="preserve">4. </w:t>
            </w:r>
            <w:r w:rsidRPr="00A07C1D">
              <w:rPr>
                <w:b/>
                <w:color w:val="000000"/>
                <w:sz w:val="18"/>
                <w:lang w:val="ro-RO"/>
              </w:rPr>
              <w:t>TITULAR AL</w:t>
            </w:r>
          </w:p>
        </w:tc>
      </w:tr>
      <w:tr w:rsidR="005B29C5" w:rsidRPr="00A07C1D" w14:paraId="5D544392" w14:textId="77777777" w:rsidTr="006D4D10">
        <w:trPr>
          <w:cantSplit/>
        </w:trPr>
        <w:tc>
          <w:tcPr>
            <w:tcW w:w="4818" w:type="dxa"/>
          </w:tcPr>
          <w:p w14:paraId="17241E11" w14:textId="07386F21" w:rsidR="005B29C5" w:rsidRPr="00A07C1D" w:rsidRDefault="005B29C5" w:rsidP="005B29C5">
            <w:pPr>
              <w:rPr>
                <w:lang w:val="ro-RO"/>
              </w:rPr>
            </w:pPr>
            <w:r w:rsidRPr="00A07C1D">
              <w:rPr>
                <w:b/>
                <w:color w:val="0D5F78"/>
                <w:lang w:val="ro-RO"/>
              </w:rPr>
              <w:t>Certificatului de urbanism nr. / data</w:t>
            </w:r>
          </w:p>
          <w:p w14:paraId="1B8AD45C" w14:textId="77777777" w:rsidR="005C42C1" w:rsidRPr="00A07C1D" w:rsidRDefault="005C42C1" w:rsidP="005C42C1">
            <w:pPr>
              <w:rPr>
                <w:lang w:val="ro-RO"/>
              </w:rPr>
            </w:pPr>
          </w:p>
        </w:tc>
        <w:tc>
          <w:tcPr>
            <w:tcW w:w="4818" w:type="dxa"/>
          </w:tcPr>
          <w:p w14:paraId="5FA2231A" w14:textId="77777777" w:rsidR="005B29C5" w:rsidRPr="00A07C1D" w:rsidRDefault="005B29C5" w:rsidP="005B29C5">
            <w:pPr>
              <w:rPr>
                <w:lang w:val="ro-RO"/>
              </w:rPr>
            </w:pPr>
            <w:r w:rsidRPr="00A07C1D">
              <w:rPr>
                <w:b/>
                <w:color w:val="0D5F78"/>
                <w:lang w:val="ro-RO"/>
              </w:rPr>
              <w:t>emis de</w:t>
            </w:r>
          </w:p>
          <w:p w14:paraId="3EFF25A7" w14:textId="79FDE017" w:rsidR="005B29C5" w:rsidRPr="00A07C1D" w:rsidRDefault="005B29C5" w:rsidP="005B29C5">
            <w:pPr>
              <w:rPr>
                <w:lang w:val="ro-RO"/>
              </w:rPr>
            </w:pPr>
          </w:p>
        </w:tc>
      </w:tr>
    </w:tbl>
    <w:p w14:paraId="24ABCC7F" w14:textId="77777777" w:rsidR="001531A5" w:rsidRPr="00A07C1D" w:rsidRDefault="00C32AB5" w:rsidP="00C32AB5">
      <w:pPr>
        <w:spacing w:before="80" w:after="60"/>
        <w:jc w:val="center"/>
        <w:rPr>
          <w:sz w:val="18"/>
          <w:lang w:val="ro-RO"/>
        </w:rPr>
      </w:pPr>
      <w:r w:rsidRPr="00A07C1D">
        <w:rPr>
          <w:sz w:val="18"/>
          <w:lang w:val="ro-RO"/>
        </w:rPr>
        <w:t xml:space="preserve">în conformitate cu prevederile Legii nr. 169/2026 privind Codul amenajării teritoriului, urbanismului și construcțiilor, </w:t>
      </w:r>
    </w:p>
    <w:p w14:paraId="1474EB1C" w14:textId="7A9E4436" w:rsidR="00C32AB5" w:rsidRPr="00A07C1D" w:rsidRDefault="00C32AB5" w:rsidP="00C32AB5">
      <w:pPr>
        <w:spacing w:before="80" w:after="60"/>
        <w:jc w:val="center"/>
        <w:rPr>
          <w:sz w:val="18"/>
          <w:lang w:val="ro-RO"/>
        </w:rPr>
      </w:pPr>
      <w:r w:rsidRPr="00A07C1D">
        <w:rPr>
          <w:sz w:val="18"/>
          <w:lang w:val="ro-RO"/>
        </w:rPr>
        <w:t>solicit emiterea</w:t>
      </w:r>
    </w:p>
    <w:p w14:paraId="025957C7" w14:textId="77777777" w:rsidR="001531A5" w:rsidRPr="00A07C1D" w:rsidRDefault="00C32AB5" w:rsidP="004363D6">
      <w:pPr>
        <w:spacing w:after="120"/>
        <w:jc w:val="center"/>
        <w:rPr>
          <w:b/>
          <w:sz w:val="20"/>
          <w:lang w:val="ro-RO"/>
        </w:rPr>
      </w:pPr>
      <w:r w:rsidRPr="00A07C1D">
        <w:rPr>
          <w:b/>
          <w:sz w:val="20"/>
          <w:lang w:val="ro-RO"/>
        </w:rPr>
        <w:t xml:space="preserve">Autorizației de ☐ construire / ☐ desființare </w:t>
      </w:r>
    </w:p>
    <w:p w14:paraId="646C5D13" w14:textId="191D7A92" w:rsidR="00C32AB5" w:rsidRPr="00A07C1D" w:rsidRDefault="0062022C" w:rsidP="00C32AB5">
      <w:pPr>
        <w:spacing w:after="160"/>
        <w:jc w:val="center"/>
        <w:rPr>
          <w:b/>
          <w:color w:val="000000" w:themeColor="text1"/>
          <w:sz w:val="20"/>
          <w:szCs w:val="20"/>
          <w:lang w:val="ro-RO"/>
        </w:rPr>
      </w:pPr>
      <w:r w:rsidRPr="00A07C1D">
        <w:rPr>
          <w:b/>
          <w:color w:val="000000" w:themeColor="text1"/>
          <w:sz w:val="20"/>
          <w:szCs w:val="20"/>
          <w:lang w:val="ro-RO"/>
        </w:rPr>
        <w:t xml:space="preserve">pentru infrastructura de transport de interes </w:t>
      </w:r>
      <w:r w:rsidR="00F6063D" w:rsidRPr="00A07C1D">
        <w:rPr>
          <w:b/>
          <w:color w:val="000000" w:themeColor="text1"/>
          <w:sz w:val="20"/>
          <w:szCs w:val="20"/>
          <w:lang w:val="ro-RO"/>
        </w:rPr>
        <w:t>național</w:t>
      </w:r>
      <w:r w:rsidRPr="00A07C1D">
        <w:rPr>
          <w:b/>
          <w:color w:val="000000" w:themeColor="text1"/>
          <w:sz w:val="20"/>
          <w:szCs w:val="20"/>
          <w:lang w:val="ro-RO"/>
        </w:rPr>
        <w:t xml:space="preserve"> şi de metrou gestionat</w:t>
      </w:r>
      <w:r w:rsidR="004363D6" w:rsidRPr="00A07C1D">
        <w:rPr>
          <w:b/>
          <w:color w:val="000000" w:themeColor="text1"/>
          <w:sz w:val="20"/>
          <w:szCs w:val="20"/>
          <w:lang w:val="ro-RO"/>
        </w:rPr>
        <w:t>ă</w:t>
      </w:r>
      <w:r w:rsidRPr="00A07C1D">
        <w:rPr>
          <w:b/>
          <w:color w:val="000000" w:themeColor="text1"/>
          <w:sz w:val="20"/>
          <w:szCs w:val="20"/>
          <w:lang w:val="ro-RO"/>
        </w:rPr>
        <w:t xml:space="preserve"> de Societatea de Transport cu Metroul </w:t>
      </w:r>
      <w:r w:rsidR="00F6063D" w:rsidRPr="00A07C1D">
        <w:rPr>
          <w:b/>
          <w:color w:val="000000" w:themeColor="text1"/>
          <w:sz w:val="20"/>
          <w:szCs w:val="20"/>
          <w:lang w:val="ro-RO"/>
        </w:rPr>
        <w:t>București</w:t>
      </w:r>
      <w:r w:rsidRPr="00A07C1D">
        <w:rPr>
          <w:b/>
          <w:color w:val="000000" w:themeColor="text1"/>
          <w:sz w:val="20"/>
          <w:szCs w:val="20"/>
          <w:lang w:val="ro-RO"/>
        </w:rPr>
        <w:t xml:space="preserve"> "Metrorex" - S.A.</w:t>
      </w: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C32AB5" w:rsidRPr="008B5868" w14:paraId="35B98EF6" w14:textId="77777777" w:rsidTr="0062022C">
        <w:trPr>
          <w:cantSplit/>
        </w:trPr>
        <w:tc>
          <w:tcPr>
            <w:tcW w:w="9636" w:type="dxa"/>
            <w:shd w:val="clear" w:color="auto" w:fill="F4F4F4"/>
          </w:tcPr>
          <w:p w14:paraId="312363D4" w14:textId="2BBF1D99" w:rsidR="00C32AB5" w:rsidRPr="00A07C1D" w:rsidRDefault="00C32AB5" w:rsidP="00303E64">
            <w:pPr>
              <w:keepNext/>
              <w:rPr>
                <w:lang w:val="ro-RO"/>
              </w:rPr>
            </w:pPr>
            <w:r w:rsidRPr="00A07C1D">
              <w:rPr>
                <w:b/>
                <w:sz w:val="16"/>
                <w:lang w:val="ro-RO"/>
              </w:rPr>
              <w:t xml:space="preserve">5. </w:t>
            </w:r>
            <w:r w:rsidRPr="00A07C1D">
              <w:rPr>
                <w:b/>
                <w:sz w:val="18"/>
                <w:szCs w:val="18"/>
                <w:lang w:val="ro-RO"/>
              </w:rPr>
              <w:t>ÎN SCOPUL REALIZĂRII</w:t>
            </w:r>
            <w:r w:rsidRPr="00A07C1D">
              <w:rPr>
                <w:b/>
                <w:sz w:val="16"/>
                <w:lang w:val="ro-RO"/>
              </w:rPr>
              <w:t xml:space="preserve"> </w:t>
            </w:r>
            <w:r w:rsidRPr="00A07C1D">
              <w:rPr>
                <w:b/>
                <w:color w:val="000000"/>
                <w:sz w:val="18"/>
                <w:lang w:val="ro-RO"/>
              </w:rPr>
              <w:t>OBIECTIVULUI  / OBIECTULUI  DE INVESTIȚII</w:t>
            </w:r>
          </w:p>
        </w:tc>
      </w:tr>
      <w:tr w:rsidR="00C32AB5" w:rsidRPr="008B5868" w14:paraId="7C44D6E1" w14:textId="77777777" w:rsidTr="0062022C">
        <w:trPr>
          <w:cantSplit/>
        </w:trPr>
        <w:tc>
          <w:tcPr>
            <w:tcW w:w="9636" w:type="dxa"/>
            <w:shd w:val="clear" w:color="auto" w:fill="F4F4F4"/>
          </w:tcPr>
          <w:p w14:paraId="2AAE5021" w14:textId="56EF46F8" w:rsidR="00C32AB5" w:rsidRPr="00A07C1D" w:rsidRDefault="00C32AB5" w:rsidP="00303E64">
            <w:pPr>
              <w:keepNext/>
              <w:spacing w:line="228" w:lineRule="auto"/>
              <w:rPr>
                <w:lang w:val="ro-RO"/>
              </w:rPr>
            </w:pPr>
            <w:r w:rsidRPr="00A07C1D">
              <w:rPr>
                <w:lang w:val="ro-RO"/>
              </w:rPr>
              <w:t xml:space="preserve">include </w:t>
            </w:r>
            <w:r w:rsidR="001531A5" w:rsidRPr="00A07C1D">
              <w:rPr>
                <w:lang w:val="ro-RO"/>
              </w:rPr>
              <w:t xml:space="preserve">cel puțin </w:t>
            </w:r>
            <w:r w:rsidRPr="00A07C1D">
              <w:rPr>
                <w:lang w:val="ro-RO"/>
              </w:rPr>
              <w:t>funcțiunea principală și secundare</w:t>
            </w:r>
          </w:p>
        </w:tc>
      </w:tr>
      <w:tr w:rsidR="00C32AB5" w:rsidRPr="008B5868" w14:paraId="5552796F" w14:textId="77777777" w:rsidTr="0062022C">
        <w:trPr>
          <w:cantSplit/>
        </w:trPr>
        <w:tc>
          <w:tcPr>
            <w:tcW w:w="9636" w:type="dxa"/>
          </w:tcPr>
          <w:p w14:paraId="77F46E38" w14:textId="77777777" w:rsidR="00C32AB5" w:rsidRPr="00A07C1D" w:rsidRDefault="00C32AB5" w:rsidP="00303E64">
            <w:pPr>
              <w:keepNext/>
              <w:pBdr>
                <w:bottom w:val="dotted" w:sz="6" w:space="0" w:color="999999"/>
              </w:pBdr>
              <w:spacing w:after="80"/>
              <w:rPr>
                <w:lang w:val="ro-RO"/>
              </w:rPr>
            </w:pPr>
          </w:p>
          <w:p w14:paraId="26F4CFAF" w14:textId="77777777" w:rsidR="00551448" w:rsidRPr="00A07C1D" w:rsidRDefault="00551448" w:rsidP="00303E64">
            <w:pPr>
              <w:keepNext/>
              <w:pBdr>
                <w:bottom w:val="dotted" w:sz="6" w:space="0" w:color="999999"/>
              </w:pBdr>
              <w:spacing w:after="80"/>
              <w:rPr>
                <w:lang w:val="ro-RO"/>
              </w:rPr>
            </w:pPr>
          </w:p>
          <w:p w14:paraId="77355D8A" w14:textId="77777777" w:rsidR="00C32AB5" w:rsidRPr="00A07C1D" w:rsidRDefault="00C32AB5" w:rsidP="00303E64">
            <w:pPr>
              <w:keepNext/>
              <w:pBdr>
                <w:bottom w:val="dotted" w:sz="6" w:space="0" w:color="999999"/>
              </w:pBdr>
              <w:spacing w:after="80"/>
              <w:rPr>
                <w:lang w:val="ro-RO"/>
              </w:rPr>
            </w:pPr>
          </w:p>
        </w:tc>
      </w:tr>
    </w:tbl>
    <w:p w14:paraId="2E66493B" w14:textId="40165133" w:rsidR="003C7CA3" w:rsidRPr="00A07C1D" w:rsidRDefault="003C7CA3">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rsidRPr="00A07C1D" w14:paraId="141F6558" w14:textId="77777777">
        <w:trPr>
          <w:cantSplit/>
        </w:trPr>
        <w:tc>
          <w:tcPr>
            <w:tcW w:w="9636" w:type="dxa"/>
            <w:gridSpan w:val="7"/>
            <w:shd w:val="clear" w:color="auto" w:fill="F4F4F4"/>
          </w:tcPr>
          <w:p w14:paraId="25143AC5" w14:textId="57ECE718" w:rsidR="003C7CA3" w:rsidRPr="00A07C1D" w:rsidRDefault="003454F7">
            <w:pPr>
              <w:keepNext/>
              <w:rPr>
                <w:lang w:val="ro-RO"/>
              </w:rPr>
            </w:pPr>
            <w:r w:rsidRPr="00A07C1D">
              <w:rPr>
                <w:b/>
                <w:sz w:val="16"/>
                <w:lang w:val="ro-RO"/>
              </w:rPr>
              <w:t xml:space="preserve"> </w:t>
            </w:r>
            <w:r w:rsidR="00C32AB5" w:rsidRPr="00A07C1D">
              <w:rPr>
                <w:b/>
                <w:sz w:val="16"/>
                <w:lang w:val="ro-RO"/>
              </w:rPr>
              <w:t>6</w:t>
            </w:r>
            <w:r w:rsidRPr="00A07C1D">
              <w:rPr>
                <w:b/>
                <w:sz w:val="16"/>
                <w:lang w:val="ro-RO"/>
              </w:rPr>
              <w:t xml:space="preserve">. </w:t>
            </w:r>
            <w:r w:rsidRPr="00A07C1D">
              <w:rPr>
                <w:b/>
                <w:color w:val="000000"/>
                <w:sz w:val="18"/>
                <w:lang w:val="ro-RO"/>
              </w:rPr>
              <w:t>IMOBIL / IMOBILE</w:t>
            </w:r>
          </w:p>
        </w:tc>
      </w:tr>
      <w:tr w:rsidR="003C7CA3" w:rsidRPr="008B5868" w14:paraId="238DC723" w14:textId="77777777">
        <w:trPr>
          <w:cantSplit/>
        </w:trPr>
        <w:tc>
          <w:tcPr>
            <w:tcW w:w="9636" w:type="dxa"/>
            <w:gridSpan w:val="7"/>
            <w:shd w:val="clear" w:color="auto" w:fill="F4F4F4"/>
          </w:tcPr>
          <w:p w14:paraId="137FA947" w14:textId="77777777" w:rsidR="003C7CA3" w:rsidRPr="00A07C1D" w:rsidRDefault="003454F7">
            <w:pPr>
              <w:keepNext/>
              <w:spacing w:line="228" w:lineRule="auto"/>
              <w:rPr>
                <w:lang w:val="ro-RO"/>
              </w:rPr>
            </w:pPr>
            <w:r w:rsidRPr="00A07C1D">
              <w:rPr>
                <w:lang w:val="ro-RO"/>
              </w:rPr>
              <w:t>Pentru fiecare imobil se completează obligatoriu câte o anexă tehnică; celelalte imobile se înscriu în anexa de imobile.</w:t>
            </w:r>
          </w:p>
        </w:tc>
      </w:tr>
      <w:tr w:rsidR="003C7CA3" w:rsidRPr="00A07C1D" w14:paraId="2A794A33" w14:textId="77777777">
        <w:trPr>
          <w:cantSplit/>
        </w:trPr>
        <w:tc>
          <w:tcPr>
            <w:tcW w:w="9636" w:type="dxa"/>
            <w:gridSpan w:val="7"/>
            <w:shd w:val="clear" w:color="auto" w:fill="F4F4F4"/>
          </w:tcPr>
          <w:p w14:paraId="111D41FD" w14:textId="77777777" w:rsidR="003C7CA3" w:rsidRPr="00A07C1D" w:rsidRDefault="003454F7">
            <w:pPr>
              <w:keepNext/>
              <w:rPr>
                <w:lang w:val="ro-RO"/>
              </w:rPr>
            </w:pPr>
            <w:r w:rsidRPr="00A07C1D">
              <w:rPr>
                <w:sz w:val="16"/>
                <w:lang w:val="ro-RO"/>
              </w:rPr>
              <w:t xml:space="preserve"> Imobil 1</w:t>
            </w:r>
          </w:p>
        </w:tc>
      </w:tr>
      <w:tr w:rsidR="003C7CA3" w:rsidRPr="00A07C1D" w14:paraId="29520B4E" w14:textId="77777777">
        <w:trPr>
          <w:cantSplit/>
          <w:trHeight w:val="510"/>
        </w:trPr>
        <w:tc>
          <w:tcPr>
            <w:tcW w:w="3212" w:type="dxa"/>
          </w:tcPr>
          <w:p w14:paraId="0A203E5A" w14:textId="77777777" w:rsidR="003C7CA3" w:rsidRPr="00A07C1D" w:rsidRDefault="003454F7">
            <w:pPr>
              <w:keepNext/>
              <w:rPr>
                <w:lang w:val="ro-RO"/>
              </w:rPr>
            </w:pPr>
            <w:r w:rsidRPr="00A07C1D">
              <w:rPr>
                <w:b/>
                <w:color w:val="0D5F78"/>
                <w:lang w:val="ro-RO"/>
              </w:rPr>
              <w:t>Tip imobil</w:t>
            </w:r>
          </w:p>
          <w:p w14:paraId="1204C28A" w14:textId="77777777" w:rsidR="003C7CA3" w:rsidRPr="00A07C1D" w:rsidRDefault="003454F7">
            <w:pPr>
              <w:keepNext/>
              <w:rPr>
                <w:lang w:val="ro-RO"/>
              </w:rPr>
            </w:pPr>
            <w:r w:rsidRPr="00A07C1D">
              <w:rPr>
                <w:sz w:val="16"/>
                <w:lang w:val="ro-RO"/>
              </w:rPr>
              <w:t>☐ teren     ☐ construcții</w:t>
            </w:r>
          </w:p>
        </w:tc>
        <w:tc>
          <w:tcPr>
            <w:tcW w:w="3212" w:type="dxa"/>
            <w:gridSpan w:val="4"/>
          </w:tcPr>
          <w:p w14:paraId="5BA7D251" w14:textId="77777777" w:rsidR="003C7CA3" w:rsidRPr="00A07C1D" w:rsidRDefault="003454F7">
            <w:pPr>
              <w:keepNext/>
              <w:rPr>
                <w:lang w:val="ro-RO"/>
              </w:rPr>
            </w:pPr>
            <w:r w:rsidRPr="00A07C1D">
              <w:rPr>
                <w:b/>
                <w:color w:val="0D5F78"/>
                <w:lang w:val="ro-RO"/>
              </w:rPr>
              <w:t>Număr cadastral</w:t>
            </w:r>
          </w:p>
          <w:p w14:paraId="503C5161" w14:textId="77777777" w:rsidR="003C7CA3" w:rsidRPr="00A07C1D" w:rsidRDefault="003C7CA3">
            <w:pPr>
              <w:keepNext/>
              <w:rPr>
                <w:lang w:val="ro-RO"/>
              </w:rPr>
            </w:pPr>
          </w:p>
        </w:tc>
        <w:tc>
          <w:tcPr>
            <w:tcW w:w="3212" w:type="dxa"/>
            <w:gridSpan w:val="2"/>
          </w:tcPr>
          <w:p w14:paraId="350ADBEB" w14:textId="77777777" w:rsidR="003C7CA3" w:rsidRPr="00A07C1D" w:rsidRDefault="003454F7">
            <w:pPr>
              <w:keepNext/>
              <w:rPr>
                <w:lang w:val="ro-RO"/>
              </w:rPr>
            </w:pPr>
            <w:r w:rsidRPr="00A07C1D">
              <w:rPr>
                <w:b/>
                <w:color w:val="0D5F78"/>
                <w:lang w:val="ro-RO"/>
              </w:rPr>
              <w:t>Carte funciară nr.</w:t>
            </w:r>
          </w:p>
          <w:p w14:paraId="7CA38C80" w14:textId="77777777" w:rsidR="003C7CA3" w:rsidRPr="00A07C1D" w:rsidRDefault="003C7CA3">
            <w:pPr>
              <w:keepNext/>
              <w:rPr>
                <w:lang w:val="ro-RO"/>
              </w:rPr>
            </w:pPr>
          </w:p>
        </w:tc>
      </w:tr>
      <w:tr w:rsidR="003C7CA3" w:rsidRPr="00A07C1D" w14:paraId="108AC1B7" w14:textId="77777777">
        <w:trPr>
          <w:cantSplit/>
          <w:trHeight w:val="510"/>
        </w:trPr>
        <w:tc>
          <w:tcPr>
            <w:tcW w:w="3212" w:type="dxa"/>
          </w:tcPr>
          <w:p w14:paraId="4B886C1A" w14:textId="77777777" w:rsidR="003C7CA3" w:rsidRPr="00A07C1D" w:rsidRDefault="003454F7">
            <w:pPr>
              <w:keepNext/>
              <w:rPr>
                <w:lang w:val="ro-RO"/>
              </w:rPr>
            </w:pPr>
            <w:r w:rsidRPr="00A07C1D">
              <w:rPr>
                <w:b/>
                <w:color w:val="0D5F78"/>
                <w:lang w:val="ro-RO"/>
              </w:rPr>
              <w:t>Județul</w:t>
            </w:r>
          </w:p>
          <w:p w14:paraId="4BA80733" w14:textId="77777777" w:rsidR="003C7CA3" w:rsidRPr="00A07C1D" w:rsidRDefault="003C7CA3">
            <w:pPr>
              <w:keepNext/>
              <w:rPr>
                <w:lang w:val="ro-RO"/>
              </w:rPr>
            </w:pPr>
          </w:p>
        </w:tc>
        <w:tc>
          <w:tcPr>
            <w:tcW w:w="3212" w:type="dxa"/>
            <w:gridSpan w:val="4"/>
          </w:tcPr>
          <w:p w14:paraId="0828FCA2" w14:textId="77777777" w:rsidR="003C7CA3" w:rsidRPr="00A07C1D" w:rsidRDefault="003454F7">
            <w:pPr>
              <w:keepNext/>
              <w:rPr>
                <w:lang w:val="ro-RO"/>
              </w:rPr>
            </w:pPr>
            <w:r w:rsidRPr="00A07C1D">
              <w:rPr>
                <w:b/>
                <w:color w:val="0D5F78"/>
                <w:lang w:val="ro-RO"/>
              </w:rPr>
              <w:t>Municipiul / orașul / comuna</w:t>
            </w:r>
          </w:p>
          <w:p w14:paraId="277082CF" w14:textId="77777777" w:rsidR="003C7CA3" w:rsidRPr="00A07C1D" w:rsidRDefault="003C7CA3">
            <w:pPr>
              <w:keepNext/>
              <w:rPr>
                <w:lang w:val="ro-RO"/>
              </w:rPr>
            </w:pPr>
          </w:p>
        </w:tc>
        <w:tc>
          <w:tcPr>
            <w:tcW w:w="3212" w:type="dxa"/>
            <w:gridSpan w:val="2"/>
          </w:tcPr>
          <w:p w14:paraId="2256FC45" w14:textId="77777777" w:rsidR="003C7CA3" w:rsidRPr="00A07C1D" w:rsidRDefault="003454F7">
            <w:pPr>
              <w:keepNext/>
              <w:rPr>
                <w:lang w:val="ro-RO"/>
              </w:rPr>
            </w:pPr>
            <w:r w:rsidRPr="00A07C1D">
              <w:rPr>
                <w:b/>
                <w:color w:val="0D5F78"/>
                <w:lang w:val="ro-RO"/>
              </w:rPr>
              <w:t>Satul / sectorul</w:t>
            </w:r>
          </w:p>
          <w:p w14:paraId="7E1897F6" w14:textId="77777777" w:rsidR="003C7CA3" w:rsidRPr="00A07C1D" w:rsidRDefault="003C7CA3">
            <w:pPr>
              <w:keepNext/>
              <w:rPr>
                <w:lang w:val="ro-RO"/>
              </w:rPr>
            </w:pPr>
          </w:p>
        </w:tc>
      </w:tr>
      <w:tr w:rsidR="003C7CA3" w:rsidRPr="00A07C1D" w14:paraId="12C6CF62" w14:textId="77777777">
        <w:trPr>
          <w:cantSplit/>
          <w:trHeight w:val="510"/>
        </w:trPr>
        <w:tc>
          <w:tcPr>
            <w:tcW w:w="3212" w:type="dxa"/>
          </w:tcPr>
          <w:p w14:paraId="36363B02" w14:textId="77777777" w:rsidR="003C7CA3" w:rsidRPr="00A07C1D" w:rsidRDefault="003454F7">
            <w:pPr>
              <w:keepNext/>
              <w:rPr>
                <w:lang w:val="ro-RO"/>
              </w:rPr>
            </w:pPr>
            <w:r w:rsidRPr="00A07C1D">
              <w:rPr>
                <w:b/>
                <w:color w:val="0D5F78"/>
                <w:lang w:val="ro-RO"/>
              </w:rPr>
              <w:t>Strada</w:t>
            </w:r>
          </w:p>
          <w:p w14:paraId="59829809" w14:textId="77777777" w:rsidR="003C7CA3" w:rsidRPr="00A07C1D" w:rsidRDefault="003C7CA3">
            <w:pPr>
              <w:keepNext/>
              <w:rPr>
                <w:lang w:val="ro-RO"/>
              </w:rPr>
            </w:pPr>
          </w:p>
        </w:tc>
        <w:tc>
          <w:tcPr>
            <w:tcW w:w="803" w:type="dxa"/>
          </w:tcPr>
          <w:p w14:paraId="020F8915" w14:textId="77777777" w:rsidR="003C7CA3" w:rsidRPr="00A07C1D" w:rsidRDefault="003454F7">
            <w:pPr>
              <w:keepNext/>
              <w:rPr>
                <w:lang w:val="ro-RO"/>
              </w:rPr>
            </w:pPr>
            <w:r w:rsidRPr="00A07C1D">
              <w:rPr>
                <w:b/>
                <w:color w:val="0D5F78"/>
                <w:lang w:val="ro-RO"/>
              </w:rPr>
              <w:t>Nr.</w:t>
            </w:r>
          </w:p>
          <w:p w14:paraId="290AAF1D" w14:textId="77777777" w:rsidR="003C7CA3" w:rsidRPr="00A07C1D" w:rsidRDefault="003C7CA3">
            <w:pPr>
              <w:keepNext/>
              <w:rPr>
                <w:lang w:val="ro-RO"/>
              </w:rPr>
            </w:pPr>
          </w:p>
        </w:tc>
        <w:tc>
          <w:tcPr>
            <w:tcW w:w="803" w:type="dxa"/>
          </w:tcPr>
          <w:p w14:paraId="19ECC621" w14:textId="77777777" w:rsidR="003C7CA3" w:rsidRPr="00A07C1D" w:rsidRDefault="003454F7">
            <w:pPr>
              <w:keepNext/>
              <w:rPr>
                <w:lang w:val="ro-RO"/>
              </w:rPr>
            </w:pPr>
            <w:r w:rsidRPr="00A07C1D">
              <w:rPr>
                <w:b/>
                <w:color w:val="0D5F78"/>
                <w:lang w:val="ro-RO"/>
              </w:rPr>
              <w:t>Sc.</w:t>
            </w:r>
          </w:p>
          <w:p w14:paraId="2B799B42" w14:textId="77777777" w:rsidR="003C7CA3" w:rsidRPr="00A07C1D" w:rsidRDefault="003C7CA3">
            <w:pPr>
              <w:keepNext/>
              <w:rPr>
                <w:lang w:val="ro-RO"/>
              </w:rPr>
            </w:pPr>
          </w:p>
        </w:tc>
        <w:tc>
          <w:tcPr>
            <w:tcW w:w="803" w:type="dxa"/>
          </w:tcPr>
          <w:p w14:paraId="73460073" w14:textId="77777777" w:rsidR="003C7CA3" w:rsidRPr="00A07C1D" w:rsidRDefault="003454F7">
            <w:pPr>
              <w:keepNext/>
              <w:rPr>
                <w:lang w:val="ro-RO"/>
              </w:rPr>
            </w:pPr>
            <w:r w:rsidRPr="00A07C1D">
              <w:rPr>
                <w:b/>
                <w:color w:val="0D5F78"/>
                <w:lang w:val="ro-RO"/>
              </w:rPr>
              <w:t>Et.</w:t>
            </w:r>
          </w:p>
          <w:p w14:paraId="5F8C34EF" w14:textId="77777777" w:rsidR="003C7CA3" w:rsidRPr="00A07C1D" w:rsidRDefault="003C7CA3">
            <w:pPr>
              <w:keepNext/>
              <w:rPr>
                <w:lang w:val="ro-RO"/>
              </w:rPr>
            </w:pPr>
          </w:p>
        </w:tc>
        <w:tc>
          <w:tcPr>
            <w:tcW w:w="803" w:type="dxa"/>
          </w:tcPr>
          <w:p w14:paraId="20D7AA17" w14:textId="77777777" w:rsidR="003C7CA3" w:rsidRPr="00A07C1D" w:rsidRDefault="003454F7">
            <w:pPr>
              <w:keepNext/>
              <w:rPr>
                <w:lang w:val="ro-RO"/>
              </w:rPr>
            </w:pPr>
            <w:r w:rsidRPr="00A07C1D">
              <w:rPr>
                <w:b/>
                <w:color w:val="0D5F78"/>
                <w:lang w:val="ro-RO"/>
              </w:rPr>
              <w:t>Ap.</w:t>
            </w:r>
          </w:p>
          <w:p w14:paraId="0CA4F21A" w14:textId="77777777" w:rsidR="003C7CA3" w:rsidRPr="00A07C1D" w:rsidRDefault="003C7CA3">
            <w:pPr>
              <w:keepNext/>
              <w:rPr>
                <w:lang w:val="ro-RO"/>
              </w:rPr>
            </w:pPr>
          </w:p>
        </w:tc>
        <w:tc>
          <w:tcPr>
            <w:tcW w:w="1606" w:type="dxa"/>
          </w:tcPr>
          <w:p w14:paraId="2EE87656" w14:textId="77777777" w:rsidR="003C7CA3" w:rsidRPr="00A07C1D" w:rsidRDefault="003454F7">
            <w:pPr>
              <w:keepNext/>
              <w:rPr>
                <w:lang w:val="ro-RO"/>
              </w:rPr>
            </w:pPr>
            <w:r w:rsidRPr="00A07C1D">
              <w:rPr>
                <w:b/>
                <w:color w:val="0D5F78"/>
                <w:lang w:val="ro-RO"/>
              </w:rPr>
              <w:t>Cod poștal</w:t>
            </w:r>
          </w:p>
          <w:p w14:paraId="27107F23" w14:textId="77777777" w:rsidR="003C7CA3" w:rsidRPr="00A07C1D" w:rsidRDefault="003C7CA3">
            <w:pPr>
              <w:keepNext/>
              <w:rPr>
                <w:lang w:val="ro-RO"/>
              </w:rPr>
            </w:pPr>
          </w:p>
        </w:tc>
        <w:tc>
          <w:tcPr>
            <w:tcW w:w="1606" w:type="dxa"/>
          </w:tcPr>
          <w:p w14:paraId="3EEA168A" w14:textId="77777777" w:rsidR="003C7CA3" w:rsidRPr="00A07C1D" w:rsidRDefault="003454F7">
            <w:pPr>
              <w:keepNext/>
              <w:rPr>
                <w:lang w:val="ro-RO"/>
              </w:rPr>
            </w:pPr>
            <w:r w:rsidRPr="00A07C1D">
              <w:rPr>
                <w:b/>
                <w:color w:val="0D5F78"/>
                <w:lang w:val="ro-RO"/>
              </w:rPr>
              <w:t>Țara</w:t>
            </w:r>
          </w:p>
          <w:p w14:paraId="356F8825" w14:textId="77777777" w:rsidR="003C7CA3" w:rsidRPr="00A07C1D" w:rsidRDefault="003C7CA3">
            <w:pPr>
              <w:keepNext/>
              <w:rPr>
                <w:lang w:val="ro-RO"/>
              </w:rPr>
            </w:pPr>
          </w:p>
        </w:tc>
      </w:tr>
    </w:tbl>
    <w:p w14:paraId="317B91B1" w14:textId="77777777" w:rsidR="003C7CA3" w:rsidRPr="00A07C1D" w:rsidRDefault="003C7CA3">
      <w:pPr>
        <w:spacing w:line="168" w:lineRule="auto"/>
        <w:rPr>
          <w:lang w:val="ro-RO"/>
        </w:rPr>
      </w:pP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1603"/>
        <w:gridCol w:w="3260"/>
        <w:gridCol w:w="1561"/>
      </w:tblGrid>
      <w:tr w:rsidR="003C7CA3" w:rsidRPr="008B5868" w14:paraId="11BAE663" w14:textId="77777777" w:rsidTr="0062022C">
        <w:trPr>
          <w:cantSplit/>
        </w:trPr>
        <w:tc>
          <w:tcPr>
            <w:tcW w:w="9636" w:type="dxa"/>
            <w:gridSpan w:val="4"/>
            <w:shd w:val="clear" w:color="auto" w:fill="F4F4F4"/>
          </w:tcPr>
          <w:p w14:paraId="6C910006" w14:textId="71DC325D" w:rsidR="003C7CA3" w:rsidRPr="00A07C1D" w:rsidRDefault="003454F7">
            <w:pPr>
              <w:keepNext/>
              <w:rPr>
                <w:lang w:val="ro-RO"/>
              </w:rPr>
            </w:pPr>
            <w:r w:rsidRPr="00A07C1D">
              <w:rPr>
                <w:b/>
                <w:sz w:val="16"/>
                <w:lang w:val="ro-RO"/>
              </w:rPr>
              <w:lastRenderedPageBreak/>
              <w:t xml:space="preserve"> </w:t>
            </w:r>
            <w:r w:rsidR="005B29C5" w:rsidRPr="00A07C1D">
              <w:rPr>
                <w:b/>
                <w:sz w:val="16"/>
                <w:lang w:val="ro-RO"/>
              </w:rPr>
              <w:t>7</w:t>
            </w:r>
            <w:r w:rsidRPr="00A07C1D">
              <w:rPr>
                <w:b/>
                <w:sz w:val="16"/>
                <w:lang w:val="ro-RO"/>
              </w:rPr>
              <w:t xml:space="preserve">. </w:t>
            </w:r>
            <w:r w:rsidRPr="00A07C1D">
              <w:rPr>
                <w:b/>
                <w:color w:val="000000"/>
                <w:sz w:val="18"/>
                <w:lang w:val="ro-RO"/>
              </w:rPr>
              <w:t>PROIECTUL ATAȘAT ȘI ECHIPA DE PROIECTARE</w:t>
            </w:r>
          </w:p>
        </w:tc>
      </w:tr>
      <w:tr w:rsidR="003C7CA3" w:rsidRPr="008B5868" w14:paraId="0ACAA9B2" w14:textId="77777777" w:rsidTr="0062022C">
        <w:trPr>
          <w:cantSplit/>
        </w:trPr>
        <w:tc>
          <w:tcPr>
            <w:tcW w:w="9636" w:type="dxa"/>
            <w:gridSpan w:val="4"/>
          </w:tcPr>
          <w:p w14:paraId="389DB7C6" w14:textId="3E49262D" w:rsidR="00261C2C" w:rsidRPr="00A07C1D" w:rsidRDefault="003454F7" w:rsidP="00261C2C">
            <w:pPr>
              <w:keepNext/>
              <w:rPr>
                <w:lang w:val="ro-RO"/>
              </w:rPr>
            </w:pP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w:t>
            </w:r>
            <w:r w:rsidR="005B29C5" w:rsidRPr="00A07C1D">
              <w:rPr>
                <w:sz w:val="16"/>
                <w:lang w:val="ro-RO"/>
              </w:rPr>
              <w:t>P</w:t>
            </w:r>
            <w:r w:rsidRPr="00A07C1D">
              <w:rPr>
                <w:sz w:val="16"/>
                <w:lang w:val="ro-RO"/>
              </w:rPr>
              <w:t xml:space="preserve">roiect pentru autorizarea construirii     </w:t>
            </w:r>
            <w:r w:rsidRPr="00A07C1D">
              <w:rPr>
                <w:rFonts w:ascii="Segoe UI Symbol" w:hAnsi="Segoe UI Symbol" w:cs="Segoe UI Symbol"/>
                <w:sz w:val="16"/>
                <w:lang w:val="ro-RO"/>
              </w:rPr>
              <w:t>☐</w:t>
            </w:r>
            <w:r w:rsidRPr="00A07C1D">
              <w:rPr>
                <w:sz w:val="16"/>
                <w:lang w:val="ro-RO"/>
              </w:rPr>
              <w:t xml:space="preserve"> </w:t>
            </w:r>
            <w:r w:rsidR="005B29C5" w:rsidRPr="00A07C1D">
              <w:rPr>
                <w:sz w:val="16"/>
                <w:lang w:val="ro-RO"/>
              </w:rPr>
              <w:t>P</w:t>
            </w:r>
            <w:r w:rsidRPr="00A07C1D">
              <w:rPr>
                <w:sz w:val="16"/>
                <w:lang w:val="ro-RO"/>
              </w:rPr>
              <w:t xml:space="preserve">roiect pentru autorizarea desființării     </w:t>
            </w:r>
          </w:p>
          <w:p w14:paraId="4A250F59" w14:textId="31632F68" w:rsidR="003C7CA3" w:rsidRPr="00A07C1D" w:rsidRDefault="003C7CA3">
            <w:pPr>
              <w:keepNext/>
              <w:rPr>
                <w:lang w:val="ro-RO"/>
              </w:rPr>
            </w:pPr>
          </w:p>
        </w:tc>
      </w:tr>
      <w:tr w:rsidR="003C7CA3" w:rsidRPr="00A07C1D" w14:paraId="5974F178" w14:textId="77777777" w:rsidTr="0062022C">
        <w:trPr>
          <w:cantSplit/>
          <w:trHeight w:val="510"/>
        </w:trPr>
        <w:tc>
          <w:tcPr>
            <w:tcW w:w="3212" w:type="dxa"/>
          </w:tcPr>
          <w:p w14:paraId="1BDCB568" w14:textId="77777777" w:rsidR="003C7CA3" w:rsidRPr="00A07C1D" w:rsidRDefault="003454F7">
            <w:pPr>
              <w:keepNext/>
              <w:rPr>
                <w:lang w:val="ro-RO"/>
              </w:rPr>
            </w:pPr>
            <w:r w:rsidRPr="00A07C1D">
              <w:rPr>
                <w:b/>
                <w:color w:val="0D5F78"/>
                <w:lang w:val="ro-RO"/>
              </w:rPr>
              <w:t>Nr. / data proiectului</w:t>
            </w:r>
          </w:p>
          <w:p w14:paraId="7D2822E8" w14:textId="77777777" w:rsidR="003C7CA3" w:rsidRPr="00A07C1D" w:rsidRDefault="003C7CA3">
            <w:pPr>
              <w:keepNext/>
              <w:rPr>
                <w:lang w:val="ro-RO"/>
              </w:rPr>
            </w:pPr>
          </w:p>
        </w:tc>
        <w:tc>
          <w:tcPr>
            <w:tcW w:w="6424" w:type="dxa"/>
            <w:gridSpan w:val="3"/>
          </w:tcPr>
          <w:p w14:paraId="07D00D1B" w14:textId="77777777" w:rsidR="003C7CA3" w:rsidRPr="00A07C1D" w:rsidRDefault="003454F7">
            <w:pPr>
              <w:keepNext/>
              <w:rPr>
                <w:lang w:val="ro-RO"/>
              </w:rPr>
            </w:pPr>
            <w:r w:rsidRPr="00A07C1D">
              <w:rPr>
                <w:b/>
                <w:color w:val="0D5F78"/>
                <w:lang w:val="ro-RO"/>
              </w:rPr>
              <w:t>Elaborator (denumire + sediu)</w:t>
            </w:r>
          </w:p>
          <w:p w14:paraId="53936ACC" w14:textId="77777777" w:rsidR="003C7CA3" w:rsidRPr="00A07C1D" w:rsidRDefault="003C7CA3">
            <w:pPr>
              <w:keepNext/>
              <w:rPr>
                <w:lang w:val="ro-RO"/>
              </w:rPr>
            </w:pPr>
          </w:p>
        </w:tc>
      </w:tr>
      <w:tr w:rsidR="003C7CA3" w:rsidRPr="00A07C1D" w14:paraId="75A87EAB" w14:textId="77777777" w:rsidTr="004363D6">
        <w:trPr>
          <w:cantSplit/>
          <w:trHeight w:val="510"/>
        </w:trPr>
        <w:tc>
          <w:tcPr>
            <w:tcW w:w="4815" w:type="dxa"/>
            <w:gridSpan w:val="2"/>
          </w:tcPr>
          <w:p w14:paraId="66E52D63" w14:textId="361E109B" w:rsidR="0062022C" w:rsidRPr="00A07C1D" w:rsidRDefault="0062022C" w:rsidP="0062022C">
            <w:pPr>
              <w:rPr>
                <w:lang w:val="ro-RO"/>
              </w:rPr>
            </w:pPr>
            <w:r w:rsidRPr="00A07C1D">
              <w:rPr>
                <w:b/>
                <w:color w:val="0D5F78"/>
                <w:lang w:val="ro-RO"/>
              </w:rPr>
              <w:t xml:space="preserve">Proiectant </w:t>
            </w:r>
            <w:r w:rsidR="00ED377B" w:rsidRPr="00A07C1D">
              <w:rPr>
                <w:b/>
                <w:color w:val="0D5F78"/>
                <w:lang w:val="ro-RO"/>
              </w:rPr>
              <w:t>– I</w:t>
            </w:r>
            <w:r w:rsidRPr="00A07C1D">
              <w:rPr>
                <w:b/>
                <w:color w:val="0D5F78"/>
                <w:lang w:val="ro-RO"/>
              </w:rPr>
              <w:t>nginer (pe specialități)</w:t>
            </w:r>
          </w:p>
          <w:p w14:paraId="6C8A3887" w14:textId="77777777" w:rsidR="003C7CA3" w:rsidRPr="00A07C1D" w:rsidRDefault="003C7CA3" w:rsidP="0062022C">
            <w:pPr>
              <w:rPr>
                <w:lang w:val="ro-RO"/>
              </w:rPr>
            </w:pPr>
          </w:p>
        </w:tc>
        <w:tc>
          <w:tcPr>
            <w:tcW w:w="3260" w:type="dxa"/>
          </w:tcPr>
          <w:p w14:paraId="09CB81A6" w14:textId="220F4093" w:rsidR="0062022C" w:rsidRPr="00A07C1D" w:rsidRDefault="0062022C" w:rsidP="0062022C">
            <w:pPr>
              <w:rPr>
                <w:lang w:val="ro-RO"/>
              </w:rPr>
            </w:pPr>
            <w:r w:rsidRPr="00A07C1D">
              <w:rPr>
                <w:b/>
                <w:color w:val="0D5F78"/>
                <w:lang w:val="ro-RO"/>
              </w:rPr>
              <w:t xml:space="preserve">Arhitect </w:t>
            </w:r>
          </w:p>
          <w:p w14:paraId="6BEEE180" w14:textId="77777777" w:rsidR="003C7CA3" w:rsidRPr="00A07C1D" w:rsidRDefault="003C7CA3" w:rsidP="0062022C">
            <w:pPr>
              <w:rPr>
                <w:lang w:val="ro-RO"/>
              </w:rPr>
            </w:pPr>
          </w:p>
        </w:tc>
        <w:tc>
          <w:tcPr>
            <w:tcW w:w="1561" w:type="dxa"/>
          </w:tcPr>
          <w:p w14:paraId="4C14FAB2" w14:textId="77777777" w:rsidR="0062022C" w:rsidRPr="00A07C1D" w:rsidRDefault="0062022C" w:rsidP="0062022C">
            <w:pPr>
              <w:rPr>
                <w:lang w:val="ro-RO"/>
              </w:rPr>
            </w:pPr>
            <w:r w:rsidRPr="00A07C1D">
              <w:rPr>
                <w:b/>
                <w:color w:val="0D5F78"/>
                <w:lang w:val="ro-RO"/>
              </w:rPr>
              <w:t>Nr. TNA</w:t>
            </w:r>
          </w:p>
          <w:p w14:paraId="33E86647" w14:textId="77777777" w:rsidR="003C7CA3" w:rsidRPr="00A07C1D" w:rsidRDefault="003C7CA3" w:rsidP="0062022C">
            <w:pPr>
              <w:rPr>
                <w:lang w:val="ro-RO"/>
              </w:rPr>
            </w:pPr>
          </w:p>
        </w:tc>
      </w:tr>
    </w:tbl>
    <w:p w14:paraId="5C104DE5"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3C7CA3" w:rsidRPr="008B5868" w14:paraId="4385328E" w14:textId="77777777">
        <w:trPr>
          <w:cantSplit/>
        </w:trPr>
        <w:tc>
          <w:tcPr>
            <w:tcW w:w="9636" w:type="dxa"/>
            <w:gridSpan w:val="2"/>
            <w:shd w:val="clear" w:color="auto" w:fill="F4F4F4"/>
          </w:tcPr>
          <w:p w14:paraId="78893A0E" w14:textId="7F0A6787" w:rsidR="003C7CA3" w:rsidRPr="00A07C1D" w:rsidRDefault="003454F7">
            <w:pPr>
              <w:keepNext/>
              <w:rPr>
                <w:lang w:val="ro-RO"/>
              </w:rPr>
            </w:pPr>
            <w:r w:rsidRPr="00A07C1D">
              <w:rPr>
                <w:b/>
                <w:sz w:val="16"/>
                <w:lang w:val="ro-RO"/>
              </w:rPr>
              <w:t xml:space="preserve"> </w:t>
            </w:r>
            <w:r w:rsidR="005B29C5" w:rsidRPr="00A07C1D">
              <w:rPr>
                <w:b/>
                <w:sz w:val="16"/>
                <w:lang w:val="ro-RO"/>
              </w:rPr>
              <w:t>8</w:t>
            </w:r>
            <w:r w:rsidRPr="00A07C1D">
              <w:rPr>
                <w:b/>
                <w:sz w:val="16"/>
                <w:lang w:val="ro-RO"/>
              </w:rPr>
              <w:t xml:space="preserve">. </w:t>
            </w:r>
            <w:r w:rsidR="005B29C5" w:rsidRPr="00A07C1D">
              <w:rPr>
                <w:b/>
                <w:sz w:val="18"/>
                <w:szCs w:val="18"/>
                <w:lang w:val="ro-RO"/>
              </w:rPr>
              <w:t>CLASA DE CONSECINȚE</w:t>
            </w:r>
            <w:r w:rsidR="005B29C5" w:rsidRPr="00A07C1D">
              <w:rPr>
                <w:b/>
                <w:sz w:val="16"/>
                <w:lang w:val="ro-RO"/>
              </w:rPr>
              <w:t xml:space="preserve"> / </w:t>
            </w:r>
            <w:r w:rsidRPr="00A07C1D">
              <w:rPr>
                <w:b/>
                <w:color w:val="000000"/>
                <w:sz w:val="18"/>
                <w:lang w:val="ro-RO"/>
              </w:rPr>
              <w:t>VERIFICAREA TEHNICĂ</w:t>
            </w:r>
          </w:p>
        </w:tc>
      </w:tr>
      <w:tr w:rsidR="003C7CA3" w:rsidRPr="008B5868" w14:paraId="313D4B5F" w14:textId="77777777">
        <w:trPr>
          <w:cantSplit/>
        </w:trPr>
        <w:tc>
          <w:tcPr>
            <w:tcW w:w="9636" w:type="dxa"/>
            <w:gridSpan w:val="2"/>
          </w:tcPr>
          <w:p w14:paraId="67F15B02" w14:textId="77777777" w:rsidR="003C7CA3" w:rsidRPr="00A07C1D" w:rsidRDefault="003454F7">
            <w:pPr>
              <w:keepNext/>
              <w:rPr>
                <w:lang w:val="ro-RO"/>
              </w:rPr>
            </w:pPr>
            <w:r w:rsidRPr="00A07C1D">
              <w:rPr>
                <w:sz w:val="16"/>
                <w:lang w:val="ro-RO"/>
              </w:rPr>
              <w:t xml:space="preserve"> ☐ CC 1 / NVP 1     ☐ CC 2 / NVP 2     ☐ CC 3 / NVP 3     ☐ CC 4 / NVP 4</w:t>
            </w:r>
          </w:p>
        </w:tc>
      </w:tr>
      <w:tr w:rsidR="003C7CA3" w:rsidRPr="00A07C1D" w14:paraId="6C291604" w14:textId="77777777" w:rsidTr="00C97344">
        <w:trPr>
          <w:cantSplit/>
          <w:trHeight w:val="339"/>
        </w:trPr>
        <w:tc>
          <w:tcPr>
            <w:tcW w:w="5621" w:type="dxa"/>
          </w:tcPr>
          <w:p w14:paraId="178147B7" w14:textId="77777777" w:rsidR="003C7CA3" w:rsidRPr="00A07C1D" w:rsidRDefault="003454F7">
            <w:pPr>
              <w:keepNext/>
              <w:rPr>
                <w:lang w:val="ro-RO"/>
              </w:rPr>
            </w:pPr>
            <w:r w:rsidRPr="00A07C1D">
              <w:rPr>
                <w:b/>
                <w:color w:val="0D5F78"/>
                <w:lang w:val="ro-RO"/>
              </w:rPr>
              <w:t>rezistență mecanică și stabilitate — nume și prenume verificator / nr. atestat</w:t>
            </w:r>
          </w:p>
          <w:p w14:paraId="55A906E7" w14:textId="77777777" w:rsidR="003C7CA3" w:rsidRPr="00A07C1D" w:rsidRDefault="003C7CA3">
            <w:pPr>
              <w:keepNext/>
              <w:rPr>
                <w:lang w:val="ro-RO"/>
              </w:rPr>
            </w:pPr>
          </w:p>
        </w:tc>
        <w:tc>
          <w:tcPr>
            <w:tcW w:w="4015" w:type="dxa"/>
          </w:tcPr>
          <w:p w14:paraId="507ABA70" w14:textId="77777777" w:rsidR="003C7CA3" w:rsidRPr="00A07C1D" w:rsidRDefault="003454F7">
            <w:pPr>
              <w:keepNext/>
              <w:rPr>
                <w:lang w:val="ro-RO"/>
              </w:rPr>
            </w:pPr>
            <w:r w:rsidRPr="00A07C1D">
              <w:rPr>
                <w:b/>
                <w:color w:val="0D5F78"/>
                <w:lang w:val="ro-RO"/>
              </w:rPr>
              <w:t>Referat nr. / data</w:t>
            </w:r>
          </w:p>
          <w:p w14:paraId="0F4F3175" w14:textId="77777777" w:rsidR="003C7CA3" w:rsidRPr="00A07C1D" w:rsidRDefault="003C7CA3">
            <w:pPr>
              <w:keepNext/>
              <w:rPr>
                <w:lang w:val="ro-RO"/>
              </w:rPr>
            </w:pPr>
          </w:p>
        </w:tc>
      </w:tr>
      <w:tr w:rsidR="003C7CA3" w:rsidRPr="00A07C1D" w14:paraId="1B537CFD" w14:textId="77777777" w:rsidTr="00C97344">
        <w:trPr>
          <w:cantSplit/>
          <w:trHeight w:val="247"/>
        </w:trPr>
        <w:tc>
          <w:tcPr>
            <w:tcW w:w="5621" w:type="dxa"/>
          </w:tcPr>
          <w:p w14:paraId="7F3E8059" w14:textId="77777777" w:rsidR="003C7CA3" w:rsidRPr="00A07C1D" w:rsidRDefault="003454F7">
            <w:pPr>
              <w:keepNext/>
              <w:rPr>
                <w:lang w:val="ro-RO"/>
              </w:rPr>
            </w:pPr>
            <w:r w:rsidRPr="00A07C1D">
              <w:rPr>
                <w:b/>
                <w:color w:val="0D5F78"/>
                <w:lang w:val="ro-RO"/>
              </w:rPr>
              <w:t>securitate la incendiu — nume și prenume verificator / nr. atestat</w:t>
            </w:r>
          </w:p>
          <w:p w14:paraId="1BCEE1ED" w14:textId="77777777" w:rsidR="003C7CA3" w:rsidRPr="00A07C1D" w:rsidRDefault="003C7CA3">
            <w:pPr>
              <w:keepNext/>
              <w:rPr>
                <w:lang w:val="ro-RO"/>
              </w:rPr>
            </w:pPr>
          </w:p>
        </w:tc>
        <w:tc>
          <w:tcPr>
            <w:tcW w:w="4015" w:type="dxa"/>
          </w:tcPr>
          <w:p w14:paraId="6ABE03DB" w14:textId="77777777" w:rsidR="003C7CA3" w:rsidRPr="00A07C1D" w:rsidRDefault="003454F7">
            <w:pPr>
              <w:keepNext/>
              <w:rPr>
                <w:lang w:val="ro-RO"/>
              </w:rPr>
            </w:pPr>
            <w:r w:rsidRPr="00A07C1D">
              <w:rPr>
                <w:b/>
                <w:color w:val="0D5F78"/>
                <w:lang w:val="ro-RO"/>
              </w:rPr>
              <w:t>Referat nr. / data</w:t>
            </w:r>
          </w:p>
          <w:p w14:paraId="16A6E2B2" w14:textId="77777777" w:rsidR="003C7CA3" w:rsidRPr="00A07C1D" w:rsidRDefault="003C7CA3">
            <w:pPr>
              <w:keepNext/>
              <w:rPr>
                <w:lang w:val="ro-RO"/>
              </w:rPr>
            </w:pPr>
          </w:p>
        </w:tc>
      </w:tr>
      <w:tr w:rsidR="003C7CA3" w:rsidRPr="00A07C1D" w14:paraId="4D42D0D1" w14:textId="77777777" w:rsidTr="00C97344">
        <w:trPr>
          <w:cantSplit/>
          <w:trHeight w:val="439"/>
        </w:trPr>
        <w:tc>
          <w:tcPr>
            <w:tcW w:w="5621" w:type="dxa"/>
          </w:tcPr>
          <w:p w14:paraId="6CEEC3D5" w14:textId="77777777" w:rsidR="003C7CA3" w:rsidRPr="00A07C1D" w:rsidRDefault="003454F7">
            <w:pPr>
              <w:keepNext/>
              <w:rPr>
                <w:lang w:val="ro-RO"/>
              </w:rPr>
            </w:pPr>
            <w:r w:rsidRPr="00A07C1D">
              <w:rPr>
                <w:b/>
                <w:color w:val="0D5F78"/>
                <w:lang w:val="ro-RO"/>
              </w:rPr>
              <w:t>igienă, sănătate și mediu înconjurător — nume și prenume verificator / nr. atestat</w:t>
            </w:r>
          </w:p>
          <w:p w14:paraId="1EDBBEFD" w14:textId="77777777" w:rsidR="003C7CA3" w:rsidRPr="00A07C1D" w:rsidRDefault="003C7CA3">
            <w:pPr>
              <w:keepNext/>
              <w:rPr>
                <w:lang w:val="ro-RO"/>
              </w:rPr>
            </w:pPr>
          </w:p>
        </w:tc>
        <w:tc>
          <w:tcPr>
            <w:tcW w:w="4015" w:type="dxa"/>
          </w:tcPr>
          <w:p w14:paraId="6F3AA615" w14:textId="77777777" w:rsidR="003C7CA3" w:rsidRPr="00A07C1D" w:rsidRDefault="003454F7">
            <w:pPr>
              <w:keepNext/>
              <w:rPr>
                <w:lang w:val="ro-RO"/>
              </w:rPr>
            </w:pPr>
            <w:r w:rsidRPr="00A07C1D">
              <w:rPr>
                <w:b/>
                <w:color w:val="0D5F78"/>
                <w:lang w:val="ro-RO"/>
              </w:rPr>
              <w:t>Referat nr. / data</w:t>
            </w:r>
          </w:p>
          <w:p w14:paraId="380259FB" w14:textId="77777777" w:rsidR="003C7CA3" w:rsidRPr="00A07C1D" w:rsidRDefault="003C7CA3">
            <w:pPr>
              <w:keepNext/>
              <w:rPr>
                <w:lang w:val="ro-RO"/>
              </w:rPr>
            </w:pPr>
          </w:p>
        </w:tc>
      </w:tr>
      <w:tr w:rsidR="003C7CA3" w:rsidRPr="00A07C1D" w14:paraId="3DABF892" w14:textId="77777777" w:rsidTr="00C97344">
        <w:trPr>
          <w:cantSplit/>
          <w:trHeight w:val="327"/>
        </w:trPr>
        <w:tc>
          <w:tcPr>
            <w:tcW w:w="5621" w:type="dxa"/>
          </w:tcPr>
          <w:p w14:paraId="1751CB94" w14:textId="77777777" w:rsidR="003C7CA3" w:rsidRPr="00A07C1D" w:rsidRDefault="003454F7">
            <w:pPr>
              <w:keepNext/>
              <w:rPr>
                <w:lang w:val="ro-RO"/>
              </w:rPr>
            </w:pPr>
            <w:r w:rsidRPr="00A07C1D">
              <w:rPr>
                <w:b/>
                <w:color w:val="0D5F78"/>
                <w:lang w:val="ro-RO"/>
              </w:rPr>
              <w:t>siguranță și accesibilitate în exploatare — nume și prenume verificator / nr. atestat</w:t>
            </w:r>
          </w:p>
          <w:p w14:paraId="37FBA497" w14:textId="77777777" w:rsidR="003C7CA3" w:rsidRPr="00A07C1D" w:rsidRDefault="003C7CA3">
            <w:pPr>
              <w:keepNext/>
              <w:rPr>
                <w:lang w:val="ro-RO"/>
              </w:rPr>
            </w:pPr>
          </w:p>
        </w:tc>
        <w:tc>
          <w:tcPr>
            <w:tcW w:w="4015" w:type="dxa"/>
          </w:tcPr>
          <w:p w14:paraId="4BE5F4B2" w14:textId="77777777" w:rsidR="003C7CA3" w:rsidRPr="00A07C1D" w:rsidRDefault="003454F7">
            <w:pPr>
              <w:keepNext/>
              <w:rPr>
                <w:lang w:val="ro-RO"/>
              </w:rPr>
            </w:pPr>
            <w:r w:rsidRPr="00A07C1D">
              <w:rPr>
                <w:b/>
                <w:color w:val="0D5F78"/>
                <w:lang w:val="ro-RO"/>
              </w:rPr>
              <w:t>Referat nr. / data</w:t>
            </w:r>
          </w:p>
          <w:p w14:paraId="4FE92136" w14:textId="77777777" w:rsidR="003C7CA3" w:rsidRPr="00A07C1D" w:rsidRDefault="003C7CA3">
            <w:pPr>
              <w:keepNext/>
              <w:rPr>
                <w:lang w:val="ro-RO"/>
              </w:rPr>
            </w:pPr>
          </w:p>
        </w:tc>
      </w:tr>
      <w:tr w:rsidR="003C7CA3" w:rsidRPr="00A07C1D" w14:paraId="2F18EBB1" w14:textId="77777777" w:rsidTr="00C97344">
        <w:trPr>
          <w:cantSplit/>
          <w:trHeight w:val="377"/>
        </w:trPr>
        <w:tc>
          <w:tcPr>
            <w:tcW w:w="5621" w:type="dxa"/>
          </w:tcPr>
          <w:p w14:paraId="096BDEB8" w14:textId="77777777" w:rsidR="003C7CA3" w:rsidRPr="00A07C1D" w:rsidRDefault="003454F7">
            <w:pPr>
              <w:keepNext/>
              <w:rPr>
                <w:lang w:val="ro-RO"/>
              </w:rPr>
            </w:pPr>
            <w:r w:rsidRPr="00A07C1D">
              <w:rPr>
                <w:b/>
                <w:color w:val="0D5F78"/>
                <w:lang w:val="ro-RO"/>
              </w:rPr>
              <w:t>protecție împotriva zgomotului — nume și prenume verificator / nr. atestat</w:t>
            </w:r>
          </w:p>
          <w:p w14:paraId="0A4BFEFB" w14:textId="77777777" w:rsidR="003C7CA3" w:rsidRPr="00A07C1D" w:rsidRDefault="003C7CA3">
            <w:pPr>
              <w:keepNext/>
              <w:rPr>
                <w:lang w:val="ro-RO"/>
              </w:rPr>
            </w:pPr>
          </w:p>
        </w:tc>
        <w:tc>
          <w:tcPr>
            <w:tcW w:w="4015" w:type="dxa"/>
          </w:tcPr>
          <w:p w14:paraId="20819743" w14:textId="77777777" w:rsidR="003C7CA3" w:rsidRPr="00A07C1D" w:rsidRDefault="003454F7">
            <w:pPr>
              <w:keepNext/>
              <w:rPr>
                <w:lang w:val="ro-RO"/>
              </w:rPr>
            </w:pPr>
            <w:r w:rsidRPr="00A07C1D">
              <w:rPr>
                <w:b/>
                <w:color w:val="0D5F78"/>
                <w:lang w:val="ro-RO"/>
              </w:rPr>
              <w:t>Referat nr. / data</w:t>
            </w:r>
          </w:p>
          <w:p w14:paraId="2694A209" w14:textId="77777777" w:rsidR="003C7CA3" w:rsidRPr="00A07C1D" w:rsidRDefault="003C7CA3">
            <w:pPr>
              <w:keepNext/>
              <w:rPr>
                <w:lang w:val="ro-RO"/>
              </w:rPr>
            </w:pPr>
          </w:p>
        </w:tc>
      </w:tr>
      <w:tr w:rsidR="003C7CA3" w:rsidRPr="00A07C1D" w14:paraId="400D17A7" w14:textId="77777777" w:rsidTr="00C97344">
        <w:trPr>
          <w:cantSplit/>
          <w:trHeight w:val="282"/>
        </w:trPr>
        <w:tc>
          <w:tcPr>
            <w:tcW w:w="5621" w:type="dxa"/>
          </w:tcPr>
          <w:p w14:paraId="6A16B685" w14:textId="77777777" w:rsidR="003C7CA3" w:rsidRPr="00A07C1D" w:rsidRDefault="003454F7">
            <w:pPr>
              <w:rPr>
                <w:lang w:val="ro-RO"/>
              </w:rPr>
            </w:pPr>
            <w:r w:rsidRPr="00A07C1D">
              <w:rPr>
                <w:b/>
                <w:color w:val="0D5F78"/>
                <w:lang w:val="ro-RO"/>
              </w:rPr>
              <w:t>economie de energie și izolare termică — nume și prenume verificator / nr. atestat</w:t>
            </w:r>
          </w:p>
          <w:p w14:paraId="046508A0" w14:textId="77777777" w:rsidR="003C7CA3" w:rsidRPr="00A07C1D" w:rsidRDefault="003C7CA3">
            <w:pPr>
              <w:rPr>
                <w:lang w:val="ro-RO"/>
              </w:rPr>
            </w:pPr>
          </w:p>
        </w:tc>
        <w:tc>
          <w:tcPr>
            <w:tcW w:w="4015" w:type="dxa"/>
          </w:tcPr>
          <w:p w14:paraId="3308A2B7" w14:textId="77777777" w:rsidR="003C7CA3" w:rsidRPr="00A07C1D" w:rsidRDefault="003454F7">
            <w:pPr>
              <w:rPr>
                <w:lang w:val="ro-RO"/>
              </w:rPr>
            </w:pPr>
            <w:r w:rsidRPr="00A07C1D">
              <w:rPr>
                <w:b/>
                <w:color w:val="0D5F78"/>
                <w:lang w:val="ro-RO"/>
              </w:rPr>
              <w:t>Referat nr. / data</w:t>
            </w:r>
          </w:p>
          <w:p w14:paraId="6D570FFC" w14:textId="77777777" w:rsidR="003C7CA3" w:rsidRPr="00A07C1D" w:rsidRDefault="003C7CA3">
            <w:pPr>
              <w:rPr>
                <w:lang w:val="ro-RO"/>
              </w:rPr>
            </w:pPr>
          </w:p>
        </w:tc>
      </w:tr>
    </w:tbl>
    <w:p w14:paraId="51514B17"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3C7CA3" w:rsidRPr="00A07C1D" w14:paraId="30BF4934" w14:textId="77777777">
        <w:trPr>
          <w:cantSplit/>
        </w:trPr>
        <w:tc>
          <w:tcPr>
            <w:tcW w:w="9636" w:type="dxa"/>
            <w:gridSpan w:val="3"/>
            <w:shd w:val="clear" w:color="auto" w:fill="F4F4F4"/>
          </w:tcPr>
          <w:p w14:paraId="36BAA100" w14:textId="460D29EE" w:rsidR="003C7CA3" w:rsidRPr="00A07C1D" w:rsidRDefault="003454F7">
            <w:pPr>
              <w:keepNext/>
              <w:rPr>
                <w:lang w:val="ro-RO"/>
              </w:rPr>
            </w:pPr>
            <w:r w:rsidRPr="00A07C1D">
              <w:rPr>
                <w:b/>
                <w:sz w:val="16"/>
                <w:lang w:val="ro-RO"/>
              </w:rPr>
              <w:t xml:space="preserve"> </w:t>
            </w:r>
            <w:r w:rsidR="005B29C5" w:rsidRPr="00A07C1D">
              <w:rPr>
                <w:b/>
                <w:sz w:val="16"/>
                <w:lang w:val="ro-RO"/>
              </w:rPr>
              <w:t>9</w:t>
            </w:r>
            <w:r w:rsidRPr="00A07C1D">
              <w:rPr>
                <w:b/>
                <w:sz w:val="16"/>
                <w:lang w:val="ro-RO"/>
              </w:rPr>
              <w:t xml:space="preserve">. </w:t>
            </w:r>
            <w:r w:rsidRPr="00A07C1D">
              <w:rPr>
                <w:b/>
                <w:color w:val="000000"/>
                <w:sz w:val="18"/>
                <w:lang w:val="ro-RO"/>
              </w:rPr>
              <w:t>VALORI ȘI DURATĂ</w:t>
            </w:r>
          </w:p>
        </w:tc>
      </w:tr>
      <w:tr w:rsidR="003C7CA3" w:rsidRPr="008B5868" w14:paraId="69625671" w14:textId="77777777">
        <w:trPr>
          <w:cantSplit/>
          <w:trHeight w:val="510"/>
        </w:trPr>
        <w:tc>
          <w:tcPr>
            <w:tcW w:w="4015" w:type="dxa"/>
          </w:tcPr>
          <w:p w14:paraId="35681F51" w14:textId="77777777" w:rsidR="003C7CA3" w:rsidRPr="00A07C1D" w:rsidRDefault="003454F7">
            <w:pPr>
              <w:rPr>
                <w:lang w:val="ro-RO"/>
              </w:rPr>
            </w:pPr>
            <w:r w:rsidRPr="00A07C1D">
              <w:rPr>
                <w:b/>
                <w:color w:val="0D5F78"/>
                <w:lang w:val="ro-RO"/>
              </w:rPr>
              <w:t>Valoarea lucrărilor supuse autorizării (lei)</w:t>
            </w:r>
          </w:p>
          <w:p w14:paraId="76862E94" w14:textId="77777777" w:rsidR="003C7CA3" w:rsidRPr="00A07C1D" w:rsidRDefault="003C7CA3">
            <w:pPr>
              <w:rPr>
                <w:lang w:val="ro-RO"/>
              </w:rPr>
            </w:pPr>
          </w:p>
        </w:tc>
        <w:tc>
          <w:tcPr>
            <w:tcW w:w="3212" w:type="dxa"/>
          </w:tcPr>
          <w:p w14:paraId="14B5E0E6" w14:textId="77777777" w:rsidR="003C7CA3" w:rsidRPr="00A07C1D" w:rsidRDefault="003454F7">
            <w:pPr>
              <w:rPr>
                <w:lang w:val="ro-RO"/>
              </w:rPr>
            </w:pPr>
            <w:r w:rsidRPr="00A07C1D">
              <w:rPr>
                <w:b/>
                <w:color w:val="0D5F78"/>
                <w:lang w:val="ro-RO"/>
              </w:rPr>
              <w:t>Valoarea obiectivului (lei)</w:t>
            </w:r>
          </w:p>
          <w:p w14:paraId="20819838" w14:textId="77777777" w:rsidR="003C7CA3" w:rsidRPr="00A07C1D" w:rsidRDefault="003C7CA3">
            <w:pPr>
              <w:rPr>
                <w:lang w:val="ro-RO"/>
              </w:rPr>
            </w:pPr>
          </w:p>
        </w:tc>
        <w:tc>
          <w:tcPr>
            <w:tcW w:w="2409" w:type="dxa"/>
          </w:tcPr>
          <w:p w14:paraId="26B96CD2" w14:textId="77777777" w:rsidR="003C7CA3" w:rsidRPr="00A07C1D" w:rsidRDefault="003454F7">
            <w:pPr>
              <w:rPr>
                <w:lang w:val="ro-RO"/>
              </w:rPr>
            </w:pPr>
            <w:r w:rsidRPr="00A07C1D">
              <w:rPr>
                <w:b/>
                <w:color w:val="0D5F78"/>
                <w:lang w:val="ro-RO"/>
              </w:rPr>
              <w:t>Durata estimată de execuție (luni)</w:t>
            </w:r>
          </w:p>
          <w:p w14:paraId="32906AEA" w14:textId="77777777" w:rsidR="003C7CA3" w:rsidRPr="00A07C1D" w:rsidRDefault="003C7CA3">
            <w:pPr>
              <w:rPr>
                <w:lang w:val="ro-RO"/>
              </w:rPr>
            </w:pPr>
          </w:p>
        </w:tc>
      </w:tr>
    </w:tbl>
    <w:p w14:paraId="65218AF1" w14:textId="4D32B4C8" w:rsidR="003C7CA3" w:rsidRPr="00A07C1D" w:rsidRDefault="003C7CA3">
      <w:pPr>
        <w:rPr>
          <w:lang w:val="ro-RO"/>
        </w:rPr>
      </w:pP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A07C1D" w14:paraId="6544AF45" w14:textId="77777777" w:rsidTr="00ED52D1">
        <w:trPr>
          <w:cantSplit/>
        </w:trPr>
        <w:tc>
          <w:tcPr>
            <w:tcW w:w="9636" w:type="dxa"/>
            <w:shd w:val="clear" w:color="auto" w:fill="F4F4F4"/>
          </w:tcPr>
          <w:p w14:paraId="52DC375C" w14:textId="5213E40F" w:rsidR="003C7CA3" w:rsidRPr="00A07C1D" w:rsidRDefault="003454F7">
            <w:pPr>
              <w:keepNext/>
              <w:rPr>
                <w:lang w:val="ro-RO"/>
              </w:rPr>
            </w:pPr>
            <w:r w:rsidRPr="00A07C1D">
              <w:rPr>
                <w:b/>
                <w:sz w:val="16"/>
                <w:lang w:val="ro-RO"/>
              </w:rPr>
              <w:t xml:space="preserve"> </w:t>
            </w:r>
            <w:r w:rsidR="005B29C5" w:rsidRPr="00A07C1D">
              <w:rPr>
                <w:b/>
                <w:sz w:val="16"/>
                <w:lang w:val="ro-RO"/>
              </w:rPr>
              <w:t>10</w:t>
            </w:r>
            <w:r w:rsidRPr="00A07C1D">
              <w:rPr>
                <w:b/>
                <w:sz w:val="16"/>
                <w:lang w:val="ro-RO"/>
              </w:rPr>
              <w:t xml:space="preserve">. </w:t>
            </w:r>
            <w:r w:rsidRPr="00A07C1D">
              <w:rPr>
                <w:b/>
                <w:color w:val="000000"/>
                <w:sz w:val="18"/>
                <w:lang w:val="ro-RO"/>
              </w:rPr>
              <w:t>ANEXEZ LA PREZENTA CERERE</w:t>
            </w:r>
          </w:p>
        </w:tc>
      </w:tr>
      <w:tr w:rsidR="003C7CA3" w:rsidRPr="008B5868" w14:paraId="2CF92BA9" w14:textId="77777777" w:rsidTr="00ED52D1">
        <w:trPr>
          <w:cantSplit/>
        </w:trPr>
        <w:tc>
          <w:tcPr>
            <w:tcW w:w="9636" w:type="dxa"/>
          </w:tcPr>
          <w:p w14:paraId="1704C4A8" w14:textId="4E50C97E" w:rsidR="002B61AC" w:rsidRPr="00D46F2C" w:rsidRDefault="003454F7" w:rsidP="00F6063D">
            <w:pPr>
              <w:keepNext/>
              <w:jc w:val="both"/>
              <w:rPr>
                <w:sz w:val="16"/>
                <w:lang w:val="ro-RO"/>
              </w:rPr>
            </w:pPr>
            <w:r w:rsidRPr="00D46F2C">
              <w:rPr>
                <w:sz w:val="16"/>
                <w:lang w:val="ro-RO"/>
              </w:rPr>
              <w:t xml:space="preserve">☐ a) </w:t>
            </w:r>
            <w:r w:rsidR="00143BCA" w:rsidRPr="00D46F2C">
              <w:rPr>
                <w:sz w:val="16"/>
                <w:lang w:val="ro-RO"/>
              </w:rPr>
              <w:t>certificatul de urbanism pentru construire/</w:t>
            </w:r>
            <w:r w:rsidR="00F6063D" w:rsidRPr="00D46F2C">
              <w:rPr>
                <w:sz w:val="16"/>
                <w:lang w:val="ro-RO"/>
              </w:rPr>
              <w:t>desființare</w:t>
            </w:r>
            <w:r w:rsidR="00143BCA" w:rsidRPr="00D46F2C">
              <w:rPr>
                <w:sz w:val="16"/>
                <w:lang w:val="ro-RO"/>
              </w:rPr>
              <w:t xml:space="preserve"> de lucrări </w:t>
            </w:r>
            <w:r w:rsidR="00F6063D" w:rsidRPr="00D46F2C">
              <w:rPr>
                <w:sz w:val="16"/>
                <w:lang w:val="ro-RO"/>
              </w:rPr>
              <w:t>inginerești</w:t>
            </w:r>
            <w:r w:rsidR="00143BCA" w:rsidRPr="00D46F2C">
              <w:rPr>
                <w:sz w:val="16"/>
                <w:lang w:val="ro-RO"/>
              </w:rPr>
              <w:t xml:space="preserve"> (copie conform cu originalul)</w:t>
            </w:r>
          </w:p>
        </w:tc>
      </w:tr>
      <w:tr w:rsidR="00143BCA" w:rsidRPr="008B5868" w14:paraId="4743B31D" w14:textId="77777777" w:rsidTr="00ED52D1">
        <w:trPr>
          <w:cantSplit/>
        </w:trPr>
        <w:tc>
          <w:tcPr>
            <w:tcW w:w="9636" w:type="dxa"/>
          </w:tcPr>
          <w:p w14:paraId="6EB23FBA" w14:textId="7BF469FD" w:rsidR="00143BCA" w:rsidRPr="00D46F2C" w:rsidRDefault="00143BCA" w:rsidP="00F6063D">
            <w:pPr>
              <w:keepNext/>
              <w:jc w:val="both"/>
              <w:rPr>
                <w:sz w:val="16"/>
                <w:lang w:val="ro-RO"/>
              </w:rPr>
            </w:pPr>
            <w:r w:rsidRPr="00D46F2C">
              <w:rPr>
                <w:rFonts w:ascii="Segoe UI Symbol" w:hAnsi="Segoe UI Symbol" w:cs="Segoe UI Symbol"/>
                <w:sz w:val="16"/>
                <w:lang w:val="ro-RO"/>
              </w:rPr>
              <w:t>☐</w:t>
            </w:r>
            <w:r w:rsidRPr="00D46F2C">
              <w:rPr>
                <w:sz w:val="16"/>
                <w:lang w:val="ro-RO"/>
              </w:rPr>
              <w:t xml:space="preserve"> b) extras de plan cadastral actualizat și extras de carte funciară actualizat, nu mai vechi de 30 de zile</w:t>
            </w:r>
            <w:r w:rsidR="00F6063D" w:rsidRPr="00D46F2C">
              <w:rPr>
                <w:sz w:val="16"/>
                <w:lang w:val="ro-RO"/>
              </w:rPr>
              <w:t xml:space="preserve">, </w:t>
            </w:r>
            <w:r w:rsidR="005621B6" w:rsidRPr="00D46F2C">
              <w:rPr>
                <w:sz w:val="16"/>
                <w:lang w:val="ro-RO"/>
              </w:rPr>
              <w:t>după caz</w:t>
            </w:r>
          </w:p>
        </w:tc>
      </w:tr>
      <w:tr w:rsidR="003C7CA3" w:rsidRPr="008B5868" w14:paraId="7B857128" w14:textId="77777777" w:rsidTr="00ED52D1">
        <w:trPr>
          <w:cantSplit/>
        </w:trPr>
        <w:tc>
          <w:tcPr>
            <w:tcW w:w="9636" w:type="dxa"/>
          </w:tcPr>
          <w:p w14:paraId="6E0CC8EF" w14:textId="3788B6E5" w:rsidR="003C7CA3" w:rsidRPr="00D46F2C" w:rsidRDefault="00143BCA" w:rsidP="00F6063D">
            <w:pPr>
              <w:keepNext/>
              <w:jc w:val="both"/>
              <w:rPr>
                <w:lang w:val="ro-RO"/>
              </w:rPr>
            </w:pPr>
            <w:r w:rsidRPr="00D46F2C">
              <w:rPr>
                <w:rFonts w:ascii="Segoe UI Symbol" w:hAnsi="Segoe UI Symbol" w:cs="Segoe UI Symbol"/>
                <w:sz w:val="16"/>
                <w:lang w:val="ro-RO"/>
              </w:rPr>
              <w:t>☐</w:t>
            </w:r>
            <w:r w:rsidRPr="00D46F2C">
              <w:rPr>
                <w:sz w:val="16"/>
                <w:lang w:val="ro-RO"/>
              </w:rPr>
              <w:t xml:space="preserve"> c) </w:t>
            </w:r>
            <w:r w:rsidR="00ED52D1" w:rsidRPr="00D46F2C">
              <w:rPr>
                <w:sz w:val="16"/>
                <w:lang w:val="ro-RO"/>
              </w:rPr>
              <w:t xml:space="preserve">dovada privind dreptul de </w:t>
            </w:r>
            <w:r w:rsidR="00D4588A" w:rsidRPr="00D46F2C">
              <w:rPr>
                <w:sz w:val="16"/>
                <w:lang w:val="ro-RO"/>
              </w:rPr>
              <w:t>execuție</w:t>
            </w:r>
            <w:r w:rsidR="00ED52D1" w:rsidRPr="00D46F2C">
              <w:rPr>
                <w:sz w:val="16"/>
                <w:lang w:val="ro-RO"/>
              </w:rPr>
              <w:t xml:space="preserve">, respectiv contractul de concesiune şi </w:t>
            </w:r>
            <w:r w:rsidR="00D4588A" w:rsidRPr="00D46F2C">
              <w:rPr>
                <w:sz w:val="16"/>
                <w:lang w:val="ro-RO"/>
              </w:rPr>
              <w:t>poziția</w:t>
            </w:r>
            <w:r w:rsidR="00ED52D1" w:rsidRPr="00D46F2C">
              <w:rPr>
                <w:sz w:val="16"/>
                <w:lang w:val="ro-RO"/>
              </w:rPr>
              <w:t xml:space="preserve"> corespunzătoare a imobilului în anexa la acesta pentru imobilele aflate în domeniul public </w:t>
            </w:r>
          </w:p>
        </w:tc>
      </w:tr>
      <w:tr w:rsidR="00143BCA" w:rsidRPr="008B5868" w14:paraId="360DB421" w14:textId="77777777" w:rsidTr="00ED52D1">
        <w:trPr>
          <w:cantSplit/>
        </w:trPr>
        <w:tc>
          <w:tcPr>
            <w:tcW w:w="9636" w:type="dxa"/>
          </w:tcPr>
          <w:p w14:paraId="6BC3151C" w14:textId="3AFC94ED" w:rsidR="00143BCA" w:rsidRPr="00D46F2C" w:rsidRDefault="00143BCA" w:rsidP="00F6063D">
            <w:pPr>
              <w:keepNext/>
              <w:jc w:val="both"/>
              <w:rPr>
                <w:rFonts w:ascii="Segoe UI Symbol" w:hAnsi="Segoe UI Symbol" w:cs="Segoe UI Symbol"/>
                <w:sz w:val="16"/>
                <w:lang w:val="ro-RO"/>
              </w:rPr>
            </w:pPr>
            <w:r w:rsidRPr="00D46F2C">
              <w:rPr>
                <w:rFonts w:ascii="Segoe UI Symbol" w:hAnsi="Segoe UI Symbol" w:cs="Segoe UI Symbol"/>
                <w:sz w:val="16"/>
                <w:lang w:val="ro-RO"/>
              </w:rPr>
              <w:t>☐</w:t>
            </w:r>
            <w:r w:rsidRPr="00D46F2C">
              <w:rPr>
                <w:sz w:val="16"/>
                <w:lang w:val="ro-RO"/>
              </w:rPr>
              <w:t xml:space="preserve"> d) lista de inventar pentru imobilele aflate în proprietatea beneficiarului</w:t>
            </w:r>
          </w:p>
        </w:tc>
      </w:tr>
      <w:tr w:rsidR="00143BCA" w:rsidRPr="008B5868" w14:paraId="26D38961" w14:textId="77777777" w:rsidTr="00ED52D1">
        <w:trPr>
          <w:cantSplit/>
        </w:trPr>
        <w:tc>
          <w:tcPr>
            <w:tcW w:w="9636" w:type="dxa"/>
          </w:tcPr>
          <w:p w14:paraId="7F88312D" w14:textId="5FCBC093" w:rsidR="00143BCA" w:rsidRPr="00D46F2C" w:rsidRDefault="00143BCA" w:rsidP="00F6063D">
            <w:pPr>
              <w:keepNext/>
              <w:jc w:val="both"/>
              <w:rPr>
                <w:sz w:val="16"/>
                <w:lang w:val="ro-RO"/>
              </w:rPr>
            </w:pPr>
            <w:r w:rsidRPr="00D46F2C">
              <w:rPr>
                <w:rFonts w:ascii="Segoe UI Symbol" w:hAnsi="Segoe UI Symbol" w:cs="Segoe UI Symbol"/>
                <w:sz w:val="16"/>
                <w:lang w:val="ro-RO"/>
              </w:rPr>
              <w:t>☐</w:t>
            </w:r>
            <w:r w:rsidRPr="00D46F2C">
              <w:rPr>
                <w:sz w:val="16"/>
                <w:lang w:val="ro-RO"/>
              </w:rPr>
              <w:t xml:space="preserve"> e) decizii de expropriere sau acorduri ale </w:t>
            </w:r>
            <w:r w:rsidR="00D4588A" w:rsidRPr="00D46F2C">
              <w:rPr>
                <w:sz w:val="16"/>
                <w:lang w:val="ro-RO"/>
              </w:rPr>
              <w:t>instituțiilor</w:t>
            </w:r>
            <w:r w:rsidRPr="00D46F2C">
              <w:rPr>
                <w:sz w:val="16"/>
                <w:lang w:val="ro-RO"/>
              </w:rPr>
              <w:t>/</w:t>
            </w:r>
            <w:r w:rsidR="00D4588A" w:rsidRPr="00D46F2C">
              <w:rPr>
                <w:sz w:val="16"/>
                <w:lang w:val="ro-RO"/>
              </w:rPr>
              <w:t>autorităților</w:t>
            </w:r>
            <w:r w:rsidRPr="00D46F2C">
              <w:rPr>
                <w:sz w:val="16"/>
                <w:lang w:val="ro-RO"/>
              </w:rPr>
              <w:t xml:space="preserve"> publice care </w:t>
            </w:r>
            <w:r w:rsidR="00854935" w:rsidRPr="00D46F2C">
              <w:rPr>
                <w:sz w:val="16"/>
                <w:lang w:val="ro-RO"/>
              </w:rPr>
              <w:t>dețin</w:t>
            </w:r>
            <w:r w:rsidRPr="00D46F2C">
              <w:rPr>
                <w:sz w:val="16"/>
                <w:lang w:val="ro-RO"/>
              </w:rPr>
              <w:t xml:space="preserve"> imobile în administrare/concesiune, acorduri notariale ale altor persoane fizice/juridice </w:t>
            </w:r>
          </w:p>
        </w:tc>
      </w:tr>
      <w:tr w:rsidR="003C7CA3" w:rsidRPr="00A07C1D" w14:paraId="10580FAB" w14:textId="77777777" w:rsidTr="00ED52D1">
        <w:trPr>
          <w:cantSplit/>
        </w:trPr>
        <w:tc>
          <w:tcPr>
            <w:tcW w:w="9636" w:type="dxa"/>
          </w:tcPr>
          <w:p w14:paraId="40B1D7C4" w14:textId="300F4FE0" w:rsidR="00143BCA" w:rsidRPr="00854935" w:rsidRDefault="00ED52D1" w:rsidP="00F6063D">
            <w:pPr>
              <w:keepNext/>
              <w:jc w:val="both"/>
              <w:rPr>
                <w:sz w:val="16"/>
                <w:lang w:val="ro-RO"/>
              </w:rPr>
            </w:pPr>
            <w:r w:rsidRPr="00854935">
              <w:rPr>
                <w:rFonts w:ascii="Segoe UI Symbol" w:hAnsi="Segoe UI Symbol" w:cs="Segoe UI Symbol"/>
                <w:sz w:val="16"/>
                <w:lang w:val="ro-RO"/>
              </w:rPr>
              <w:t>☐</w:t>
            </w:r>
            <w:r w:rsidRPr="00854935">
              <w:rPr>
                <w:sz w:val="16"/>
                <w:lang w:val="ro-RO"/>
              </w:rPr>
              <w:t xml:space="preserve"> </w:t>
            </w:r>
            <w:r w:rsidR="00143BCA" w:rsidRPr="00854935">
              <w:rPr>
                <w:sz w:val="16"/>
                <w:lang w:val="ro-RO"/>
              </w:rPr>
              <w:t>f</w:t>
            </w:r>
            <w:r w:rsidRPr="00854935">
              <w:rPr>
                <w:sz w:val="16"/>
                <w:lang w:val="ro-RO"/>
              </w:rPr>
              <w:t>) avizele și acordurile stabilite prin certificatul de urbanism nr. …… din …………… (câte 1 exemplar copie), inclu</w:t>
            </w:r>
            <w:r w:rsidR="00F17A55" w:rsidRPr="00854935">
              <w:rPr>
                <w:sz w:val="16"/>
                <w:lang w:val="ro-RO"/>
              </w:rPr>
              <w:t>siv</w:t>
            </w:r>
            <w:r w:rsidR="00D4588A" w:rsidRPr="00854935">
              <w:rPr>
                <w:sz w:val="16"/>
                <w:lang w:val="ro-RO"/>
              </w:rPr>
              <w:t xml:space="preserve"> avizele/acordurile de principiu</w:t>
            </w:r>
            <w:r w:rsidRPr="00854935">
              <w:rPr>
                <w:sz w:val="16"/>
                <w:lang w:val="ro-RO"/>
              </w:rPr>
              <w:t>, după caz</w:t>
            </w:r>
            <w:r w:rsidR="00D4588A" w:rsidRPr="00854935">
              <w:rPr>
                <w:sz w:val="16"/>
                <w:lang w:val="ro-RO"/>
              </w:rPr>
              <w:t xml:space="preserve"> </w:t>
            </w:r>
            <w:r w:rsidR="00F17A55" w:rsidRPr="00854935">
              <w:rPr>
                <w:i/>
                <w:lang w:val="ro-RO"/>
              </w:rPr>
              <w:t>avizele și acordurile anexate (nr., dată, emitent)— enumerare</w:t>
            </w:r>
            <w:r w:rsidR="00143BCA" w:rsidRPr="00854935">
              <w:rPr>
                <w:sz w:val="16"/>
                <w:lang w:val="ro-RO"/>
              </w:rPr>
              <w:t>:</w:t>
            </w:r>
          </w:p>
          <w:p w14:paraId="452883C9" w14:textId="170533AF" w:rsidR="00F17A55" w:rsidRPr="00854935" w:rsidRDefault="00F17A55" w:rsidP="00F6063D">
            <w:pPr>
              <w:keepNext/>
              <w:ind w:left="594" w:hanging="142"/>
              <w:jc w:val="both"/>
              <w:rPr>
                <w:sz w:val="16"/>
                <w:lang w:val="ro-RO"/>
              </w:rPr>
            </w:pPr>
            <w:r w:rsidRPr="00854935">
              <w:rPr>
                <w:sz w:val="16"/>
                <w:lang w:val="ro-RO"/>
              </w:rPr>
              <w:t>……………………………………………………………………………………………………………………………………………….</w:t>
            </w:r>
          </w:p>
          <w:p w14:paraId="495300F2" w14:textId="22CEE5D6" w:rsidR="00F17A55" w:rsidRPr="00854935" w:rsidRDefault="00F17A55" w:rsidP="00854935">
            <w:pPr>
              <w:keepNext/>
              <w:ind w:left="594" w:hanging="142"/>
              <w:jc w:val="both"/>
              <w:rPr>
                <w:lang w:val="ro-RO"/>
              </w:rPr>
            </w:pPr>
            <w:r w:rsidRPr="00854935">
              <w:rPr>
                <w:lang w:val="ro-RO"/>
              </w:rPr>
              <w:t>…………………………………………………………………………………………………………………………………………………………</w:t>
            </w:r>
          </w:p>
        </w:tc>
      </w:tr>
      <w:tr w:rsidR="00854935" w:rsidRPr="008B5868" w14:paraId="53BB90D8" w14:textId="77777777" w:rsidTr="00ED52D1">
        <w:trPr>
          <w:cantSplit/>
        </w:trPr>
        <w:tc>
          <w:tcPr>
            <w:tcW w:w="9636" w:type="dxa"/>
          </w:tcPr>
          <w:p w14:paraId="6D86496B" w14:textId="2281A18D" w:rsidR="00854935" w:rsidRPr="00854935" w:rsidRDefault="00854935" w:rsidP="00854935">
            <w:pPr>
              <w:keepNext/>
              <w:jc w:val="both"/>
              <w:rPr>
                <w:sz w:val="16"/>
                <w:lang w:val="ro-RO"/>
              </w:rPr>
            </w:pPr>
            <w:r w:rsidRPr="00854935">
              <w:rPr>
                <w:rFonts w:ascii="Segoe UI Symbol" w:hAnsi="Segoe UI Symbol" w:cs="Segoe UI Symbol"/>
                <w:sz w:val="16"/>
                <w:lang w:val="ro-RO"/>
              </w:rPr>
              <w:t>☐</w:t>
            </w:r>
            <w:r w:rsidRPr="00854935">
              <w:rPr>
                <w:sz w:val="16"/>
                <w:lang w:val="ro-RO"/>
              </w:rPr>
              <w:t xml:space="preserve"> g) </w:t>
            </w:r>
            <w:r w:rsidRPr="00854935">
              <w:rPr>
                <w:rStyle w:val="l5def1"/>
                <w:rFonts w:ascii="Times New Roman" w:hAnsi="Times New Roman" w:cs="Times New Roman"/>
                <w:color w:val="auto"/>
                <w:sz w:val="16"/>
                <w:szCs w:val="16"/>
                <w:lang w:val="ro-RO"/>
              </w:rPr>
              <w:t xml:space="preserve">avizul de principiu pentru scoaterea definitivă din fondul forestier național </w:t>
            </w:r>
            <w:r w:rsidRPr="00854935">
              <w:rPr>
                <w:sz w:val="16"/>
                <w:lang w:val="ro-RO"/>
              </w:rPr>
              <w:t>(1 exemplar copie)</w:t>
            </w:r>
          </w:p>
        </w:tc>
      </w:tr>
      <w:tr w:rsidR="00854935" w:rsidRPr="008B5868" w14:paraId="51B546D9" w14:textId="77777777" w:rsidTr="00ED52D1">
        <w:trPr>
          <w:cantSplit/>
        </w:trPr>
        <w:tc>
          <w:tcPr>
            <w:tcW w:w="9636" w:type="dxa"/>
          </w:tcPr>
          <w:p w14:paraId="0981C027" w14:textId="682EDEF2" w:rsidR="00854935" w:rsidRPr="00854935" w:rsidRDefault="00854935" w:rsidP="00854935">
            <w:pPr>
              <w:keepNext/>
              <w:jc w:val="both"/>
              <w:rPr>
                <w:sz w:val="16"/>
                <w:lang w:val="ro-RO"/>
              </w:rPr>
            </w:pPr>
            <w:r w:rsidRPr="00854935">
              <w:rPr>
                <w:rFonts w:ascii="Segoe UI Symbol" w:hAnsi="Segoe UI Symbol" w:cs="Segoe UI Symbol"/>
                <w:sz w:val="16"/>
                <w:lang w:val="ro-RO"/>
              </w:rPr>
              <w:t>☐</w:t>
            </w:r>
            <w:r w:rsidRPr="00854935">
              <w:rPr>
                <w:sz w:val="16"/>
                <w:lang w:val="ro-RO"/>
              </w:rPr>
              <w:t xml:space="preserve"> h) avizele de amplasament favorabile condiționate pentru relocarea sistemelor/rețelelor de transport şi de distribuție a energiei electrice, gazelor naturale şi a țițeiului, precum şi a altor rețele de utilități situate pe coridorul de expropriere</w:t>
            </w:r>
            <w:r>
              <w:rPr>
                <w:sz w:val="16"/>
                <w:lang w:val="ro-RO"/>
              </w:rPr>
              <w:t xml:space="preserve"> </w:t>
            </w:r>
            <w:r w:rsidRPr="00854935">
              <w:rPr>
                <w:sz w:val="16"/>
                <w:lang w:val="ro-RO"/>
              </w:rPr>
              <w:t>(1 exemplar copie)</w:t>
            </w:r>
          </w:p>
        </w:tc>
      </w:tr>
      <w:tr w:rsidR="00854935" w:rsidRPr="008B5868" w14:paraId="62A10D1D" w14:textId="77777777" w:rsidTr="00ED52D1">
        <w:trPr>
          <w:cantSplit/>
        </w:trPr>
        <w:tc>
          <w:tcPr>
            <w:tcW w:w="9636" w:type="dxa"/>
          </w:tcPr>
          <w:p w14:paraId="470D41C5" w14:textId="5160197F" w:rsidR="00854935" w:rsidRPr="00854935" w:rsidRDefault="00854935" w:rsidP="00854935">
            <w:pPr>
              <w:keepNext/>
              <w:jc w:val="both"/>
              <w:rPr>
                <w:sz w:val="16"/>
                <w:lang w:val="ro-RO"/>
              </w:rPr>
            </w:pPr>
            <w:r w:rsidRPr="00854935">
              <w:rPr>
                <w:rFonts w:ascii="Segoe UI Symbol" w:hAnsi="Segoe UI Symbol" w:cs="Segoe UI Symbol"/>
                <w:sz w:val="16"/>
                <w:lang w:val="ro-RO"/>
              </w:rPr>
              <w:t>☐</w:t>
            </w:r>
            <w:r w:rsidRPr="00854935">
              <w:rPr>
                <w:sz w:val="16"/>
                <w:lang w:val="ro-RO"/>
              </w:rPr>
              <w:t xml:space="preserve"> i) lista terenurilor situate în extravilan scoase din circuitul agricol care fac obiectul procedurii de expropriere, situate pe amplasamentul coridorului de expropriere</w:t>
            </w:r>
            <w:r>
              <w:rPr>
                <w:sz w:val="16"/>
                <w:lang w:val="ro-RO"/>
              </w:rPr>
              <w:t xml:space="preserve"> </w:t>
            </w:r>
            <w:r w:rsidRPr="00854935">
              <w:rPr>
                <w:sz w:val="16"/>
                <w:lang w:val="ro-RO"/>
              </w:rPr>
              <w:t>(1 exemplar copie)</w:t>
            </w:r>
          </w:p>
        </w:tc>
      </w:tr>
      <w:tr w:rsidR="00854935" w:rsidRPr="008B5868" w14:paraId="2FD17CD2" w14:textId="77777777" w:rsidTr="00ED52D1">
        <w:trPr>
          <w:cantSplit/>
        </w:trPr>
        <w:tc>
          <w:tcPr>
            <w:tcW w:w="9636" w:type="dxa"/>
          </w:tcPr>
          <w:p w14:paraId="1A57A7EA" w14:textId="00034934" w:rsidR="00854935" w:rsidRPr="00854935" w:rsidRDefault="00854935" w:rsidP="00854935">
            <w:pPr>
              <w:keepNext/>
              <w:jc w:val="both"/>
              <w:rPr>
                <w:sz w:val="16"/>
                <w:lang w:val="ro-RO"/>
              </w:rPr>
            </w:pPr>
            <w:r w:rsidRPr="00854935">
              <w:rPr>
                <w:rFonts w:ascii="Segoe UI Symbol" w:hAnsi="Segoe UI Symbol" w:cs="Segoe UI Symbol"/>
                <w:sz w:val="16"/>
                <w:lang w:val="ro-RO"/>
              </w:rPr>
              <w:t>☐</w:t>
            </w:r>
            <w:r w:rsidRPr="00854935">
              <w:rPr>
                <w:sz w:val="16"/>
                <w:lang w:val="ro-RO"/>
              </w:rPr>
              <w:t xml:space="preserve"> j) avizul tehnic pentru amplasarea construcțiilor care se execută în zona amenajărilor de îmbunătățiri funciare, eliberat de Agenția Națională de Îmbunătățiri Funciare şi fișierele în format digital vectorial în sistem național de protecție (1 exemplar copie)</w:t>
            </w:r>
          </w:p>
        </w:tc>
      </w:tr>
      <w:tr w:rsidR="00854935" w:rsidRPr="008B5868" w14:paraId="364D160E" w14:textId="77777777" w:rsidTr="00ED52D1">
        <w:trPr>
          <w:cantSplit/>
        </w:trPr>
        <w:tc>
          <w:tcPr>
            <w:tcW w:w="9636" w:type="dxa"/>
          </w:tcPr>
          <w:p w14:paraId="7F673AF0" w14:textId="51EF0CFC" w:rsidR="00854935" w:rsidRPr="00854935" w:rsidRDefault="00854935" w:rsidP="00854935">
            <w:pPr>
              <w:keepNext/>
              <w:jc w:val="both"/>
              <w:rPr>
                <w:sz w:val="16"/>
                <w:lang w:val="ro-RO"/>
              </w:rPr>
            </w:pPr>
            <w:r w:rsidRPr="00854935">
              <w:rPr>
                <w:rFonts w:ascii="Segoe UI Symbol" w:hAnsi="Segoe UI Symbol" w:cs="Segoe UI Symbol"/>
                <w:sz w:val="16"/>
                <w:lang w:val="ro-RO"/>
              </w:rPr>
              <w:t>☐</w:t>
            </w:r>
            <w:r w:rsidRPr="00854935">
              <w:rPr>
                <w:sz w:val="16"/>
                <w:lang w:val="ro-RO"/>
              </w:rPr>
              <w:t xml:space="preserve"> k) declarații pe propria răspundere, în cazul în care pentru anumite avize/acorduri se invocă acordarea tacită (original)</w:t>
            </w:r>
          </w:p>
        </w:tc>
      </w:tr>
      <w:tr w:rsidR="00854935" w:rsidRPr="008B5868" w14:paraId="3544A2F7" w14:textId="77777777" w:rsidTr="00ED52D1">
        <w:trPr>
          <w:cantSplit/>
        </w:trPr>
        <w:tc>
          <w:tcPr>
            <w:tcW w:w="9636" w:type="dxa"/>
          </w:tcPr>
          <w:p w14:paraId="1D5DDF1A" w14:textId="47E853A4" w:rsidR="00854935" w:rsidRPr="00854935" w:rsidRDefault="00854935" w:rsidP="00854935">
            <w:pPr>
              <w:keepNext/>
              <w:jc w:val="both"/>
              <w:rPr>
                <w:lang w:val="ro-RO"/>
              </w:rPr>
            </w:pPr>
            <w:r w:rsidRPr="00854935">
              <w:rPr>
                <w:rFonts w:ascii="Segoe UI Symbol" w:hAnsi="Segoe UI Symbol" w:cs="Segoe UI Symbol"/>
                <w:sz w:val="16"/>
                <w:lang w:val="ro-RO"/>
              </w:rPr>
              <w:t>☐</w:t>
            </w:r>
            <w:r w:rsidRPr="00854935">
              <w:rPr>
                <w:sz w:val="16"/>
                <w:lang w:val="ro-RO"/>
              </w:rPr>
              <w:t xml:space="preserve"> l) punctul de vedere sau actul administrativ al autorității competente pentru protecția mediului, în cazul în care a fost solicitată evaluarea, și acordul de mediu, dacă este cazul (1 exemplar copie)</w:t>
            </w:r>
          </w:p>
        </w:tc>
      </w:tr>
      <w:tr w:rsidR="00854935" w:rsidRPr="00A07C1D" w14:paraId="0BAC7C49" w14:textId="77777777" w:rsidTr="00ED52D1">
        <w:trPr>
          <w:cantSplit/>
        </w:trPr>
        <w:tc>
          <w:tcPr>
            <w:tcW w:w="9636" w:type="dxa"/>
          </w:tcPr>
          <w:p w14:paraId="02C2F137" w14:textId="6D34C2CF" w:rsidR="00854935" w:rsidRPr="00854935" w:rsidRDefault="00854935" w:rsidP="00854935">
            <w:pPr>
              <w:keepNext/>
              <w:jc w:val="both"/>
              <w:rPr>
                <w:lang w:val="ro-RO"/>
              </w:rPr>
            </w:pPr>
            <w:r w:rsidRPr="00854935">
              <w:rPr>
                <w:rFonts w:ascii="Segoe UI Symbol" w:hAnsi="Segoe UI Symbol" w:cs="Segoe UI Symbol"/>
                <w:sz w:val="16"/>
                <w:lang w:val="ro-RO"/>
              </w:rPr>
              <w:t>☐</w:t>
            </w:r>
            <w:r w:rsidRPr="00854935">
              <w:rPr>
                <w:sz w:val="16"/>
                <w:lang w:val="ro-RO"/>
              </w:rPr>
              <w:t xml:space="preserve"> m) studii de specialitate - nr., dată, elaborator (1 exemplar copie)</w:t>
            </w:r>
          </w:p>
        </w:tc>
      </w:tr>
      <w:tr w:rsidR="00854935" w:rsidRPr="00A07C1D" w14:paraId="7DF14FE6" w14:textId="77777777" w:rsidTr="00ED52D1">
        <w:trPr>
          <w:cantSplit/>
        </w:trPr>
        <w:tc>
          <w:tcPr>
            <w:tcW w:w="9636" w:type="dxa"/>
          </w:tcPr>
          <w:p w14:paraId="7328C3ED" w14:textId="6FCF62FF" w:rsidR="00854935" w:rsidRPr="00854935" w:rsidRDefault="00854935" w:rsidP="00854935">
            <w:pPr>
              <w:keepNext/>
              <w:jc w:val="both"/>
              <w:rPr>
                <w:lang w:val="ro-RO"/>
              </w:rPr>
            </w:pPr>
            <w:r w:rsidRPr="00854935">
              <w:rPr>
                <w:rFonts w:ascii="Segoe UI Symbol" w:hAnsi="Segoe UI Symbol" w:cs="Segoe UI Symbol"/>
                <w:sz w:val="16"/>
                <w:lang w:val="ro-RO"/>
              </w:rPr>
              <w:t>☐</w:t>
            </w:r>
            <w:r w:rsidRPr="00854935">
              <w:rPr>
                <w:sz w:val="16"/>
                <w:lang w:val="ro-RO"/>
              </w:rPr>
              <w:t xml:space="preserve"> n)</w:t>
            </w:r>
            <w:r w:rsidRPr="00854935">
              <w:rPr>
                <w:lang w:val="ro-RO"/>
              </w:rPr>
              <w:t xml:space="preserve"> </w:t>
            </w:r>
            <w:r w:rsidRPr="00854935">
              <w:rPr>
                <w:sz w:val="16"/>
                <w:lang w:val="ro-RO"/>
              </w:rPr>
              <w:t>proiectul pentru autorizarea construirii / desființării / intervențiilor asupra construcțiilor existente, după caz (2 exemplare originale sau 1 exemplar original, în format letric, acolo unde autoritatea are posibilitatea de a arhiva în format digital)</w:t>
            </w:r>
          </w:p>
        </w:tc>
      </w:tr>
      <w:tr w:rsidR="00854935" w:rsidRPr="00A07C1D" w14:paraId="063DF493" w14:textId="77777777" w:rsidTr="00ED52D1">
        <w:trPr>
          <w:cantSplit/>
        </w:trPr>
        <w:tc>
          <w:tcPr>
            <w:tcW w:w="9636" w:type="dxa"/>
          </w:tcPr>
          <w:p w14:paraId="36E4E550" w14:textId="1808504E"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o</w:t>
            </w:r>
            <w:r w:rsidRPr="00A07C1D">
              <w:rPr>
                <w:sz w:val="16"/>
                <w:lang w:val="ro-RO"/>
              </w:rPr>
              <w:t>) raportul de expertiză tehnică preliminară privind influența asupra vecinătăților, pentru cerința fundamentală rezistență mecanică și stabilitate, dacă este cazul (1 exemplar copie)</w:t>
            </w:r>
          </w:p>
        </w:tc>
      </w:tr>
      <w:tr w:rsidR="00854935" w:rsidRPr="00A07C1D" w14:paraId="4F7860AB" w14:textId="77777777" w:rsidTr="00ED52D1">
        <w:trPr>
          <w:cantSplit/>
        </w:trPr>
        <w:tc>
          <w:tcPr>
            <w:tcW w:w="9636" w:type="dxa"/>
          </w:tcPr>
          <w:p w14:paraId="11DC676C" w14:textId="42F1FF81"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p</w:t>
            </w:r>
            <w:r w:rsidRPr="00A07C1D">
              <w:rPr>
                <w:sz w:val="16"/>
                <w:lang w:val="ro-RO"/>
              </w:rPr>
              <w:t>) rapoartele de expertiză tehnică pentru cerințele fundamentale rezistență mecanică și stabilitate și securitate la incendiu, precum și pentru celelalte cerințe fundamentale, în cazul intervențiilor la construcții existente (1 exemplar copie)</w:t>
            </w:r>
          </w:p>
        </w:tc>
      </w:tr>
      <w:tr w:rsidR="00854935" w:rsidRPr="0040425E" w14:paraId="1109951D" w14:textId="77777777" w:rsidTr="00ED52D1">
        <w:trPr>
          <w:cantSplit/>
        </w:trPr>
        <w:tc>
          <w:tcPr>
            <w:tcW w:w="9636" w:type="dxa"/>
          </w:tcPr>
          <w:p w14:paraId="58215012" w14:textId="38A5A468"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r</w:t>
            </w:r>
            <w:r w:rsidRPr="00A07C1D">
              <w:rPr>
                <w:sz w:val="16"/>
                <w:lang w:val="ro-RO"/>
              </w:rPr>
              <w:t>) raportul privind cerințele minime de conformare a unei clădiri cu consum de energie aproape egal cu zero, dacă este cazul (1 exemplar copie)</w:t>
            </w:r>
          </w:p>
        </w:tc>
      </w:tr>
      <w:tr w:rsidR="00854935" w:rsidRPr="00A07C1D" w14:paraId="1784D2A4" w14:textId="77777777" w:rsidTr="00ED52D1">
        <w:trPr>
          <w:cantSplit/>
        </w:trPr>
        <w:tc>
          <w:tcPr>
            <w:tcW w:w="9636" w:type="dxa"/>
          </w:tcPr>
          <w:p w14:paraId="37AA3375" w14:textId="4B2092F0"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s</w:t>
            </w:r>
            <w:r w:rsidRPr="00A07C1D">
              <w:rPr>
                <w:sz w:val="16"/>
                <w:lang w:val="ro-RO"/>
              </w:rPr>
              <w:t>) raportul de audit energetic în vederea creșterii performanței energetice, în cazul intervențiilor la clădiri existente (1 exemplar copie)</w:t>
            </w:r>
          </w:p>
        </w:tc>
      </w:tr>
      <w:tr w:rsidR="00854935" w:rsidRPr="00A07C1D" w14:paraId="38C66619" w14:textId="77777777" w:rsidTr="00ED52D1">
        <w:trPr>
          <w:cantSplit/>
        </w:trPr>
        <w:tc>
          <w:tcPr>
            <w:tcW w:w="9636" w:type="dxa"/>
          </w:tcPr>
          <w:p w14:paraId="5D91ADD3" w14:textId="2F55026D"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t</w:t>
            </w:r>
            <w:r w:rsidRPr="00A07C1D">
              <w:rPr>
                <w:sz w:val="16"/>
                <w:lang w:val="ro-RO"/>
              </w:rPr>
              <w:t>) proiectul pentru acordul/autorizația administratorului drumului, pentru lucrările executate pe domeniul public la infrastructura tehnico-edilitară și căile de acces, dacă este cazul (1 exemplar original)</w:t>
            </w:r>
          </w:p>
        </w:tc>
      </w:tr>
      <w:tr w:rsidR="00854935" w:rsidRPr="00AD71BE" w14:paraId="0B5C5345" w14:textId="77777777" w:rsidTr="00ED52D1">
        <w:trPr>
          <w:cantSplit/>
        </w:trPr>
        <w:tc>
          <w:tcPr>
            <w:tcW w:w="9636" w:type="dxa"/>
          </w:tcPr>
          <w:p w14:paraId="7BD73D6C" w14:textId="31A5997C" w:rsidR="00854935" w:rsidRPr="00A07C1D" w:rsidRDefault="00854935" w:rsidP="00854935">
            <w:pPr>
              <w:keepNext/>
              <w:jc w:val="both"/>
              <w:rPr>
                <w:sz w:val="16"/>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u</w:t>
            </w:r>
            <w:r w:rsidRPr="00A07C1D">
              <w:rPr>
                <w:sz w:val="16"/>
                <w:lang w:val="ro-RO"/>
              </w:rPr>
              <w:t>) raport de audit de siguranță rutieră, după caz</w:t>
            </w:r>
            <w:r>
              <w:rPr>
                <w:sz w:val="16"/>
                <w:lang w:val="ro-RO"/>
              </w:rPr>
              <w:t xml:space="preserve"> </w:t>
            </w:r>
            <w:r w:rsidRPr="00A07C1D">
              <w:rPr>
                <w:sz w:val="16"/>
                <w:lang w:val="ro-RO"/>
              </w:rPr>
              <w:t xml:space="preserve">(1 exemplar </w:t>
            </w:r>
            <w:r>
              <w:rPr>
                <w:sz w:val="16"/>
                <w:lang w:val="ro-RO"/>
              </w:rPr>
              <w:t>copie</w:t>
            </w:r>
            <w:r w:rsidRPr="00A07C1D">
              <w:rPr>
                <w:sz w:val="16"/>
                <w:lang w:val="ro-RO"/>
              </w:rPr>
              <w:t>)</w:t>
            </w:r>
          </w:p>
        </w:tc>
      </w:tr>
      <w:tr w:rsidR="00854935" w:rsidRPr="00A07C1D" w14:paraId="0C5A4EBD" w14:textId="77777777" w:rsidTr="00ED52D1">
        <w:trPr>
          <w:cantSplit/>
        </w:trPr>
        <w:tc>
          <w:tcPr>
            <w:tcW w:w="9636" w:type="dxa"/>
          </w:tcPr>
          <w:p w14:paraId="2E479CE2" w14:textId="021C01D5"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v</w:t>
            </w:r>
            <w:r w:rsidRPr="00A07C1D">
              <w:rPr>
                <w:sz w:val="16"/>
                <w:lang w:val="ro-RO"/>
              </w:rPr>
              <w:t xml:space="preserve">) dovada privind luarea în evidență a proiectului de către Ordinul Arhitecților din România, după caz (1 exemplar </w:t>
            </w:r>
            <w:r>
              <w:rPr>
                <w:sz w:val="16"/>
                <w:lang w:val="ro-RO"/>
              </w:rPr>
              <w:t>copie</w:t>
            </w:r>
            <w:r w:rsidRPr="00A07C1D">
              <w:rPr>
                <w:sz w:val="16"/>
                <w:lang w:val="ro-RO"/>
              </w:rPr>
              <w:t>)</w:t>
            </w:r>
          </w:p>
        </w:tc>
      </w:tr>
      <w:tr w:rsidR="00854935" w:rsidRPr="0040425E" w14:paraId="228DE30A" w14:textId="77777777" w:rsidTr="00ED52D1">
        <w:trPr>
          <w:cantSplit/>
        </w:trPr>
        <w:tc>
          <w:tcPr>
            <w:tcW w:w="9636" w:type="dxa"/>
          </w:tcPr>
          <w:p w14:paraId="7F8B6AD1" w14:textId="2E938698"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w</w:t>
            </w:r>
            <w:r w:rsidRPr="00A07C1D">
              <w:rPr>
                <w:sz w:val="16"/>
                <w:lang w:val="ro-RO"/>
              </w:rPr>
              <w:t>) devizul general al obiectivului de investiții (1 exemplar copie)</w:t>
            </w:r>
          </w:p>
        </w:tc>
      </w:tr>
      <w:tr w:rsidR="00854935" w:rsidRPr="0040425E" w14:paraId="4F2D87C4" w14:textId="77777777" w:rsidTr="00ED52D1">
        <w:trPr>
          <w:cantSplit/>
        </w:trPr>
        <w:tc>
          <w:tcPr>
            <w:tcW w:w="9636" w:type="dxa"/>
          </w:tcPr>
          <w:p w14:paraId="384BCE13" w14:textId="36328D73" w:rsidR="00854935" w:rsidRPr="00A07C1D" w:rsidRDefault="00854935" w:rsidP="00854935">
            <w:pPr>
              <w:keepNext/>
              <w:jc w:val="both"/>
              <w:rPr>
                <w:lang w:val="ro-RO"/>
              </w:rPr>
            </w:pPr>
            <w:r w:rsidRPr="00A07C1D">
              <w:rPr>
                <w:rFonts w:ascii="Segoe UI Symbol" w:hAnsi="Segoe UI Symbol" w:cs="Segoe UI Symbol"/>
                <w:sz w:val="16"/>
                <w:lang w:val="ro-RO"/>
              </w:rPr>
              <w:t>☐</w:t>
            </w:r>
            <w:r w:rsidRPr="00A07C1D">
              <w:rPr>
                <w:sz w:val="16"/>
                <w:lang w:val="ro-RO"/>
              </w:rPr>
              <w:t xml:space="preserve"> </w:t>
            </w:r>
            <w:r>
              <w:rPr>
                <w:sz w:val="16"/>
                <w:lang w:val="ro-RO"/>
              </w:rPr>
              <w:t>x</w:t>
            </w:r>
            <w:r w:rsidRPr="00A07C1D">
              <w:rPr>
                <w:sz w:val="16"/>
                <w:lang w:val="ro-RO"/>
              </w:rPr>
              <w:t>) anexa la cererea pentru emiterea autorizației de construire/desființare, completată cu toate elementele necesare descrierii lucrărilor (2 exemplare originale)</w:t>
            </w:r>
          </w:p>
        </w:tc>
      </w:tr>
    </w:tbl>
    <w:p w14:paraId="669F44AC"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A07C1D" w14:paraId="1CE1AF1F" w14:textId="77777777">
        <w:trPr>
          <w:cantSplit/>
        </w:trPr>
        <w:tc>
          <w:tcPr>
            <w:tcW w:w="9636" w:type="dxa"/>
          </w:tcPr>
          <w:p w14:paraId="071A7406" w14:textId="22E062B9" w:rsidR="003C7CA3" w:rsidRPr="00A07C1D" w:rsidRDefault="003454F7" w:rsidP="00D626CC">
            <w:pPr>
              <w:spacing w:line="228" w:lineRule="auto"/>
              <w:jc w:val="both"/>
              <w:rPr>
                <w:lang w:val="ro-RO"/>
              </w:rPr>
            </w:pPr>
            <w:r w:rsidRPr="00A07C1D">
              <w:rPr>
                <w:i/>
                <w:sz w:val="17"/>
                <w:lang w:val="ro-RO"/>
              </w:rPr>
              <w:t>Declar pe propria răspundere, sub sancțiunea Codului penal privind infracțiunea de fals în declarații, că datele menționate în prezenta cerere sunt reale și exacte și mă angajez ca executarea lucrărilor de construire să se realizeze cu respectarea autorizației de construire, a proiectului aferent vizat spre neschimbare și numai pe baza proiectului tehnic de execuție, astfel cum prevede art. 246 alin. (3) din Leg</w:t>
            </w:r>
            <w:r w:rsidR="00FC2F0B" w:rsidRPr="00A07C1D">
              <w:rPr>
                <w:i/>
                <w:sz w:val="17"/>
                <w:lang w:val="ro-RO"/>
              </w:rPr>
              <w:t>e</w:t>
            </w:r>
            <w:r w:rsidR="005B29C5" w:rsidRPr="00A07C1D">
              <w:rPr>
                <w:i/>
                <w:sz w:val="17"/>
                <w:lang w:val="ro-RO"/>
              </w:rPr>
              <w:t>a nr.1</w:t>
            </w:r>
            <w:r w:rsidR="00FC2F0B" w:rsidRPr="00A07C1D">
              <w:rPr>
                <w:i/>
                <w:sz w:val="17"/>
                <w:lang w:val="ro-RO"/>
              </w:rPr>
              <w:t>69</w:t>
            </w:r>
            <w:r w:rsidR="005B29C5" w:rsidRPr="00A07C1D">
              <w:rPr>
                <w:i/>
                <w:sz w:val="17"/>
                <w:lang w:val="ro-RO"/>
              </w:rPr>
              <w:t>/2026.</w:t>
            </w:r>
          </w:p>
        </w:tc>
      </w:tr>
    </w:tbl>
    <w:p w14:paraId="190800CC"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3C7CA3" w:rsidRPr="00A07C1D" w14:paraId="7464688B" w14:textId="77777777">
        <w:trPr>
          <w:cantSplit/>
        </w:trPr>
        <w:tc>
          <w:tcPr>
            <w:tcW w:w="9636" w:type="dxa"/>
            <w:gridSpan w:val="3"/>
            <w:shd w:val="clear" w:color="auto" w:fill="F4F4F4"/>
          </w:tcPr>
          <w:p w14:paraId="63133EFD" w14:textId="77777777" w:rsidR="003C7CA3" w:rsidRPr="00A07C1D" w:rsidRDefault="003454F7">
            <w:pPr>
              <w:keepNext/>
              <w:rPr>
                <w:lang w:val="ro-RO"/>
              </w:rPr>
            </w:pPr>
            <w:r w:rsidRPr="00A07C1D">
              <w:rPr>
                <w:b/>
                <w:sz w:val="16"/>
                <w:lang w:val="ro-RO"/>
              </w:rPr>
              <w:t xml:space="preserve"> 10. </w:t>
            </w:r>
            <w:r w:rsidRPr="00A07C1D">
              <w:rPr>
                <w:b/>
                <w:color w:val="000000"/>
                <w:sz w:val="18"/>
                <w:lang w:val="ro-RO"/>
              </w:rPr>
              <w:t>DATA ȘI SEMNĂTURA</w:t>
            </w:r>
          </w:p>
        </w:tc>
      </w:tr>
      <w:tr w:rsidR="003C7CA3" w:rsidRPr="00A07C1D" w14:paraId="437D5C75" w14:textId="77777777">
        <w:trPr>
          <w:cantSplit/>
          <w:trHeight w:val="510"/>
        </w:trPr>
        <w:tc>
          <w:tcPr>
            <w:tcW w:w="1606" w:type="dxa"/>
          </w:tcPr>
          <w:p w14:paraId="4B0B8745" w14:textId="77777777" w:rsidR="003C7CA3" w:rsidRPr="00A07C1D" w:rsidRDefault="003454F7">
            <w:pPr>
              <w:rPr>
                <w:lang w:val="ro-RO"/>
              </w:rPr>
            </w:pPr>
            <w:r w:rsidRPr="00A07C1D">
              <w:rPr>
                <w:b/>
                <w:color w:val="0D5F78"/>
                <w:lang w:val="ro-RO"/>
              </w:rPr>
              <w:t>Data</w:t>
            </w:r>
          </w:p>
          <w:p w14:paraId="145135C4" w14:textId="77777777" w:rsidR="003C7CA3" w:rsidRPr="00A07C1D" w:rsidRDefault="003C7CA3">
            <w:pPr>
              <w:rPr>
                <w:lang w:val="ro-RO"/>
              </w:rPr>
            </w:pPr>
          </w:p>
        </w:tc>
        <w:tc>
          <w:tcPr>
            <w:tcW w:w="4818" w:type="dxa"/>
          </w:tcPr>
          <w:p w14:paraId="0A884F90" w14:textId="77777777" w:rsidR="003C7CA3" w:rsidRPr="00A07C1D" w:rsidRDefault="003454F7">
            <w:pPr>
              <w:rPr>
                <w:lang w:val="ro-RO"/>
              </w:rPr>
            </w:pPr>
            <w:r w:rsidRPr="00A07C1D">
              <w:rPr>
                <w:b/>
                <w:color w:val="0D5F78"/>
                <w:lang w:val="ro-RO"/>
              </w:rPr>
              <w:t>Solicitantul</w:t>
            </w:r>
          </w:p>
          <w:p w14:paraId="2A60F2FF" w14:textId="77777777" w:rsidR="003C7CA3" w:rsidRPr="00A07C1D" w:rsidRDefault="003C7CA3">
            <w:pPr>
              <w:rPr>
                <w:lang w:val="ro-RO"/>
              </w:rPr>
            </w:pPr>
          </w:p>
        </w:tc>
        <w:tc>
          <w:tcPr>
            <w:tcW w:w="3212" w:type="dxa"/>
          </w:tcPr>
          <w:p w14:paraId="6456F681" w14:textId="77777777" w:rsidR="003C7CA3" w:rsidRPr="00A07C1D" w:rsidRDefault="003454F7">
            <w:pPr>
              <w:rPr>
                <w:lang w:val="ro-RO"/>
              </w:rPr>
            </w:pPr>
            <w:r w:rsidRPr="00A07C1D">
              <w:rPr>
                <w:b/>
                <w:color w:val="0D5F78"/>
                <w:lang w:val="ro-RO"/>
              </w:rPr>
              <w:t>Semnătura</w:t>
            </w:r>
          </w:p>
          <w:p w14:paraId="773B92D8" w14:textId="77777777" w:rsidR="003C7CA3" w:rsidRPr="00A07C1D" w:rsidRDefault="003C7CA3">
            <w:pPr>
              <w:rPr>
                <w:lang w:val="ro-RO"/>
              </w:rPr>
            </w:pPr>
          </w:p>
        </w:tc>
      </w:tr>
    </w:tbl>
    <w:p w14:paraId="3B50D53D" w14:textId="77777777" w:rsidR="003C7CA3" w:rsidRPr="00A07C1D" w:rsidRDefault="003C7CA3">
      <w:pPr>
        <w:spacing w:line="168" w:lineRule="auto"/>
        <w:rPr>
          <w:lang w:val="ro-RO"/>
        </w:rPr>
      </w:pPr>
    </w:p>
    <w:p w14:paraId="27114BBF" w14:textId="77777777" w:rsidR="003C7CA3" w:rsidRPr="00A07C1D" w:rsidRDefault="003454F7">
      <w:pPr>
        <w:rPr>
          <w:lang w:val="ro-RO"/>
        </w:rPr>
      </w:pPr>
      <w:r w:rsidRPr="00A07C1D">
        <w:rPr>
          <w:lang w:val="ro-RO"/>
        </w:rPr>
        <w:br w:type="page"/>
      </w:r>
    </w:p>
    <w:p w14:paraId="21336EB1" w14:textId="72E5B3E9" w:rsidR="00C07E49" w:rsidRPr="00A07C1D" w:rsidRDefault="00C07E49" w:rsidP="00C07E49">
      <w:pPr>
        <w:spacing w:before="140" w:after="40"/>
        <w:rPr>
          <w:bCs/>
          <w:sz w:val="24"/>
          <w:szCs w:val="24"/>
          <w:lang w:val="ro-RO"/>
        </w:rPr>
      </w:pPr>
      <w:r w:rsidRPr="00A07C1D">
        <w:rPr>
          <w:bCs/>
          <w:sz w:val="24"/>
          <w:szCs w:val="24"/>
          <w:lang w:val="ro-RO"/>
        </w:rPr>
        <w:lastRenderedPageBreak/>
        <w:t>Anexa nr.</w:t>
      </w:r>
      <w:r w:rsidR="00E26881" w:rsidRPr="00A07C1D">
        <w:rPr>
          <w:bCs/>
          <w:sz w:val="24"/>
          <w:szCs w:val="24"/>
          <w:lang w:val="ro-RO"/>
        </w:rPr>
        <w:t xml:space="preserve"> </w:t>
      </w:r>
      <w:r w:rsidRPr="00A07C1D">
        <w:rPr>
          <w:bCs/>
          <w:sz w:val="24"/>
          <w:szCs w:val="24"/>
          <w:lang w:val="ro-RO"/>
        </w:rPr>
        <w:t>1.1</w:t>
      </w:r>
    </w:p>
    <w:p w14:paraId="5D9395E8" w14:textId="60225C15" w:rsidR="003C7CA3" w:rsidRPr="00A07C1D" w:rsidRDefault="003454F7">
      <w:pPr>
        <w:spacing w:before="140" w:after="40"/>
        <w:jc w:val="center"/>
        <w:rPr>
          <w:lang w:val="ro-RO"/>
        </w:rPr>
      </w:pPr>
      <w:r w:rsidRPr="00A07C1D">
        <w:rPr>
          <w:b/>
          <w:sz w:val="34"/>
          <w:lang w:val="ro-RO"/>
        </w:rPr>
        <w:t>ANEXA IMOBILE</w:t>
      </w:r>
    </w:p>
    <w:p w14:paraId="01EAD5FA" w14:textId="77777777" w:rsidR="003C7CA3" w:rsidRPr="00A07C1D" w:rsidRDefault="003454F7">
      <w:pPr>
        <w:spacing w:after="120"/>
        <w:jc w:val="center"/>
        <w:rPr>
          <w:lang w:val="ro-RO"/>
        </w:rPr>
      </w:pPr>
      <w:r w:rsidRPr="00A07C1D">
        <w:rPr>
          <w:sz w:val="19"/>
          <w:lang w:val="ro-RO"/>
        </w:rPr>
        <w:t>la cererea pentru emiterea autorizației de construire / desființare</w:t>
      </w:r>
    </w:p>
    <w:p w14:paraId="291F927E" w14:textId="224C0CCF" w:rsidR="003C7CA3" w:rsidRPr="00A07C1D" w:rsidRDefault="003454F7">
      <w:pPr>
        <w:spacing w:after="120"/>
        <w:jc w:val="center"/>
        <w:rPr>
          <w:lang w:val="ro-RO"/>
        </w:rPr>
      </w:pPr>
      <w:r w:rsidRPr="00A07C1D">
        <w:rPr>
          <w:sz w:val="19"/>
          <w:lang w:val="ro-RO"/>
        </w:rPr>
        <w:t xml:space="preserve">se completează numai atunci când cererea </w:t>
      </w:r>
      <w:r w:rsidR="00F61A70" w:rsidRPr="00A07C1D">
        <w:rPr>
          <w:sz w:val="19"/>
          <w:lang w:val="ro-RO"/>
        </w:rPr>
        <w:t>se referă la</w:t>
      </w:r>
      <w:r w:rsidRPr="00A07C1D">
        <w:rPr>
          <w:sz w:val="19"/>
          <w:lang w:val="ro-RO"/>
        </w:rPr>
        <w:t xml:space="preserve"> mai multe imobile</w:t>
      </w:r>
    </w:p>
    <w:p w14:paraId="3B43A7DE" w14:textId="77777777" w:rsidR="003C7CA3" w:rsidRPr="00A07C1D" w:rsidRDefault="003C7CA3">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3C7CA3" w:rsidRPr="0040425E" w14:paraId="6852DFD8" w14:textId="77777777">
        <w:trPr>
          <w:cantSplit/>
        </w:trPr>
        <w:tc>
          <w:tcPr>
            <w:tcW w:w="9636" w:type="dxa"/>
            <w:gridSpan w:val="7"/>
            <w:shd w:val="clear" w:color="auto" w:fill="F4F4F4"/>
          </w:tcPr>
          <w:p w14:paraId="2D8BD40E" w14:textId="77777777" w:rsidR="003C7CA3" w:rsidRPr="00A07C1D" w:rsidRDefault="003454F7">
            <w:pPr>
              <w:keepNext/>
              <w:rPr>
                <w:lang w:val="ro-RO"/>
              </w:rPr>
            </w:pPr>
            <w:r w:rsidRPr="00A07C1D">
              <w:rPr>
                <w:b/>
                <w:sz w:val="16"/>
                <w:lang w:val="ro-RO"/>
              </w:rPr>
              <w:t xml:space="preserve"> I1. </w:t>
            </w:r>
            <w:r w:rsidRPr="00A07C1D">
              <w:rPr>
                <w:b/>
                <w:color w:val="000000"/>
                <w:sz w:val="18"/>
                <w:lang w:val="ro-RO"/>
              </w:rPr>
              <w:t>IMOBILELE LA CARE SE REFERĂ CEREREA</w:t>
            </w:r>
          </w:p>
        </w:tc>
      </w:tr>
      <w:tr w:rsidR="003C7CA3" w:rsidRPr="00A07C1D" w14:paraId="2E60FFA2" w14:textId="77777777">
        <w:trPr>
          <w:cantSplit/>
        </w:trPr>
        <w:tc>
          <w:tcPr>
            <w:tcW w:w="9636" w:type="dxa"/>
            <w:gridSpan w:val="7"/>
            <w:shd w:val="clear" w:color="auto" w:fill="F4F4F4"/>
          </w:tcPr>
          <w:p w14:paraId="4E625B9A" w14:textId="77777777" w:rsidR="003C7CA3" w:rsidRPr="00A07C1D" w:rsidRDefault="003454F7">
            <w:pPr>
              <w:keepNext/>
              <w:rPr>
                <w:lang w:val="ro-RO"/>
              </w:rPr>
            </w:pPr>
            <w:r w:rsidRPr="00A07C1D">
              <w:rPr>
                <w:sz w:val="16"/>
                <w:lang w:val="ro-RO"/>
              </w:rPr>
              <w:t xml:space="preserve"> Imobil 2</w:t>
            </w:r>
          </w:p>
        </w:tc>
      </w:tr>
      <w:tr w:rsidR="003C7CA3" w:rsidRPr="00A07C1D" w14:paraId="4FBA9BF9" w14:textId="77777777">
        <w:trPr>
          <w:cantSplit/>
          <w:trHeight w:val="510"/>
        </w:trPr>
        <w:tc>
          <w:tcPr>
            <w:tcW w:w="3212" w:type="dxa"/>
          </w:tcPr>
          <w:p w14:paraId="5A3BB7C7" w14:textId="77777777" w:rsidR="003C7CA3" w:rsidRPr="00A07C1D" w:rsidRDefault="003454F7">
            <w:pPr>
              <w:keepNext/>
              <w:rPr>
                <w:lang w:val="ro-RO"/>
              </w:rPr>
            </w:pPr>
            <w:r w:rsidRPr="00A07C1D">
              <w:rPr>
                <w:b/>
                <w:color w:val="0D5F78"/>
                <w:lang w:val="ro-RO"/>
              </w:rPr>
              <w:t>Tip imobil</w:t>
            </w:r>
          </w:p>
          <w:p w14:paraId="40062389" w14:textId="77777777" w:rsidR="003C7CA3" w:rsidRPr="00A07C1D" w:rsidRDefault="003454F7">
            <w:pPr>
              <w:keepNext/>
              <w:rPr>
                <w:lang w:val="ro-RO"/>
              </w:rPr>
            </w:pPr>
            <w:r w:rsidRPr="00A07C1D">
              <w:rPr>
                <w:sz w:val="16"/>
                <w:lang w:val="ro-RO"/>
              </w:rPr>
              <w:t>☐ teren     ☐ construcții</w:t>
            </w:r>
          </w:p>
        </w:tc>
        <w:tc>
          <w:tcPr>
            <w:tcW w:w="3212" w:type="dxa"/>
            <w:gridSpan w:val="4"/>
          </w:tcPr>
          <w:p w14:paraId="468E1B3B" w14:textId="77777777" w:rsidR="003C7CA3" w:rsidRPr="00A07C1D" w:rsidRDefault="003454F7">
            <w:pPr>
              <w:keepNext/>
              <w:rPr>
                <w:lang w:val="ro-RO"/>
              </w:rPr>
            </w:pPr>
            <w:r w:rsidRPr="00A07C1D">
              <w:rPr>
                <w:b/>
                <w:color w:val="0D5F78"/>
                <w:lang w:val="ro-RO"/>
              </w:rPr>
              <w:t>Număr cadastral</w:t>
            </w:r>
          </w:p>
          <w:p w14:paraId="54B785D1" w14:textId="77777777" w:rsidR="003C7CA3" w:rsidRPr="00A07C1D" w:rsidRDefault="003C7CA3">
            <w:pPr>
              <w:keepNext/>
              <w:rPr>
                <w:lang w:val="ro-RO"/>
              </w:rPr>
            </w:pPr>
          </w:p>
        </w:tc>
        <w:tc>
          <w:tcPr>
            <w:tcW w:w="3212" w:type="dxa"/>
            <w:gridSpan w:val="2"/>
          </w:tcPr>
          <w:p w14:paraId="1F958589" w14:textId="77777777" w:rsidR="003C7CA3" w:rsidRPr="00A07C1D" w:rsidRDefault="003454F7">
            <w:pPr>
              <w:keepNext/>
              <w:rPr>
                <w:lang w:val="ro-RO"/>
              </w:rPr>
            </w:pPr>
            <w:r w:rsidRPr="00A07C1D">
              <w:rPr>
                <w:b/>
                <w:color w:val="0D5F78"/>
                <w:lang w:val="ro-RO"/>
              </w:rPr>
              <w:t>Carte funciară nr.</w:t>
            </w:r>
          </w:p>
          <w:p w14:paraId="46308DBE" w14:textId="77777777" w:rsidR="003C7CA3" w:rsidRPr="00A07C1D" w:rsidRDefault="003C7CA3">
            <w:pPr>
              <w:keepNext/>
              <w:rPr>
                <w:lang w:val="ro-RO"/>
              </w:rPr>
            </w:pPr>
          </w:p>
        </w:tc>
      </w:tr>
      <w:tr w:rsidR="003C7CA3" w:rsidRPr="00A07C1D" w14:paraId="566323F2" w14:textId="77777777">
        <w:trPr>
          <w:cantSplit/>
          <w:trHeight w:val="510"/>
        </w:trPr>
        <w:tc>
          <w:tcPr>
            <w:tcW w:w="3212" w:type="dxa"/>
          </w:tcPr>
          <w:p w14:paraId="44FE7327" w14:textId="77777777" w:rsidR="003C7CA3" w:rsidRPr="00A07C1D" w:rsidRDefault="003454F7">
            <w:pPr>
              <w:keepNext/>
              <w:rPr>
                <w:lang w:val="ro-RO"/>
              </w:rPr>
            </w:pPr>
            <w:r w:rsidRPr="00A07C1D">
              <w:rPr>
                <w:b/>
                <w:color w:val="0D5F78"/>
                <w:lang w:val="ro-RO"/>
              </w:rPr>
              <w:t>Județul</w:t>
            </w:r>
          </w:p>
          <w:p w14:paraId="709474E2" w14:textId="77777777" w:rsidR="003C7CA3" w:rsidRPr="00A07C1D" w:rsidRDefault="003C7CA3">
            <w:pPr>
              <w:keepNext/>
              <w:rPr>
                <w:lang w:val="ro-RO"/>
              </w:rPr>
            </w:pPr>
          </w:p>
        </w:tc>
        <w:tc>
          <w:tcPr>
            <w:tcW w:w="3212" w:type="dxa"/>
            <w:gridSpan w:val="4"/>
          </w:tcPr>
          <w:p w14:paraId="0A54FA84" w14:textId="77777777" w:rsidR="003C7CA3" w:rsidRPr="00A07C1D" w:rsidRDefault="003454F7">
            <w:pPr>
              <w:keepNext/>
              <w:rPr>
                <w:lang w:val="ro-RO"/>
              </w:rPr>
            </w:pPr>
            <w:r w:rsidRPr="00A07C1D">
              <w:rPr>
                <w:b/>
                <w:color w:val="0D5F78"/>
                <w:lang w:val="ro-RO"/>
              </w:rPr>
              <w:t>Municipiul / orașul / comuna</w:t>
            </w:r>
          </w:p>
          <w:p w14:paraId="791B4988" w14:textId="77777777" w:rsidR="003C7CA3" w:rsidRPr="00A07C1D" w:rsidRDefault="003C7CA3">
            <w:pPr>
              <w:keepNext/>
              <w:rPr>
                <w:lang w:val="ro-RO"/>
              </w:rPr>
            </w:pPr>
          </w:p>
        </w:tc>
        <w:tc>
          <w:tcPr>
            <w:tcW w:w="3212" w:type="dxa"/>
            <w:gridSpan w:val="2"/>
          </w:tcPr>
          <w:p w14:paraId="26E0CD5C" w14:textId="77777777" w:rsidR="003C7CA3" w:rsidRPr="00A07C1D" w:rsidRDefault="003454F7">
            <w:pPr>
              <w:keepNext/>
              <w:rPr>
                <w:lang w:val="ro-RO"/>
              </w:rPr>
            </w:pPr>
            <w:r w:rsidRPr="00A07C1D">
              <w:rPr>
                <w:b/>
                <w:color w:val="0D5F78"/>
                <w:lang w:val="ro-RO"/>
              </w:rPr>
              <w:t>Satul / sectorul</w:t>
            </w:r>
          </w:p>
          <w:p w14:paraId="19330C14" w14:textId="77777777" w:rsidR="003C7CA3" w:rsidRPr="00A07C1D" w:rsidRDefault="003C7CA3">
            <w:pPr>
              <w:keepNext/>
              <w:rPr>
                <w:lang w:val="ro-RO"/>
              </w:rPr>
            </w:pPr>
          </w:p>
        </w:tc>
      </w:tr>
      <w:tr w:rsidR="003C7CA3" w:rsidRPr="00A07C1D" w14:paraId="172E0BD7" w14:textId="77777777">
        <w:trPr>
          <w:cantSplit/>
          <w:trHeight w:val="510"/>
        </w:trPr>
        <w:tc>
          <w:tcPr>
            <w:tcW w:w="3212" w:type="dxa"/>
          </w:tcPr>
          <w:p w14:paraId="3466DC19" w14:textId="77777777" w:rsidR="003C7CA3" w:rsidRPr="00A07C1D" w:rsidRDefault="003454F7">
            <w:pPr>
              <w:keepNext/>
              <w:rPr>
                <w:lang w:val="ro-RO"/>
              </w:rPr>
            </w:pPr>
            <w:r w:rsidRPr="00A07C1D">
              <w:rPr>
                <w:b/>
                <w:color w:val="0D5F78"/>
                <w:lang w:val="ro-RO"/>
              </w:rPr>
              <w:t>Strada</w:t>
            </w:r>
          </w:p>
          <w:p w14:paraId="6916751C" w14:textId="77777777" w:rsidR="003C7CA3" w:rsidRPr="00A07C1D" w:rsidRDefault="003C7CA3">
            <w:pPr>
              <w:keepNext/>
              <w:rPr>
                <w:lang w:val="ro-RO"/>
              </w:rPr>
            </w:pPr>
          </w:p>
        </w:tc>
        <w:tc>
          <w:tcPr>
            <w:tcW w:w="803" w:type="dxa"/>
          </w:tcPr>
          <w:p w14:paraId="1D979EB2" w14:textId="77777777" w:rsidR="003C7CA3" w:rsidRPr="00A07C1D" w:rsidRDefault="003454F7">
            <w:pPr>
              <w:keepNext/>
              <w:rPr>
                <w:lang w:val="ro-RO"/>
              </w:rPr>
            </w:pPr>
            <w:r w:rsidRPr="00A07C1D">
              <w:rPr>
                <w:b/>
                <w:color w:val="0D5F78"/>
                <w:lang w:val="ro-RO"/>
              </w:rPr>
              <w:t>Nr.</w:t>
            </w:r>
          </w:p>
          <w:p w14:paraId="5CAFDF3D" w14:textId="77777777" w:rsidR="003C7CA3" w:rsidRPr="00A07C1D" w:rsidRDefault="003C7CA3">
            <w:pPr>
              <w:keepNext/>
              <w:rPr>
                <w:lang w:val="ro-RO"/>
              </w:rPr>
            </w:pPr>
          </w:p>
        </w:tc>
        <w:tc>
          <w:tcPr>
            <w:tcW w:w="803" w:type="dxa"/>
          </w:tcPr>
          <w:p w14:paraId="6214196D" w14:textId="77777777" w:rsidR="003C7CA3" w:rsidRPr="00A07C1D" w:rsidRDefault="003454F7">
            <w:pPr>
              <w:keepNext/>
              <w:rPr>
                <w:lang w:val="ro-RO"/>
              </w:rPr>
            </w:pPr>
            <w:r w:rsidRPr="00A07C1D">
              <w:rPr>
                <w:b/>
                <w:color w:val="0D5F78"/>
                <w:lang w:val="ro-RO"/>
              </w:rPr>
              <w:t>Sc.</w:t>
            </w:r>
          </w:p>
          <w:p w14:paraId="38204483" w14:textId="77777777" w:rsidR="003C7CA3" w:rsidRPr="00A07C1D" w:rsidRDefault="003C7CA3">
            <w:pPr>
              <w:keepNext/>
              <w:rPr>
                <w:lang w:val="ro-RO"/>
              </w:rPr>
            </w:pPr>
          </w:p>
        </w:tc>
        <w:tc>
          <w:tcPr>
            <w:tcW w:w="803" w:type="dxa"/>
          </w:tcPr>
          <w:p w14:paraId="48F12E3B" w14:textId="77777777" w:rsidR="003C7CA3" w:rsidRPr="00A07C1D" w:rsidRDefault="003454F7">
            <w:pPr>
              <w:keepNext/>
              <w:rPr>
                <w:lang w:val="ro-RO"/>
              </w:rPr>
            </w:pPr>
            <w:r w:rsidRPr="00A07C1D">
              <w:rPr>
                <w:b/>
                <w:color w:val="0D5F78"/>
                <w:lang w:val="ro-RO"/>
              </w:rPr>
              <w:t>Et.</w:t>
            </w:r>
          </w:p>
          <w:p w14:paraId="678762B3" w14:textId="77777777" w:rsidR="003C7CA3" w:rsidRPr="00A07C1D" w:rsidRDefault="003C7CA3">
            <w:pPr>
              <w:keepNext/>
              <w:rPr>
                <w:lang w:val="ro-RO"/>
              </w:rPr>
            </w:pPr>
          </w:p>
        </w:tc>
        <w:tc>
          <w:tcPr>
            <w:tcW w:w="803" w:type="dxa"/>
          </w:tcPr>
          <w:p w14:paraId="4FE261FD" w14:textId="77777777" w:rsidR="003C7CA3" w:rsidRPr="00A07C1D" w:rsidRDefault="003454F7">
            <w:pPr>
              <w:keepNext/>
              <w:rPr>
                <w:lang w:val="ro-RO"/>
              </w:rPr>
            </w:pPr>
            <w:r w:rsidRPr="00A07C1D">
              <w:rPr>
                <w:b/>
                <w:color w:val="0D5F78"/>
                <w:lang w:val="ro-RO"/>
              </w:rPr>
              <w:t>Ap.</w:t>
            </w:r>
          </w:p>
          <w:p w14:paraId="3AD61581" w14:textId="77777777" w:rsidR="003C7CA3" w:rsidRPr="00A07C1D" w:rsidRDefault="003C7CA3">
            <w:pPr>
              <w:keepNext/>
              <w:rPr>
                <w:lang w:val="ro-RO"/>
              </w:rPr>
            </w:pPr>
          </w:p>
        </w:tc>
        <w:tc>
          <w:tcPr>
            <w:tcW w:w="1606" w:type="dxa"/>
          </w:tcPr>
          <w:p w14:paraId="4203D399" w14:textId="77777777" w:rsidR="003C7CA3" w:rsidRPr="00A07C1D" w:rsidRDefault="003454F7">
            <w:pPr>
              <w:keepNext/>
              <w:rPr>
                <w:lang w:val="ro-RO"/>
              </w:rPr>
            </w:pPr>
            <w:r w:rsidRPr="00A07C1D">
              <w:rPr>
                <w:b/>
                <w:color w:val="0D5F78"/>
                <w:lang w:val="ro-RO"/>
              </w:rPr>
              <w:t>Cod poștal</w:t>
            </w:r>
          </w:p>
          <w:p w14:paraId="27D97757" w14:textId="77777777" w:rsidR="003C7CA3" w:rsidRPr="00A07C1D" w:rsidRDefault="003C7CA3">
            <w:pPr>
              <w:keepNext/>
              <w:rPr>
                <w:lang w:val="ro-RO"/>
              </w:rPr>
            </w:pPr>
          </w:p>
        </w:tc>
        <w:tc>
          <w:tcPr>
            <w:tcW w:w="1606" w:type="dxa"/>
          </w:tcPr>
          <w:p w14:paraId="5CC40784" w14:textId="77777777" w:rsidR="003C7CA3" w:rsidRPr="00A07C1D" w:rsidRDefault="003454F7">
            <w:pPr>
              <w:keepNext/>
              <w:rPr>
                <w:lang w:val="ro-RO"/>
              </w:rPr>
            </w:pPr>
            <w:r w:rsidRPr="00A07C1D">
              <w:rPr>
                <w:b/>
                <w:color w:val="0D5F78"/>
                <w:lang w:val="ro-RO"/>
              </w:rPr>
              <w:t>Țara</w:t>
            </w:r>
          </w:p>
          <w:p w14:paraId="676134A8" w14:textId="77777777" w:rsidR="003C7CA3" w:rsidRPr="00A07C1D" w:rsidRDefault="003C7CA3">
            <w:pPr>
              <w:keepNext/>
              <w:rPr>
                <w:lang w:val="ro-RO"/>
              </w:rPr>
            </w:pPr>
          </w:p>
        </w:tc>
      </w:tr>
      <w:tr w:rsidR="003C7CA3" w:rsidRPr="00A07C1D" w14:paraId="1E22F21E" w14:textId="77777777">
        <w:trPr>
          <w:cantSplit/>
        </w:trPr>
        <w:tc>
          <w:tcPr>
            <w:tcW w:w="9636" w:type="dxa"/>
            <w:gridSpan w:val="7"/>
            <w:shd w:val="clear" w:color="auto" w:fill="F4F4F4"/>
          </w:tcPr>
          <w:p w14:paraId="5E87E32C" w14:textId="77777777" w:rsidR="003C7CA3" w:rsidRPr="00A07C1D" w:rsidRDefault="003454F7">
            <w:pPr>
              <w:keepNext/>
              <w:rPr>
                <w:lang w:val="ro-RO"/>
              </w:rPr>
            </w:pPr>
            <w:r w:rsidRPr="00A07C1D">
              <w:rPr>
                <w:sz w:val="16"/>
                <w:lang w:val="ro-RO"/>
              </w:rPr>
              <w:t xml:space="preserve"> Imobil 3</w:t>
            </w:r>
          </w:p>
        </w:tc>
      </w:tr>
      <w:tr w:rsidR="003C7CA3" w:rsidRPr="00A07C1D" w14:paraId="28BE262E" w14:textId="77777777">
        <w:trPr>
          <w:cantSplit/>
          <w:trHeight w:val="510"/>
        </w:trPr>
        <w:tc>
          <w:tcPr>
            <w:tcW w:w="3212" w:type="dxa"/>
          </w:tcPr>
          <w:p w14:paraId="3DAF284A" w14:textId="77777777" w:rsidR="003C7CA3" w:rsidRPr="00A07C1D" w:rsidRDefault="003454F7">
            <w:pPr>
              <w:keepNext/>
              <w:rPr>
                <w:lang w:val="ro-RO"/>
              </w:rPr>
            </w:pPr>
            <w:r w:rsidRPr="00A07C1D">
              <w:rPr>
                <w:b/>
                <w:color w:val="0D5F78"/>
                <w:lang w:val="ro-RO"/>
              </w:rPr>
              <w:t>Tip imobil</w:t>
            </w:r>
          </w:p>
          <w:p w14:paraId="03A96BFD" w14:textId="77777777" w:rsidR="003C7CA3" w:rsidRPr="00A07C1D" w:rsidRDefault="003454F7">
            <w:pPr>
              <w:keepNext/>
              <w:rPr>
                <w:lang w:val="ro-RO"/>
              </w:rPr>
            </w:pPr>
            <w:r w:rsidRPr="00A07C1D">
              <w:rPr>
                <w:sz w:val="16"/>
                <w:lang w:val="ro-RO"/>
              </w:rPr>
              <w:t>☐ teren     ☐ construcții</w:t>
            </w:r>
          </w:p>
        </w:tc>
        <w:tc>
          <w:tcPr>
            <w:tcW w:w="3212" w:type="dxa"/>
            <w:gridSpan w:val="4"/>
          </w:tcPr>
          <w:p w14:paraId="15A078DE" w14:textId="77777777" w:rsidR="003C7CA3" w:rsidRPr="00A07C1D" w:rsidRDefault="003454F7">
            <w:pPr>
              <w:keepNext/>
              <w:rPr>
                <w:lang w:val="ro-RO"/>
              </w:rPr>
            </w:pPr>
            <w:r w:rsidRPr="00A07C1D">
              <w:rPr>
                <w:b/>
                <w:color w:val="0D5F78"/>
                <w:lang w:val="ro-RO"/>
              </w:rPr>
              <w:t>Număr cadastral</w:t>
            </w:r>
          </w:p>
          <w:p w14:paraId="484999B7" w14:textId="77777777" w:rsidR="003C7CA3" w:rsidRPr="00A07C1D" w:rsidRDefault="003C7CA3">
            <w:pPr>
              <w:keepNext/>
              <w:rPr>
                <w:lang w:val="ro-RO"/>
              </w:rPr>
            </w:pPr>
          </w:p>
        </w:tc>
        <w:tc>
          <w:tcPr>
            <w:tcW w:w="3212" w:type="dxa"/>
            <w:gridSpan w:val="2"/>
          </w:tcPr>
          <w:p w14:paraId="4A9ADCBE" w14:textId="77777777" w:rsidR="003C7CA3" w:rsidRPr="00A07C1D" w:rsidRDefault="003454F7">
            <w:pPr>
              <w:keepNext/>
              <w:rPr>
                <w:lang w:val="ro-RO"/>
              </w:rPr>
            </w:pPr>
            <w:r w:rsidRPr="00A07C1D">
              <w:rPr>
                <w:b/>
                <w:color w:val="0D5F78"/>
                <w:lang w:val="ro-RO"/>
              </w:rPr>
              <w:t>Carte funciară nr.</w:t>
            </w:r>
          </w:p>
          <w:p w14:paraId="32134801" w14:textId="77777777" w:rsidR="003C7CA3" w:rsidRPr="00A07C1D" w:rsidRDefault="003C7CA3">
            <w:pPr>
              <w:keepNext/>
              <w:rPr>
                <w:lang w:val="ro-RO"/>
              </w:rPr>
            </w:pPr>
          </w:p>
        </w:tc>
      </w:tr>
      <w:tr w:rsidR="003C7CA3" w:rsidRPr="00A07C1D" w14:paraId="634A48BF" w14:textId="77777777">
        <w:trPr>
          <w:cantSplit/>
          <w:trHeight w:val="510"/>
        </w:trPr>
        <w:tc>
          <w:tcPr>
            <w:tcW w:w="3212" w:type="dxa"/>
          </w:tcPr>
          <w:p w14:paraId="21CB880E" w14:textId="77777777" w:rsidR="003C7CA3" w:rsidRPr="00A07C1D" w:rsidRDefault="003454F7">
            <w:pPr>
              <w:keepNext/>
              <w:rPr>
                <w:lang w:val="ro-RO"/>
              </w:rPr>
            </w:pPr>
            <w:r w:rsidRPr="00A07C1D">
              <w:rPr>
                <w:b/>
                <w:color w:val="0D5F78"/>
                <w:lang w:val="ro-RO"/>
              </w:rPr>
              <w:t>Județul</w:t>
            </w:r>
          </w:p>
          <w:p w14:paraId="182F56A8" w14:textId="77777777" w:rsidR="003C7CA3" w:rsidRPr="00A07C1D" w:rsidRDefault="003C7CA3">
            <w:pPr>
              <w:keepNext/>
              <w:rPr>
                <w:lang w:val="ro-RO"/>
              </w:rPr>
            </w:pPr>
          </w:p>
        </w:tc>
        <w:tc>
          <w:tcPr>
            <w:tcW w:w="3212" w:type="dxa"/>
            <w:gridSpan w:val="4"/>
          </w:tcPr>
          <w:p w14:paraId="6B1C2F24" w14:textId="77777777" w:rsidR="003C7CA3" w:rsidRPr="00A07C1D" w:rsidRDefault="003454F7">
            <w:pPr>
              <w:keepNext/>
              <w:rPr>
                <w:lang w:val="ro-RO"/>
              </w:rPr>
            </w:pPr>
            <w:r w:rsidRPr="00A07C1D">
              <w:rPr>
                <w:b/>
                <w:color w:val="0D5F78"/>
                <w:lang w:val="ro-RO"/>
              </w:rPr>
              <w:t>Municipiul / orașul / comuna</w:t>
            </w:r>
          </w:p>
          <w:p w14:paraId="33495630" w14:textId="77777777" w:rsidR="003C7CA3" w:rsidRPr="00A07C1D" w:rsidRDefault="003C7CA3">
            <w:pPr>
              <w:keepNext/>
              <w:rPr>
                <w:lang w:val="ro-RO"/>
              </w:rPr>
            </w:pPr>
          </w:p>
        </w:tc>
        <w:tc>
          <w:tcPr>
            <w:tcW w:w="3212" w:type="dxa"/>
            <w:gridSpan w:val="2"/>
          </w:tcPr>
          <w:p w14:paraId="1F7C4EAC" w14:textId="77777777" w:rsidR="003C7CA3" w:rsidRPr="00A07C1D" w:rsidRDefault="003454F7">
            <w:pPr>
              <w:keepNext/>
              <w:rPr>
                <w:lang w:val="ro-RO"/>
              </w:rPr>
            </w:pPr>
            <w:r w:rsidRPr="00A07C1D">
              <w:rPr>
                <w:b/>
                <w:color w:val="0D5F78"/>
                <w:lang w:val="ro-RO"/>
              </w:rPr>
              <w:t>Satul / sectorul</w:t>
            </w:r>
          </w:p>
          <w:p w14:paraId="7EE2F126" w14:textId="77777777" w:rsidR="003C7CA3" w:rsidRPr="00A07C1D" w:rsidRDefault="003C7CA3">
            <w:pPr>
              <w:keepNext/>
              <w:rPr>
                <w:lang w:val="ro-RO"/>
              </w:rPr>
            </w:pPr>
          </w:p>
        </w:tc>
      </w:tr>
      <w:tr w:rsidR="003C7CA3" w:rsidRPr="00A07C1D" w14:paraId="2AB103DD" w14:textId="77777777">
        <w:trPr>
          <w:cantSplit/>
          <w:trHeight w:val="510"/>
        </w:trPr>
        <w:tc>
          <w:tcPr>
            <w:tcW w:w="3212" w:type="dxa"/>
          </w:tcPr>
          <w:p w14:paraId="33D5B0A9" w14:textId="77777777" w:rsidR="003C7CA3" w:rsidRPr="00A07C1D" w:rsidRDefault="003454F7">
            <w:pPr>
              <w:keepNext/>
              <w:rPr>
                <w:lang w:val="ro-RO"/>
              </w:rPr>
            </w:pPr>
            <w:r w:rsidRPr="00A07C1D">
              <w:rPr>
                <w:b/>
                <w:color w:val="0D5F78"/>
                <w:lang w:val="ro-RO"/>
              </w:rPr>
              <w:t>Strada</w:t>
            </w:r>
          </w:p>
          <w:p w14:paraId="27E7251A" w14:textId="77777777" w:rsidR="003C7CA3" w:rsidRPr="00A07C1D" w:rsidRDefault="003C7CA3">
            <w:pPr>
              <w:keepNext/>
              <w:rPr>
                <w:lang w:val="ro-RO"/>
              </w:rPr>
            </w:pPr>
          </w:p>
        </w:tc>
        <w:tc>
          <w:tcPr>
            <w:tcW w:w="803" w:type="dxa"/>
          </w:tcPr>
          <w:p w14:paraId="69872AE3" w14:textId="77777777" w:rsidR="003C7CA3" w:rsidRPr="00A07C1D" w:rsidRDefault="003454F7">
            <w:pPr>
              <w:keepNext/>
              <w:rPr>
                <w:lang w:val="ro-RO"/>
              </w:rPr>
            </w:pPr>
            <w:r w:rsidRPr="00A07C1D">
              <w:rPr>
                <w:b/>
                <w:color w:val="0D5F78"/>
                <w:lang w:val="ro-RO"/>
              </w:rPr>
              <w:t>Nr.</w:t>
            </w:r>
          </w:p>
          <w:p w14:paraId="01853B82" w14:textId="77777777" w:rsidR="003C7CA3" w:rsidRPr="00A07C1D" w:rsidRDefault="003C7CA3">
            <w:pPr>
              <w:keepNext/>
              <w:rPr>
                <w:lang w:val="ro-RO"/>
              </w:rPr>
            </w:pPr>
          </w:p>
        </w:tc>
        <w:tc>
          <w:tcPr>
            <w:tcW w:w="803" w:type="dxa"/>
          </w:tcPr>
          <w:p w14:paraId="6F48930F" w14:textId="77777777" w:rsidR="003C7CA3" w:rsidRPr="00A07C1D" w:rsidRDefault="003454F7">
            <w:pPr>
              <w:keepNext/>
              <w:rPr>
                <w:lang w:val="ro-RO"/>
              </w:rPr>
            </w:pPr>
            <w:r w:rsidRPr="00A07C1D">
              <w:rPr>
                <w:b/>
                <w:color w:val="0D5F78"/>
                <w:lang w:val="ro-RO"/>
              </w:rPr>
              <w:t>Sc.</w:t>
            </w:r>
          </w:p>
          <w:p w14:paraId="4E3EA66D" w14:textId="77777777" w:rsidR="003C7CA3" w:rsidRPr="00A07C1D" w:rsidRDefault="003C7CA3">
            <w:pPr>
              <w:keepNext/>
              <w:rPr>
                <w:lang w:val="ro-RO"/>
              </w:rPr>
            </w:pPr>
          </w:p>
        </w:tc>
        <w:tc>
          <w:tcPr>
            <w:tcW w:w="803" w:type="dxa"/>
          </w:tcPr>
          <w:p w14:paraId="54839244" w14:textId="77777777" w:rsidR="003C7CA3" w:rsidRPr="00A07C1D" w:rsidRDefault="003454F7">
            <w:pPr>
              <w:keepNext/>
              <w:rPr>
                <w:lang w:val="ro-RO"/>
              </w:rPr>
            </w:pPr>
            <w:r w:rsidRPr="00A07C1D">
              <w:rPr>
                <w:b/>
                <w:color w:val="0D5F78"/>
                <w:lang w:val="ro-RO"/>
              </w:rPr>
              <w:t>Et.</w:t>
            </w:r>
          </w:p>
          <w:p w14:paraId="568F1F68" w14:textId="77777777" w:rsidR="003C7CA3" w:rsidRPr="00A07C1D" w:rsidRDefault="003C7CA3">
            <w:pPr>
              <w:keepNext/>
              <w:rPr>
                <w:lang w:val="ro-RO"/>
              </w:rPr>
            </w:pPr>
          </w:p>
        </w:tc>
        <w:tc>
          <w:tcPr>
            <w:tcW w:w="803" w:type="dxa"/>
          </w:tcPr>
          <w:p w14:paraId="4BB4B76A" w14:textId="77777777" w:rsidR="003C7CA3" w:rsidRPr="00A07C1D" w:rsidRDefault="003454F7">
            <w:pPr>
              <w:keepNext/>
              <w:rPr>
                <w:lang w:val="ro-RO"/>
              </w:rPr>
            </w:pPr>
            <w:r w:rsidRPr="00A07C1D">
              <w:rPr>
                <w:b/>
                <w:color w:val="0D5F78"/>
                <w:lang w:val="ro-RO"/>
              </w:rPr>
              <w:t>Ap.</w:t>
            </w:r>
          </w:p>
          <w:p w14:paraId="6EED4727" w14:textId="77777777" w:rsidR="003C7CA3" w:rsidRPr="00A07C1D" w:rsidRDefault="003C7CA3">
            <w:pPr>
              <w:keepNext/>
              <w:rPr>
                <w:lang w:val="ro-RO"/>
              </w:rPr>
            </w:pPr>
          </w:p>
        </w:tc>
        <w:tc>
          <w:tcPr>
            <w:tcW w:w="1606" w:type="dxa"/>
          </w:tcPr>
          <w:p w14:paraId="1FCFA7B8" w14:textId="77777777" w:rsidR="003C7CA3" w:rsidRPr="00A07C1D" w:rsidRDefault="003454F7">
            <w:pPr>
              <w:keepNext/>
              <w:rPr>
                <w:lang w:val="ro-RO"/>
              </w:rPr>
            </w:pPr>
            <w:r w:rsidRPr="00A07C1D">
              <w:rPr>
                <w:b/>
                <w:color w:val="0D5F78"/>
                <w:lang w:val="ro-RO"/>
              </w:rPr>
              <w:t>Cod poștal</w:t>
            </w:r>
          </w:p>
          <w:p w14:paraId="7C61FDC1" w14:textId="77777777" w:rsidR="003C7CA3" w:rsidRPr="00A07C1D" w:rsidRDefault="003C7CA3">
            <w:pPr>
              <w:keepNext/>
              <w:rPr>
                <w:lang w:val="ro-RO"/>
              </w:rPr>
            </w:pPr>
          </w:p>
        </w:tc>
        <w:tc>
          <w:tcPr>
            <w:tcW w:w="1606" w:type="dxa"/>
          </w:tcPr>
          <w:p w14:paraId="5650D2FE" w14:textId="77777777" w:rsidR="003C7CA3" w:rsidRPr="00A07C1D" w:rsidRDefault="003454F7">
            <w:pPr>
              <w:keepNext/>
              <w:rPr>
                <w:lang w:val="ro-RO"/>
              </w:rPr>
            </w:pPr>
            <w:r w:rsidRPr="00A07C1D">
              <w:rPr>
                <w:b/>
                <w:color w:val="0D5F78"/>
                <w:lang w:val="ro-RO"/>
              </w:rPr>
              <w:t>Țara</w:t>
            </w:r>
          </w:p>
          <w:p w14:paraId="75BB3A1B" w14:textId="77777777" w:rsidR="003C7CA3" w:rsidRPr="00A07C1D" w:rsidRDefault="003C7CA3">
            <w:pPr>
              <w:keepNext/>
              <w:rPr>
                <w:lang w:val="ro-RO"/>
              </w:rPr>
            </w:pPr>
          </w:p>
        </w:tc>
      </w:tr>
      <w:tr w:rsidR="003C7CA3" w:rsidRPr="00A07C1D" w14:paraId="453408C6" w14:textId="77777777">
        <w:trPr>
          <w:cantSplit/>
        </w:trPr>
        <w:tc>
          <w:tcPr>
            <w:tcW w:w="9636" w:type="dxa"/>
            <w:gridSpan w:val="7"/>
            <w:shd w:val="clear" w:color="auto" w:fill="F4F4F4"/>
          </w:tcPr>
          <w:p w14:paraId="4911A6AD" w14:textId="77777777" w:rsidR="003C7CA3" w:rsidRPr="00A07C1D" w:rsidRDefault="003454F7">
            <w:pPr>
              <w:keepNext/>
              <w:rPr>
                <w:lang w:val="ro-RO"/>
              </w:rPr>
            </w:pPr>
            <w:r w:rsidRPr="00A07C1D">
              <w:rPr>
                <w:sz w:val="16"/>
                <w:lang w:val="ro-RO"/>
              </w:rPr>
              <w:t xml:space="preserve"> Imobil 4</w:t>
            </w:r>
          </w:p>
        </w:tc>
      </w:tr>
      <w:tr w:rsidR="003C7CA3" w:rsidRPr="00A07C1D" w14:paraId="2F5765F6" w14:textId="77777777">
        <w:trPr>
          <w:cantSplit/>
          <w:trHeight w:val="510"/>
        </w:trPr>
        <w:tc>
          <w:tcPr>
            <w:tcW w:w="3212" w:type="dxa"/>
          </w:tcPr>
          <w:p w14:paraId="78416A2B" w14:textId="77777777" w:rsidR="003C7CA3" w:rsidRPr="00A07C1D" w:rsidRDefault="003454F7">
            <w:pPr>
              <w:keepNext/>
              <w:rPr>
                <w:lang w:val="ro-RO"/>
              </w:rPr>
            </w:pPr>
            <w:r w:rsidRPr="00A07C1D">
              <w:rPr>
                <w:b/>
                <w:color w:val="0D5F78"/>
                <w:lang w:val="ro-RO"/>
              </w:rPr>
              <w:t>Tip imobil</w:t>
            </w:r>
          </w:p>
          <w:p w14:paraId="0092F673" w14:textId="77777777" w:rsidR="003C7CA3" w:rsidRPr="00A07C1D" w:rsidRDefault="003454F7">
            <w:pPr>
              <w:keepNext/>
              <w:rPr>
                <w:lang w:val="ro-RO"/>
              </w:rPr>
            </w:pPr>
            <w:r w:rsidRPr="00A07C1D">
              <w:rPr>
                <w:sz w:val="16"/>
                <w:lang w:val="ro-RO"/>
              </w:rPr>
              <w:t>☐ teren     ☐ construcții</w:t>
            </w:r>
          </w:p>
        </w:tc>
        <w:tc>
          <w:tcPr>
            <w:tcW w:w="3212" w:type="dxa"/>
            <w:gridSpan w:val="4"/>
          </w:tcPr>
          <w:p w14:paraId="210552F3" w14:textId="77777777" w:rsidR="003C7CA3" w:rsidRPr="00A07C1D" w:rsidRDefault="003454F7">
            <w:pPr>
              <w:keepNext/>
              <w:rPr>
                <w:lang w:val="ro-RO"/>
              </w:rPr>
            </w:pPr>
            <w:r w:rsidRPr="00A07C1D">
              <w:rPr>
                <w:b/>
                <w:color w:val="0D5F78"/>
                <w:lang w:val="ro-RO"/>
              </w:rPr>
              <w:t>Număr cadastral</w:t>
            </w:r>
          </w:p>
          <w:p w14:paraId="644BFE75" w14:textId="77777777" w:rsidR="003C7CA3" w:rsidRPr="00A07C1D" w:rsidRDefault="003C7CA3">
            <w:pPr>
              <w:keepNext/>
              <w:rPr>
                <w:lang w:val="ro-RO"/>
              </w:rPr>
            </w:pPr>
          </w:p>
        </w:tc>
        <w:tc>
          <w:tcPr>
            <w:tcW w:w="3212" w:type="dxa"/>
            <w:gridSpan w:val="2"/>
          </w:tcPr>
          <w:p w14:paraId="526DAD1A" w14:textId="77777777" w:rsidR="003C7CA3" w:rsidRPr="00A07C1D" w:rsidRDefault="003454F7">
            <w:pPr>
              <w:keepNext/>
              <w:rPr>
                <w:lang w:val="ro-RO"/>
              </w:rPr>
            </w:pPr>
            <w:r w:rsidRPr="00A07C1D">
              <w:rPr>
                <w:b/>
                <w:color w:val="0D5F78"/>
                <w:lang w:val="ro-RO"/>
              </w:rPr>
              <w:t>Carte funciară nr.</w:t>
            </w:r>
          </w:p>
          <w:p w14:paraId="54969177" w14:textId="77777777" w:rsidR="003C7CA3" w:rsidRPr="00A07C1D" w:rsidRDefault="003C7CA3">
            <w:pPr>
              <w:keepNext/>
              <w:rPr>
                <w:lang w:val="ro-RO"/>
              </w:rPr>
            </w:pPr>
          </w:p>
        </w:tc>
      </w:tr>
      <w:tr w:rsidR="003C7CA3" w:rsidRPr="00A07C1D" w14:paraId="3EDFDCA0" w14:textId="77777777">
        <w:trPr>
          <w:cantSplit/>
          <w:trHeight w:val="510"/>
        </w:trPr>
        <w:tc>
          <w:tcPr>
            <w:tcW w:w="3212" w:type="dxa"/>
          </w:tcPr>
          <w:p w14:paraId="46EF5F24" w14:textId="77777777" w:rsidR="003C7CA3" w:rsidRPr="00A07C1D" w:rsidRDefault="003454F7">
            <w:pPr>
              <w:keepNext/>
              <w:rPr>
                <w:lang w:val="ro-RO"/>
              </w:rPr>
            </w:pPr>
            <w:r w:rsidRPr="00A07C1D">
              <w:rPr>
                <w:b/>
                <w:color w:val="0D5F78"/>
                <w:lang w:val="ro-RO"/>
              </w:rPr>
              <w:t>Județul</w:t>
            </w:r>
          </w:p>
          <w:p w14:paraId="6821BA92" w14:textId="77777777" w:rsidR="003C7CA3" w:rsidRPr="00A07C1D" w:rsidRDefault="003C7CA3">
            <w:pPr>
              <w:keepNext/>
              <w:rPr>
                <w:lang w:val="ro-RO"/>
              </w:rPr>
            </w:pPr>
          </w:p>
        </w:tc>
        <w:tc>
          <w:tcPr>
            <w:tcW w:w="3212" w:type="dxa"/>
            <w:gridSpan w:val="4"/>
          </w:tcPr>
          <w:p w14:paraId="70FF72B7" w14:textId="77777777" w:rsidR="003C7CA3" w:rsidRPr="00A07C1D" w:rsidRDefault="003454F7">
            <w:pPr>
              <w:keepNext/>
              <w:rPr>
                <w:lang w:val="ro-RO"/>
              </w:rPr>
            </w:pPr>
            <w:r w:rsidRPr="00A07C1D">
              <w:rPr>
                <w:b/>
                <w:color w:val="0D5F78"/>
                <w:lang w:val="ro-RO"/>
              </w:rPr>
              <w:t>Municipiul / orașul / comuna</w:t>
            </w:r>
          </w:p>
          <w:p w14:paraId="12E0C41B" w14:textId="77777777" w:rsidR="003C7CA3" w:rsidRPr="00A07C1D" w:rsidRDefault="003C7CA3">
            <w:pPr>
              <w:keepNext/>
              <w:rPr>
                <w:lang w:val="ro-RO"/>
              </w:rPr>
            </w:pPr>
          </w:p>
        </w:tc>
        <w:tc>
          <w:tcPr>
            <w:tcW w:w="3212" w:type="dxa"/>
            <w:gridSpan w:val="2"/>
          </w:tcPr>
          <w:p w14:paraId="53CFE965" w14:textId="77777777" w:rsidR="003C7CA3" w:rsidRPr="00A07C1D" w:rsidRDefault="003454F7">
            <w:pPr>
              <w:keepNext/>
              <w:rPr>
                <w:lang w:val="ro-RO"/>
              </w:rPr>
            </w:pPr>
            <w:r w:rsidRPr="00A07C1D">
              <w:rPr>
                <w:b/>
                <w:color w:val="0D5F78"/>
                <w:lang w:val="ro-RO"/>
              </w:rPr>
              <w:t>Satul / sectorul</w:t>
            </w:r>
          </w:p>
          <w:p w14:paraId="6A399A43" w14:textId="77777777" w:rsidR="003C7CA3" w:rsidRPr="00A07C1D" w:rsidRDefault="003C7CA3">
            <w:pPr>
              <w:keepNext/>
              <w:rPr>
                <w:lang w:val="ro-RO"/>
              </w:rPr>
            </w:pPr>
          </w:p>
        </w:tc>
      </w:tr>
      <w:tr w:rsidR="003C7CA3" w:rsidRPr="00A07C1D" w14:paraId="75B9426F" w14:textId="77777777">
        <w:trPr>
          <w:cantSplit/>
          <w:trHeight w:val="510"/>
        </w:trPr>
        <w:tc>
          <w:tcPr>
            <w:tcW w:w="3212" w:type="dxa"/>
          </w:tcPr>
          <w:p w14:paraId="2D1FA943" w14:textId="77777777" w:rsidR="003C7CA3" w:rsidRPr="00A07C1D" w:rsidRDefault="003454F7">
            <w:pPr>
              <w:keepNext/>
              <w:rPr>
                <w:lang w:val="ro-RO"/>
              </w:rPr>
            </w:pPr>
            <w:r w:rsidRPr="00A07C1D">
              <w:rPr>
                <w:b/>
                <w:color w:val="0D5F78"/>
                <w:lang w:val="ro-RO"/>
              </w:rPr>
              <w:t>Strada</w:t>
            </w:r>
          </w:p>
          <w:p w14:paraId="32AD3F97" w14:textId="77777777" w:rsidR="003C7CA3" w:rsidRPr="00A07C1D" w:rsidRDefault="003C7CA3">
            <w:pPr>
              <w:keepNext/>
              <w:rPr>
                <w:lang w:val="ro-RO"/>
              </w:rPr>
            </w:pPr>
          </w:p>
        </w:tc>
        <w:tc>
          <w:tcPr>
            <w:tcW w:w="803" w:type="dxa"/>
          </w:tcPr>
          <w:p w14:paraId="3B6D4BF0" w14:textId="77777777" w:rsidR="003C7CA3" w:rsidRPr="00A07C1D" w:rsidRDefault="003454F7">
            <w:pPr>
              <w:keepNext/>
              <w:rPr>
                <w:lang w:val="ro-RO"/>
              </w:rPr>
            </w:pPr>
            <w:r w:rsidRPr="00A07C1D">
              <w:rPr>
                <w:b/>
                <w:color w:val="0D5F78"/>
                <w:lang w:val="ro-RO"/>
              </w:rPr>
              <w:t>Nr.</w:t>
            </w:r>
          </w:p>
          <w:p w14:paraId="6B0705FC" w14:textId="77777777" w:rsidR="003C7CA3" w:rsidRPr="00A07C1D" w:rsidRDefault="003C7CA3">
            <w:pPr>
              <w:keepNext/>
              <w:rPr>
                <w:lang w:val="ro-RO"/>
              </w:rPr>
            </w:pPr>
          </w:p>
        </w:tc>
        <w:tc>
          <w:tcPr>
            <w:tcW w:w="803" w:type="dxa"/>
          </w:tcPr>
          <w:p w14:paraId="077D7F8C" w14:textId="77777777" w:rsidR="003C7CA3" w:rsidRPr="00A07C1D" w:rsidRDefault="003454F7">
            <w:pPr>
              <w:keepNext/>
              <w:rPr>
                <w:lang w:val="ro-RO"/>
              </w:rPr>
            </w:pPr>
            <w:r w:rsidRPr="00A07C1D">
              <w:rPr>
                <w:b/>
                <w:color w:val="0D5F78"/>
                <w:lang w:val="ro-RO"/>
              </w:rPr>
              <w:t>Sc.</w:t>
            </w:r>
          </w:p>
          <w:p w14:paraId="7492E005" w14:textId="77777777" w:rsidR="003C7CA3" w:rsidRPr="00A07C1D" w:rsidRDefault="003C7CA3">
            <w:pPr>
              <w:keepNext/>
              <w:rPr>
                <w:lang w:val="ro-RO"/>
              </w:rPr>
            </w:pPr>
          </w:p>
        </w:tc>
        <w:tc>
          <w:tcPr>
            <w:tcW w:w="803" w:type="dxa"/>
          </w:tcPr>
          <w:p w14:paraId="41A90891" w14:textId="77777777" w:rsidR="003C7CA3" w:rsidRPr="00A07C1D" w:rsidRDefault="003454F7">
            <w:pPr>
              <w:keepNext/>
              <w:rPr>
                <w:lang w:val="ro-RO"/>
              </w:rPr>
            </w:pPr>
            <w:r w:rsidRPr="00A07C1D">
              <w:rPr>
                <w:b/>
                <w:color w:val="0D5F78"/>
                <w:lang w:val="ro-RO"/>
              </w:rPr>
              <w:t>Et.</w:t>
            </w:r>
          </w:p>
          <w:p w14:paraId="0CBA7A1F" w14:textId="77777777" w:rsidR="003C7CA3" w:rsidRPr="00A07C1D" w:rsidRDefault="003C7CA3">
            <w:pPr>
              <w:keepNext/>
              <w:rPr>
                <w:lang w:val="ro-RO"/>
              </w:rPr>
            </w:pPr>
          </w:p>
        </w:tc>
        <w:tc>
          <w:tcPr>
            <w:tcW w:w="803" w:type="dxa"/>
          </w:tcPr>
          <w:p w14:paraId="68EBA9C3" w14:textId="77777777" w:rsidR="003C7CA3" w:rsidRPr="00A07C1D" w:rsidRDefault="003454F7">
            <w:pPr>
              <w:keepNext/>
              <w:rPr>
                <w:lang w:val="ro-RO"/>
              </w:rPr>
            </w:pPr>
            <w:r w:rsidRPr="00A07C1D">
              <w:rPr>
                <w:b/>
                <w:color w:val="0D5F78"/>
                <w:lang w:val="ro-RO"/>
              </w:rPr>
              <w:t>Ap.</w:t>
            </w:r>
          </w:p>
          <w:p w14:paraId="33DC8804" w14:textId="77777777" w:rsidR="003C7CA3" w:rsidRPr="00A07C1D" w:rsidRDefault="003C7CA3">
            <w:pPr>
              <w:keepNext/>
              <w:rPr>
                <w:lang w:val="ro-RO"/>
              </w:rPr>
            </w:pPr>
          </w:p>
        </w:tc>
        <w:tc>
          <w:tcPr>
            <w:tcW w:w="1606" w:type="dxa"/>
          </w:tcPr>
          <w:p w14:paraId="2E5AC3B1" w14:textId="77777777" w:rsidR="003C7CA3" w:rsidRPr="00A07C1D" w:rsidRDefault="003454F7">
            <w:pPr>
              <w:keepNext/>
              <w:rPr>
                <w:lang w:val="ro-RO"/>
              </w:rPr>
            </w:pPr>
            <w:r w:rsidRPr="00A07C1D">
              <w:rPr>
                <w:b/>
                <w:color w:val="0D5F78"/>
                <w:lang w:val="ro-RO"/>
              </w:rPr>
              <w:t>Cod poștal</w:t>
            </w:r>
          </w:p>
          <w:p w14:paraId="6B1226A7" w14:textId="77777777" w:rsidR="003C7CA3" w:rsidRPr="00A07C1D" w:rsidRDefault="003C7CA3">
            <w:pPr>
              <w:keepNext/>
              <w:rPr>
                <w:lang w:val="ro-RO"/>
              </w:rPr>
            </w:pPr>
          </w:p>
        </w:tc>
        <w:tc>
          <w:tcPr>
            <w:tcW w:w="1606" w:type="dxa"/>
          </w:tcPr>
          <w:p w14:paraId="3261CE34" w14:textId="77777777" w:rsidR="003C7CA3" w:rsidRPr="00A07C1D" w:rsidRDefault="003454F7">
            <w:pPr>
              <w:keepNext/>
              <w:rPr>
                <w:lang w:val="ro-RO"/>
              </w:rPr>
            </w:pPr>
            <w:r w:rsidRPr="00A07C1D">
              <w:rPr>
                <w:b/>
                <w:color w:val="0D5F78"/>
                <w:lang w:val="ro-RO"/>
              </w:rPr>
              <w:t>Țara</w:t>
            </w:r>
          </w:p>
          <w:p w14:paraId="6D306C57" w14:textId="77777777" w:rsidR="003C7CA3" w:rsidRPr="00A07C1D" w:rsidRDefault="003C7CA3">
            <w:pPr>
              <w:keepNext/>
              <w:rPr>
                <w:lang w:val="ro-RO"/>
              </w:rPr>
            </w:pPr>
          </w:p>
        </w:tc>
      </w:tr>
      <w:tr w:rsidR="003C7CA3" w:rsidRPr="00A07C1D" w14:paraId="1BA5C463" w14:textId="77777777">
        <w:trPr>
          <w:cantSplit/>
        </w:trPr>
        <w:tc>
          <w:tcPr>
            <w:tcW w:w="9636" w:type="dxa"/>
            <w:gridSpan w:val="7"/>
            <w:shd w:val="clear" w:color="auto" w:fill="F4F4F4"/>
          </w:tcPr>
          <w:p w14:paraId="6717EB2B" w14:textId="77777777" w:rsidR="003C7CA3" w:rsidRPr="00A07C1D" w:rsidRDefault="003454F7">
            <w:pPr>
              <w:keepNext/>
              <w:rPr>
                <w:lang w:val="ro-RO"/>
              </w:rPr>
            </w:pPr>
            <w:r w:rsidRPr="00A07C1D">
              <w:rPr>
                <w:sz w:val="16"/>
                <w:lang w:val="ro-RO"/>
              </w:rPr>
              <w:t xml:space="preserve"> Imobil 5</w:t>
            </w:r>
          </w:p>
        </w:tc>
      </w:tr>
      <w:tr w:rsidR="003C7CA3" w:rsidRPr="00A07C1D" w14:paraId="52514A7A" w14:textId="77777777">
        <w:trPr>
          <w:cantSplit/>
          <w:trHeight w:val="510"/>
        </w:trPr>
        <w:tc>
          <w:tcPr>
            <w:tcW w:w="3212" w:type="dxa"/>
          </w:tcPr>
          <w:p w14:paraId="416BD5CB" w14:textId="77777777" w:rsidR="003C7CA3" w:rsidRPr="00A07C1D" w:rsidRDefault="003454F7">
            <w:pPr>
              <w:keepNext/>
              <w:rPr>
                <w:lang w:val="ro-RO"/>
              </w:rPr>
            </w:pPr>
            <w:r w:rsidRPr="00A07C1D">
              <w:rPr>
                <w:b/>
                <w:color w:val="0D5F78"/>
                <w:lang w:val="ro-RO"/>
              </w:rPr>
              <w:t>Tip imobil</w:t>
            </w:r>
          </w:p>
          <w:p w14:paraId="60F59FB1" w14:textId="77777777" w:rsidR="003C7CA3" w:rsidRPr="00A07C1D" w:rsidRDefault="003454F7">
            <w:pPr>
              <w:keepNext/>
              <w:rPr>
                <w:lang w:val="ro-RO"/>
              </w:rPr>
            </w:pPr>
            <w:r w:rsidRPr="00A07C1D">
              <w:rPr>
                <w:sz w:val="16"/>
                <w:lang w:val="ro-RO"/>
              </w:rPr>
              <w:t>☐ teren     ☐ construcții</w:t>
            </w:r>
          </w:p>
        </w:tc>
        <w:tc>
          <w:tcPr>
            <w:tcW w:w="3212" w:type="dxa"/>
            <w:gridSpan w:val="4"/>
          </w:tcPr>
          <w:p w14:paraId="49FC2610" w14:textId="77777777" w:rsidR="003C7CA3" w:rsidRPr="00A07C1D" w:rsidRDefault="003454F7">
            <w:pPr>
              <w:keepNext/>
              <w:rPr>
                <w:lang w:val="ro-RO"/>
              </w:rPr>
            </w:pPr>
            <w:r w:rsidRPr="00A07C1D">
              <w:rPr>
                <w:b/>
                <w:color w:val="0D5F78"/>
                <w:lang w:val="ro-RO"/>
              </w:rPr>
              <w:t>Număr cadastral</w:t>
            </w:r>
          </w:p>
          <w:p w14:paraId="694D08B4" w14:textId="77777777" w:rsidR="003C7CA3" w:rsidRPr="00A07C1D" w:rsidRDefault="003C7CA3">
            <w:pPr>
              <w:keepNext/>
              <w:rPr>
                <w:lang w:val="ro-RO"/>
              </w:rPr>
            </w:pPr>
          </w:p>
        </w:tc>
        <w:tc>
          <w:tcPr>
            <w:tcW w:w="3212" w:type="dxa"/>
            <w:gridSpan w:val="2"/>
          </w:tcPr>
          <w:p w14:paraId="4B53D9E0" w14:textId="77777777" w:rsidR="003C7CA3" w:rsidRPr="00A07C1D" w:rsidRDefault="003454F7">
            <w:pPr>
              <w:keepNext/>
              <w:rPr>
                <w:lang w:val="ro-RO"/>
              </w:rPr>
            </w:pPr>
            <w:r w:rsidRPr="00A07C1D">
              <w:rPr>
                <w:b/>
                <w:color w:val="0D5F78"/>
                <w:lang w:val="ro-RO"/>
              </w:rPr>
              <w:t>Carte funciară nr.</w:t>
            </w:r>
          </w:p>
          <w:p w14:paraId="6ADA4335" w14:textId="77777777" w:rsidR="003C7CA3" w:rsidRPr="00A07C1D" w:rsidRDefault="003C7CA3">
            <w:pPr>
              <w:keepNext/>
              <w:rPr>
                <w:lang w:val="ro-RO"/>
              </w:rPr>
            </w:pPr>
          </w:p>
        </w:tc>
      </w:tr>
      <w:tr w:rsidR="003C7CA3" w:rsidRPr="00A07C1D" w14:paraId="0B944771" w14:textId="77777777">
        <w:trPr>
          <w:cantSplit/>
          <w:trHeight w:val="510"/>
        </w:trPr>
        <w:tc>
          <w:tcPr>
            <w:tcW w:w="3212" w:type="dxa"/>
          </w:tcPr>
          <w:p w14:paraId="13A31ED6" w14:textId="77777777" w:rsidR="003C7CA3" w:rsidRPr="00A07C1D" w:rsidRDefault="003454F7">
            <w:pPr>
              <w:keepNext/>
              <w:rPr>
                <w:lang w:val="ro-RO"/>
              </w:rPr>
            </w:pPr>
            <w:r w:rsidRPr="00A07C1D">
              <w:rPr>
                <w:b/>
                <w:color w:val="0D5F78"/>
                <w:lang w:val="ro-RO"/>
              </w:rPr>
              <w:t>Județul</w:t>
            </w:r>
          </w:p>
          <w:p w14:paraId="73E2BC86" w14:textId="77777777" w:rsidR="003C7CA3" w:rsidRPr="00A07C1D" w:rsidRDefault="003C7CA3">
            <w:pPr>
              <w:keepNext/>
              <w:rPr>
                <w:lang w:val="ro-RO"/>
              </w:rPr>
            </w:pPr>
          </w:p>
        </w:tc>
        <w:tc>
          <w:tcPr>
            <w:tcW w:w="3212" w:type="dxa"/>
            <w:gridSpan w:val="4"/>
          </w:tcPr>
          <w:p w14:paraId="5C675724" w14:textId="77777777" w:rsidR="003C7CA3" w:rsidRPr="00A07C1D" w:rsidRDefault="003454F7">
            <w:pPr>
              <w:keepNext/>
              <w:rPr>
                <w:lang w:val="ro-RO"/>
              </w:rPr>
            </w:pPr>
            <w:r w:rsidRPr="00A07C1D">
              <w:rPr>
                <w:b/>
                <w:color w:val="0D5F78"/>
                <w:lang w:val="ro-RO"/>
              </w:rPr>
              <w:t>Municipiul / orașul / comuna</w:t>
            </w:r>
          </w:p>
          <w:p w14:paraId="0386E0AA" w14:textId="77777777" w:rsidR="003C7CA3" w:rsidRPr="00A07C1D" w:rsidRDefault="003C7CA3">
            <w:pPr>
              <w:keepNext/>
              <w:rPr>
                <w:lang w:val="ro-RO"/>
              </w:rPr>
            </w:pPr>
          </w:p>
        </w:tc>
        <w:tc>
          <w:tcPr>
            <w:tcW w:w="3212" w:type="dxa"/>
            <w:gridSpan w:val="2"/>
          </w:tcPr>
          <w:p w14:paraId="68659267" w14:textId="77777777" w:rsidR="003C7CA3" w:rsidRPr="00A07C1D" w:rsidRDefault="003454F7">
            <w:pPr>
              <w:keepNext/>
              <w:rPr>
                <w:lang w:val="ro-RO"/>
              </w:rPr>
            </w:pPr>
            <w:r w:rsidRPr="00A07C1D">
              <w:rPr>
                <w:b/>
                <w:color w:val="0D5F78"/>
                <w:lang w:val="ro-RO"/>
              </w:rPr>
              <w:t>Satul / sectorul</w:t>
            </w:r>
          </w:p>
          <w:p w14:paraId="1BAE5F8C" w14:textId="77777777" w:rsidR="003C7CA3" w:rsidRPr="00A07C1D" w:rsidRDefault="003C7CA3">
            <w:pPr>
              <w:keepNext/>
              <w:rPr>
                <w:lang w:val="ro-RO"/>
              </w:rPr>
            </w:pPr>
          </w:p>
        </w:tc>
      </w:tr>
      <w:tr w:rsidR="003C7CA3" w:rsidRPr="00A07C1D" w14:paraId="2D70221E" w14:textId="77777777">
        <w:trPr>
          <w:cantSplit/>
          <w:trHeight w:val="510"/>
        </w:trPr>
        <w:tc>
          <w:tcPr>
            <w:tcW w:w="3212" w:type="dxa"/>
          </w:tcPr>
          <w:p w14:paraId="52857BC3" w14:textId="77777777" w:rsidR="003C7CA3" w:rsidRPr="00A07C1D" w:rsidRDefault="003454F7">
            <w:pPr>
              <w:keepNext/>
              <w:rPr>
                <w:lang w:val="ro-RO"/>
              </w:rPr>
            </w:pPr>
            <w:r w:rsidRPr="00A07C1D">
              <w:rPr>
                <w:b/>
                <w:color w:val="0D5F78"/>
                <w:lang w:val="ro-RO"/>
              </w:rPr>
              <w:t>Strada</w:t>
            </w:r>
          </w:p>
          <w:p w14:paraId="65E9CD24" w14:textId="77777777" w:rsidR="003C7CA3" w:rsidRPr="00A07C1D" w:rsidRDefault="003C7CA3">
            <w:pPr>
              <w:keepNext/>
              <w:rPr>
                <w:lang w:val="ro-RO"/>
              </w:rPr>
            </w:pPr>
          </w:p>
        </w:tc>
        <w:tc>
          <w:tcPr>
            <w:tcW w:w="803" w:type="dxa"/>
          </w:tcPr>
          <w:p w14:paraId="556FCE18" w14:textId="77777777" w:rsidR="003C7CA3" w:rsidRPr="00A07C1D" w:rsidRDefault="003454F7">
            <w:pPr>
              <w:keepNext/>
              <w:rPr>
                <w:lang w:val="ro-RO"/>
              </w:rPr>
            </w:pPr>
            <w:r w:rsidRPr="00A07C1D">
              <w:rPr>
                <w:b/>
                <w:color w:val="0D5F78"/>
                <w:lang w:val="ro-RO"/>
              </w:rPr>
              <w:t>Nr.</w:t>
            </w:r>
          </w:p>
          <w:p w14:paraId="3D425DC3" w14:textId="77777777" w:rsidR="003C7CA3" w:rsidRPr="00A07C1D" w:rsidRDefault="003C7CA3">
            <w:pPr>
              <w:keepNext/>
              <w:rPr>
                <w:lang w:val="ro-RO"/>
              </w:rPr>
            </w:pPr>
          </w:p>
        </w:tc>
        <w:tc>
          <w:tcPr>
            <w:tcW w:w="803" w:type="dxa"/>
          </w:tcPr>
          <w:p w14:paraId="3613E306" w14:textId="77777777" w:rsidR="003C7CA3" w:rsidRPr="00A07C1D" w:rsidRDefault="003454F7">
            <w:pPr>
              <w:keepNext/>
              <w:rPr>
                <w:lang w:val="ro-RO"/>
              </w:rPr>
            </w:pPr>
            <w:r w:rsidRPr="00A07C1D">
              <w:rPr>
                <w:b/>
                <w:color w:val="0D5F78"/>
                <w:lang w:val="ro-RO"/>
              </w:rPr>
              <w:t>Sc.</w:t>
            </w:r>
          </w:p>
          <w:p w14:paraId="33F92736" w14:textId="77777777" w:rsidR="003C7CA3" w:rsidRPr="00A07C1D" w:rsidRDefault="003C7CA3">
            <w:pPr>
              <w:keepNext/>
              <w:rPr>
                <w:lang w:val="ro-RO"/>
              </w:rPr>
            </w:pPr>
          </w:p>
        </w:tc>
        <w:tc>
          <w:tcPr>
            <w:tcW w:w="803" w:type="dxa"/>
          </w:tcPr>
          <w:p w14:paraId="786207C6" w14:textId="77777777" w:rsidR="003C7CA3" w:rsidRPr="00A07C1D" w:rsidRDefault="003454F7">
            <w:pPr>
              <w:keepNext/>
              <w:rPr>
                <w:lang w:val="ro-RO"/>
              </w:rPr>
            </w:pPr>
            <w:r w:rsidRPr="00A07C1D">
              <w:rPr>
                <w:b/>
                <w:color w:val="0D5F78"/>
                <w:lang w:val="ro-RO"/>
              </w:rPr>
              <w:t>Et.</w:t>
            </w:r>
          </w:p>
          <w:p w14:paraId="63D129DE" w14:textId="77777777" w:rsidR="003C7CA3" w:rsidRPr="00A07C1D" w:rsidRDefault="003C7CA3">
            <w:pPr>
              <w:keepNext/>
              <w:rPr>
                <w:lang w:val="ro-RO"/>
              </w:rPr>
            </w:pPr>
          </w:p>
        </w:tc>
        <w:tc>
          <w:tcPr>
            <w:tcW w:w="803" w:type="dxa"/>
          </w:tcPr>
          <w:p w14:paraId="6A401C10" w14:textId="77777777" w:rsidR="003C7CA3" w:rsidRPr="00A07C1D" w:rsidRDefault="003454F7">
            <w:pPr>
              <w:keepNext/>
              <w:rPr>
                <w:lang w:val="ro-RO"/>
              </w:rPr>
            </w:pPr>
            <w:r w:rsidRPr="00A07C1D">
              <w:rPr>
                <w:b/>
                <w:color w:val="0D5F78"/>
                <w:lang w:val="ro-RO"/>
              </w:rPr>
              <w:t>Ap.</w:t>
            </w:r>
          </w:p>
          <w:p w14:paraId="388179AA" w14:textId="77777777" w:rsidR="003C7CA3" w:rsidRPr="00A07C1D" w:rsidRDefault="003C7CA3">
            <w:pPr>
              <w:keepNext/>
              <w:rPr>
                <w:lang w:val="ro-RO"/>
              </w:rPr>
            </w:pPr>
          </w:p>
        </w:tc>
        <w:tc>
          <w:tcPr>
            <w:tcW w:w="1606" w:type="dxa"/>
          </w:tcPr>
          <w:p w14:paraId="5A253F28" w14:textId="77777777" w:rsidR="003C7CA3" w:rsidRPr="00A07C1D" w:rsidRDefault="003454F7">
            <w:pPr>
              <w:keepNext/>
              <w:rPr>
                <w:lang w:val="ro-RO"/>
              </w:rPr>
            </w:pPr>
            <w:r w:rsidRPr="00A07C1D">
              <w:rPr>
                <w:b/>
                <w:color w:val="0D5F78"/>
                <w:lang w:val="ro-RO"/>
              </w:rPr>
              <w:t>Cod poștal</w:t>
            </w:r>
          </w:p>
          <w:p w14:paraId="61F4B78C" w14:textId="77777777" w:rsidR="003C7CA3" w:rsidRPr="00A07C1D" w:rsidRDefault="003C7CA3">
            <w:pPr>
              <w:keepNext/>
              <w:rPr>
                <w:lang w:val="ro-RO"/>
              </w:rPr>
            </w:pPr>
          </w:p>
        </w:tc>
        <w:tc>
          <w:tcPr>
            <w:tcW w:w="1606" w:type="dxa"/>
          </w:tcPr>
          <w:p w14:paraId="043263C8" w14:textId="77777777" w:rsidR="003C7CA3" w:rsidRPr="00A07C1D" w:rsidRDefault="003454F7">
            <w:pPr>
              <w:keepNext/>
              <w:rPr>
                <w:lang w:val="ro-RO"/>
              </w:rPr>
            </w:pPr>
            <w:r w:rsidRPr="00A07C1D">
              <w:rPr>
                <w:b/>
                <w:color w:val="0D5F78"/>
                <w:lang w:val="ro-RO"/>
              </w:rPr>
              <w:t>Țara</w:t>
            </w:r>
          </w:p>
          <w:p w14:paraId="1C2AB50B" w14:textId="77777777" w:rsidR="003C7CA3" w:rsidRPr="00A07C1D" w:rsidRDefault="003C7CA3">
            <w:pPr>
              <w:keepNext/>
              <w:rPr>
                <w:lang w:val="ro-RO"/>
              </w:rPr>
            </w:pPr>
          </w:p>
        </w:tc>
      </w:tr>
      <w:tr w:rsidR="003C7CA3" w:rsidRPr="00A07C1D" w14:paraId="5B366A1F" w14:textId="77777777">
        <w:trPr>
          <w:cantSplit/>
        </w:trPr>
        <w:tc>
          <w:tcPr>
            <w:tcW w:w="9636" w:type="dxa"/>
            <w:gridSpan w:val="7"/>
            <w:shd w:val="clear" w:color="auto" w:fill="F4F4F4"/>
          </w:tcPr>
          <w:p w14:paraId="1C2F3CA6" w14:textId="77777777" w:rsidR="003C7CA3" w:rsidRPr="00A07C1D" w:rsidRDefault="003454F7">
            <w:pPr>
              <w:keepNext/>
              <w:rPr>
                <w:lang w:val="ro-RO"/>
              </w:rPr>
            </w:pPr>
            <w:r w:rsidRPr="00A07C1D">
              <w:rPr>
                <w:sz w:val="16"/>
                <w:lang w:val="ro-RO"/>
              </w:rPr>
              <w:t xml:space="preserve"> Imobil 6</w:t>
            </w:r>
          </w:p>
        </w:tc>
      </w:tr>
      <w:tr w:rsidR="003C7CA3" w:rsidRPr="00A07C1D" w14:paraId="7F67F832" w14:textId="77777777">
        <w:trPr>
          <w:cantSplit/>
          <w:trHeight w:val="510"/>
        </w:trPr>
        <w:tc>
          <w:tcPr>
            <w:tcW w:w="3212" w:type="dxa"/>
          </w:tcPr>
          <w:p w14:paraId="5191FB7B" w14:textId="77777777" w:rsidR="003C7CA3" w:rsidRPr="00A07C1D" w:rsidRDefault="003454F7">
            <w:pPr>
              <w:keepNext/>
              <w:rPr>
                <w:lang w:val="ro-RO"/>
              </w:rPr>
            </w:pPr>
            <w:r w:rsidRPr="00A07C1D">
              <w:rPr>
                <w:b/>
                <w:color w:val="0D5F78"/>
                <w:lang w:val="ro-RO"/>
              </w:rPr>
              <w:t>Tip imobil</w:t>
            </w:r>
          </w:p>
          <w:p w14:paraId="68697DD0" w14:textId="77777777" w:rsidR="003C7CA3" w:rsidRPr="00A07C1D" w:rsidRDefault="003454F7">
            <w:pPr>
              <w:keepNext/>
              <w:rPr>
                <w:lang w:val="ro-RO"/>
              </w:rPr>
            </w:pPr>
            <w:r w:rsidRPr="00A07C1D">
              <w:rPr>
                <w:sz w:val="16"/>
                <w:lang w:val="ro-RO"/>
              </w:rPr>
              <w:t>☐ teren     ☐ construcții</w:t>
            </w:r>
          </w:p>
        </w:tc>
        <w:tc>
          <w:tcPr>
            <w:tcW w:w="3212" w:type="dxa"/>
            <w:gridSpan w:val="4"/>
          </w:tcPr>
          <w:p w14:paraId="320C967D" w14:textId="77777777" w:rsidR="003C7CA3" w:rsidRPr="00A07C1D" w:rsidRDefault="003454F7">
            <w:pPr>
              <w:keepNext/>
              <w:rPr>
                <w:lang w:val="ro-RO"/>
              </w:rPr>
            </w:pPr>
            <w:r w:rsidRPr="00A07C1D">
              <w:rPr>
                <w:b/>
                <w:color w:val="0D5F78"/>
                <w:lang w:val="ro-RO"/>
              </w:rPr>
              <w:t>Număr cadastral</w:t>
            </w:r>
          </w:p>
          <w:p w14:paraId="27F611E7" w14:textId="77777777" w:rsidR="003C7CA3" w:rsidRPr="00A07C1D" w:rsidRDefault="003C7CA3">
            <w:pPr>
              <w:keepNext/>
              <w:rPr>
                <w:lang w:val="ro-RO"/>
              </w:rPr>
            </w:pPr>
          </w:p>
        </w:tc>
        <w:tc>
          <w:tcPr>
            <w:tcW w:w="3212" w:type="dxa"/>
            <w:gridSpan w:val="2"/>
          </w:tcPr>
          <w:p w14:paraId="26199240" w14:textId="77777777" w:rsidR="003C7CA3" w:rsidRPr="00A07C1D" w:rsidRDefault="003454F7">
            <w:pPr>
              <w:keepNext/>
              <w:rPr>
                <w:lang w:val="ro-RO"/>
              </w:rPr>
            </w:pPr>
            <w:r w:rsidRPr="00A07C1D">
              <w:rPr>
                <w:b/>
                <w:color w:val="0D5F78"/>
                <w:lang w:val="ro-RO"/>
              </w:rPr>
              <w:t>Carte funciară nr.</w:t>
            </w:r>
          </w:p>
          <w:p w14:paraId="3E0C7818" w14:textId="77777777" w:rsidR="003C7CA3" w:rsidRPr="00A07C1D" w:rsidRDefault="003C7CA3">
            <w:pPr>
              <w:keepNext/>
              <w:rPr>
                <w:lang w:val="ro-RO"/>
              </w:rPr>
            </w:pPr>
          </w:p>
        </w:tc>
      </w:tr>
      <w:tr w:rsidR="003C7CA3" w:rsidRPr="00A07C1D" w14:paraId="09A0F0F6" w14:textId="77777777">
        <w:trPr>
          <w:cantSplit/>
          <w:trHeight w:val="510"/>
        </w:trPr>
        <w:tc>
          <w:tcPr>
            <w:tcW w:w="3212" w:type="dxa"/>
          </w:tcPr>
          <w:p w14:paraId="52A9A14E" w14:textId="77777777" w:rsidR="003C7CA3" w:rsidRPr="00A07C1D" w:rsidRDefault="003454F7">
            <w:pPr>
              <w:keepNext/>
              <w:rPr>
                <w:lang w:val="ro-RO"/>
              </w:rPr>
            </w:pPr>
            <w:r w:rsidRPr="00A07C1D">
              <w:rPr>
                <w:b/>
                <w:color w:val="0D5F78"/>
                <w:lang w:val="ro-RO"/>
              </w:rPr>
              <w:t>Județul</w:t>
            </w:r>
          </w:p>
          <w:p w14:paraId="509E1303" w14:textId="77777777" w:rsidR="003C7CA3" w:rsidRPr="00A07C1D" w:rsidRDefault="003C7CA3">
            <w:pPr>
              <w:keepNext/>
              <w:rPr>
                <w:lang w:val="ro-RO"/>
              </w:rPr>
            </w:pPr>
          </w:p>
        </w:tc>
        <w:tc>
          <w:tcPr>
            <w:tcW w:w="3212" w:type="dxa"/>
            <w:gridSpan w:val="4"/>
          </w:tcPr>
          <w:p w14:paraId="5B4C4696" w14:textId="77777777" w:rsidR="003C7CA3" w:rsidRPr="00A07C1D" w:rsidRDefault="003454F7">
            <w:pPr>
              <w:keepNext/>
              <w:rPr>
                <w:lang w:val="ro-RO"/>
              </w:rPr>
            </w:pPr>
            <w:r w:rsidRPr="00A07C1D">
              <w:rPr>
                <w:b/>
                <w:color w:val="0D5F78"/>
                <w:lang w:val="ro-RO"/>
              </w:rPr>
              <w:t>Municipiul / orașul / comuna</w:t>
            </w:r>
          </w:p>
          <w:p w14:paraId="183CC2EF" w14:textId="77777777" w:rsidR="003C7CA3" w:rsidRPr="00A07C1D" w:rsidRDefault="003C7CA3">
            <w:pPr>
              <w:keepNext/>
              <w:rPr>
                <w:lang w:val="ro-RO"/>
              </w:rPr>
            </w:pPr>
          </w:p>
        </w:tc>
        <w:tc>
          <w:tcPr>
            <w:tcW w:w="3212" w:type="dxa"/>
            <w:gridSpan w:val="2"/>
          </w:tcPr>
          <w:p w14:paraId="6E0F0783" w14:textId="77777777" w:rsidR="003C7CA3" w:rsidRPr="00A07C1D" w:rsidRDefault="003454F7">
            <w:pPr>
              <w:keepNext/>
              <w:rPr>
                <w:lang w:val="ro-RO"/>
              </w:rPr>
            </w:pPr>
            <w:r w:rsidRPr="00A07C1D">
              <w:rPr>
                <w:b/>
                <w:color w:val="0D5F78"/>
                <w:lang w:val="ro-RO"/>
              </w:rPr>
              <w:t>Satul / sectorul</w:t>
            </w:r>
          </w:p>
          <w:p w14:paraId="51A031BD" w14:textId="77777777" w:rsidR="003C7CA3" w:rsidRPr="00A07C1D" w:rsidRDefault="003C7CA3">
            <w:pPr>
              <w:keepNext/>
              <w:rPr>
                <w:lang w:val="ro-RO"/>
              </w:rPr>
            </w:pPr>
          </w:p>
        </w:tc>
      </w:tr>
      <w:tr w:rsidR="003C7CA3" w:rsidRPr="00A07C1D" w14:paraId="7CD30B99" w14:textId="77777777">
        <w:trPr>
          <w:cantSplit/>
          <w:trHeight w:val="510"/>
        </w:trPr>
        <w:tc>
          <w:tcPr>
            <w:tcW w:w="3212" w:type="dxa"/>
          </w:tcPr>
          <w:p w14:paraId="7E48C3E9" w14:textId="77777777" w:rsidR="003C7CA3" w:rsidRPr="00A07C1D" w:rsidRDefault="003454F7">
            <w:pPr>
              <w:keepNext/>
              <w:rPr>
                <w:lang w:val="ro-RO"/>
              </w:rPr>
            </w:pPr>
            <w:r w:rsidRPr="00A07C1D">
              <w:rPr>
                <w:b/>
                <w:color w:val="0D5F78"/>
                <w:lang w:val="ro-RO"/>
              </w:rPr>
              <w:t>Strada</w:t>
            </w:r>
          </w:p>
          <w:p w14:paraId="4890CAD7" w14:textId="77777777" w:rsidR="003C7CA3" w:rsidRPr="00A07C1D" w:rsidRDefault="003C7CA3">
            <w:pPr>
              <w:keepNext/>
              <w:rPr>
                <w:lang w:val="ro-RO"/>
              </w:rPr>
            </w:pPr>
          </w:p>
        </w:tc>
        <w:tc>
          <w:tcPr>
            <w:tcW w:w="803" w:type="dxa"/>
          </w:tcPr>
          <w:p w14:paraId="75C2640F" w14:textId="77777777" w:rsidR="003C7CA3" w:rsidRPr="00A07C1D" w:rsidRDefault="003454F7">
            <w:pPr>
              <w:keepNext/>
              <w:rPr>
                <w:lang w:val="ro-RO"/>
              </w:rPr>
            </w:pPr>
            <w:r w:rsidRPr="00A07C1D">
              <w:rPr>
                <w:b/>
                <w:color w:val="0D5F78"/>
                <w:lang w:val="ro-RO"/>
              </w:rPr>
              <w:t>Nr.</w:t>
            </w:r>
          </w:p>
          <w:p w14:paraId="3D857801" w14:textId="77777777" w:rsidR="003C7CA3" w:rsidRPr="00A07C1D" w:rsidRDefault="003C7CA3">
            <w:pPr>
              <w:keepNext/>
              <w:rPr>
                <w:lang w:val="ro-RO"/>
              </w:rPr>
            </w:pPr>
          </w:p>
        </w:tc>
        <w:tc>
          <w:tcPr>
            <w:tcW w:w="803" w:type="dxa"/>
          </w:tcPr>
          <w:p w14:paraId="44598F36" w14:textId="77777777" w:rsidR="003C7CA3" w:rsidRPr="00A07C1D" w:rsidRDefault="003454F7">
            <w:pPr>
              <w:keepNext/>
              <w:rPr>
                <w:lang w:val="ro-RO"/>
              </w:rPr>
            </w:pPr>
            <w:r w:rsidRPr="00A07C1D">
              <w:rPr>
                <w:b/>
                <w:color w:val="0D5F78"/>
                <w:lang w:val="ro-RO"/>
              </w:rPr>
              <w:t>Sc.</w:t>
            </w:r>
          </w:p>
          <w:p w14:paraId="3AD7E415" w14:textId="77777777" w:rsidR="003C7CA3" w:rsidRPr="00A07C1D" w:rsidRDefault="003C7CA3">
            <w:pPr>
              <w:keepNext/>
              <w:rPr>
                <w:lang w:val="ro-RO"/>
              </w:rPr>
            </w:pPr>
          </w:p>
        </w:tc>
        <w:tc>
          <w:tcPr>
            <w:tcW w:w="803" w:type="dxa"/>
          </w:tcPr>
          <w:p w14:paraId="0755CED3" w14:textId="77777777" w:rsidR="003C7CA3" w:rsidRPr="00A07C1D" w:rsidRDefault="003454F7">
            <w:pPr>
              <w:keepNext/>
              <w:rPr>
                <w:lang w:val="ro-RO"/>
              </w:rPr>
            </w:pPr>
            <w:r w:rsidRPr="00A07C1D">
              <w:rPr>
                <w:b/>
                <w:color w:val="0D5F78"/>
                <w:lang w:val="ro-RO"/>
              </w:rPr>
              <w:t>Et.</w:t>
            </w:r>
          </w:p>
          <w:p w14:paraId="01EC3C4A" w14:textId="77777777" w:rsidR="003C7CA3" w:rsidRPr="00A07C1D" w:rsidRDefault="003C7CA3">
            <w:pPr>
              <w:keepNext/>
              <w:rPr>
                <w:lang w:val="ro-RO"/>
              </w:rPr>
            </w:pPr>
          </w:p>
        </w:tc>
        <w:tc>
          <w:tcPr>
            <w:tcW w:w="803" w:type="dxa"/>
          </w:tcPr>
          <w:p w14:paraId="5ED188DF" w14:textId="77777777" w:rsidR="003C7CA3" w:rsidRPr="00A07C1D" w:rsidRDefault="003454F7">
            <w:pPr>
              <w:keepNext/>
              <w:rPr>
                <w:lang w:val="ro-RO"/>
              </w:rPr>
            </w:pPr>
            <w:r w:rsidRPr="00A07C1D">
              <w:rPr>
                <w:b/>
                <w:color w:val="0D5F78"/>
                <w:lang w:val="ro-RO"/>
              </w:rPr>
              <w:t>Ap.</w:t>
            </w:r>
          </w:p>
          <w:p w14:paraId="277CB060" w14:textId="77777777" w:rsidR="003C7CA3" w:rsidRPr="00A07C1D" w:rsidRDefault="003C7CA3">
            <w:pPr>
              <w:keepNext/>
              <w:rPr>
                <w:lang w:val="ro-RO"/>
              </w:rPr>
            </w:pPr>
          </w:p>
        </w:tc>
        <w:tc>
          <w:tcPr>
            <w:tcW w:w="1606" w:type="dxa"/>
          </w:tcPr>
          <w:p w14:paraId="758729CA" w14:textId="77777777" w:rsidR="003C7CA3" w:rsidRPr="00A07C1D" w:rsidRDefault="003454F7">
            <w:pPr>
              <w:keepNext/>
              <w:rPr>
                <w:lang w:val="ro-RO"/>
              </w:rPr>
            </w:pPr>
            <w:r w:rsidRPr="00A07C1D">
              <w:rPr>
                <w:b/>
                <w:color w:val="0D5F78"/>
                <w:lang w:val="ro-RO"/>
              </w:rPr>
              <w:t>Cod poștal</w:t>
            </w:r>
          </w:p>
          <w:p w14:paraId="5D5B1F32" w14:textId="77777777" w:rsidR="003C7CA3" w:rsidRPr="00A07C1D" w:rsidRDefault="003C7CA3">
            <w:pPr>
              <w:keepNext/>
              <w:rPr>
                <w:lang w:val="ro-RO"/>
              </w:rPr>
            </w:pPr>
          </w:p>
        </w:tc>
        <w:tc>
          <w:tcPr>
            <w:tcW w:w="1606" w:type="dxa"/>
          </w:tcPr>
          <w:p w14:paraId="0BC8A1E6" w14:textId="77777777" w:rsidR="003C7CA3" w:rsidRPr="00A07C1D" w:rsidRDefault="003454F7">
            <w:pPr>
              <w:keepNext/>
              <w:rPr>
                <w:lang w:val="ro-RO"/>
              </w:rPr>
            </w:pPr>
            <w:r w:rsidRPr="00A07C1D">
              <w:rPr>
                <w:b/>
                <w:color w:val="0D5F78"/>
                <w:lang w:val="ro-RO"/>
              </w:rPr>
              <w:t>Țara</w:t>
            </w:r>
          </w:p>
          <w:p w14:paraId="2AF7BB24" w14:textId="77777777" w:rsidR="003C7CA3" w:rsidRPr="00A07C1D" w:rsidRDefault="003C7CA3">
            <w:pPr>
              <w:keepNext/>
              <w:rPr>
                <w:lang w:val="ro-RO"/>
              </w:rPr>
            </w:pPr>
          </w:p>
        </w:tc>
      </w:tr>
      <w:tr w:rsidR="003C7CA3" w:rsidRPr="00A07C1D" w14:paraId="5F55098D" w14:textId="77777777">
        <w:trPr>
          <w:cantSplit/>
        </w:trPr>
        <w:tc>
          <w:tcPr>
            <w:tcW w:w="9636" w:type="dxa"/>
            <w:gridSpan w:val="7"/>
            <w:shd w:val="clear" w:color="auto" w:fill="F4F4F4"/>
          </w:tcPr>
          <w:p w14:paraId="38563C53" w14:textId="77777777" w:rsidR="003C7CA3" w:rsidRPr="00A07C1D" w:rsidRDefault="003454F7">
            <w:pPr>
              <w:keepNext/>
              <w:rPr>
                <w:lang w:val="ro-RO"/>
              </w:rPr>
            </w:pPr>
            <w:r w:rsidRPr="00A07C1D">
              <w:rPr>
                <w:sz w:val="16"/>
                <w:lang w:val="ro-RO"/>
              </w:rPr>
              <w:t xml:space="preserve"> Imobil 7</w:t>
            </w:r>
          </w:p>
        </w:tc>
      </w:tr>
      <w:tr w:rsidR="003C7CA3" w:rsidRPr="00A07C1D" w14:paraId="6E8A3C01" w14:textId="77777777">
        <w:trPr>
          <w:cantSplit/>
          <w:trHeight w:val="510"/>
        </w:trPr>
        <w:tc>
          <w:tcPr>
            <w:tcW w:w="3212" w:type="dxa"/>
          </w:tcPr>
          <w:p w14:paraId="5C5C5869" w14:textId="77777777" w:rsidR="003C7CA3" w:rsidRPr="00A07C1D" w:rsidRDefault="003454F7">
            <w:pPr>
              <w:keepNext/>
              <w:rPr>
                <w:lang w:val="ro-RO"/>
              </w:rPr>
            </w:pPr>
            <w:r w:rsidRPr="00A07C1D">
              <w:rPr>
                <w:b/>
                <w:color w:val="0D5F78"/>
                <w:lang w:val="ro-RO"/>
              </w:rPr>
              <w:t>Tip imobil</w:t>
            </w:r>
          </w:p>
          <w:p w14:paraId="5DB8AD74" w14:textId="77777777" w:rsidR="003C7CA3" w:rsidRPr="00A07C1D" w:rsidRDefault="003454F7">
            <w:pPr>
              <w:keepNext/>
              <w:rPr>
                <w:lang w:val="ro-RO"/>
              </w:rPr>
            </w:pPr>
            <w:r w:rsidRPr="00A07C1D">
              <w:rPr>
                <w:sz w:val="16"/>
                <w:lang w:val="ro-RO"/>
              </w:rPr>
              <w:t>☐ teren     ☐ construcții</w:t>
            </w:r>
          </w:p>
        </w:tc>
        <w:tc>
          <w:tcPr>
            <w:tcW w:w="3212" w:type="dxa"/>
            <w:gridSpan w:val="4"/>
          </w:tcPr>
          <w:p w14:paraId="10E317E8" w14:textId="77777777" w:rsidR="003C7CA3" w:rsidRPr="00A07C1D" w:rsidRDefault="003454F7">
            <w:pPr>
              <w:keepNext/>
              <w:rPr>
                <w:lang w:val="ro-RO"/>
              </w:rPr>
            </w:pPr>
            <w:r w:rsidRPr="00A07C1D">
              <w:rPr>
                <w:b/>
                <w:color w:val="0D5F78"/>
                <w:lang w:val="ro-RO"/>
              </w:rPr>
              <w:t>Număr cadastral</w:t>
            </w:r>
          </w:p>
          <w:p w14:paraId="7318CDCF" w14:textId="77777777" w:rsidR="003C7CA3" w:rsidRPr="00A07C1D" w:rsidRDefault="003C7CA3">
            <w:pPr>
              <w:keepNext/>
              <w:rPr>
                <w:lang w:val="ro-RO"/>
              </w:rPr>
            </w:pPr>
          </w:p>
        </w:tc>
        <w:tc>
          <w:tcPr>
            <w:tcW w:w="3212" w:type="dxa"/>
            <w:gridSpan w:val="2"/>
          </w:tcPr>
          <w:p w14:paraId="199C76B0" w14:textId="77777777" w:rsidR="003C7CA3" w:rsidRPr="00A07C1D" w:rsidRDefault="003454F7">
            <w:pPr>
              <w:keepNext/>
              <w:rPr>
                <w:lang w:val="ro-RO"/>
              </w:rPr>
            </w:pPr>
            <w:r w:rsidRPr="00A07C1D">
              <w:rPr>
                <w:b/>
                <w:color w:val="0D5F78"/>
                <w:lang w:val="ro-RO"/>
              </w:rPr>
              <w:t>Carte funciară nr.</w:t>
            </w:r>
          </w:p>
          <w:p w14:paraId="2281F46A" w14:textId="77777777" w:rsidR="003C7CA3" w:rsidRPr="00A07C1D" w:rsidRDefault="003C7CA3">
            <w:pPr>
              <w:keepNext/>
              <w:rPr>
                <w:lang w:val="ro-RO"/>
              </w:rPr>
            </w:pPr>
          </w:p>
        </w:tc>
      </w:tr>
      <w:tr w:rsidR="003C7CA3" w:rsidRPr="00A07C1D" w14:paraId="0E827CAC" w14:textId="77777777">
        <w:trPr>
          <w:cantSplit/>
          <w:trHeight w:val="510"/>
        </w:trPr>
        <w:tc>
          <w:tcPr>
            <w:tcW w:w="3212" w:type="dxa"/>
          </w:tcPr>
          <w:p w14:paraId="482CE6BA" w14:textId="77777777" w:rsidR="003C7CA3" w:rsidRPr="00A07C1D" w:rsidRDefault="003454F7">
            <w:pPr>
              <w:keepNext/>
              <w:rPr>
                <w:lang w:val="ro-RO"/>
              </w:rPr>
            </w:pPr>
            <w:r w:rsidRPr="00A07C1D">
              <w:rPr>
                <w:b/>
                <w:color w:val="0D5F78"/>
                <w:lang w:val="ro-RO"/>
              </w:rPr>
              <w:t>Județul</w:t>
            </w:r>
          </w:p>
          <w:p w14:paraId="7D9C4ADA" w14:textId="77777777" w:rsidR="003C7CA3" w:rsidRPr="00A07C1D" w:rsidRDefault="003C7CA3">
            <w:pPr>
              <w:keepNext/>
              <w:rPr>
                <w:lang w:val="ro-RO"/>
              </w:rPr>
            </w:pPr>
          </w:p>
        </w:tc>
        <w:tc>
          <w:tcPr>
            <w:tcW w:w="3212" w:type="dxa"/>
            <w:gridSpan w:val="4"/>
          </w:tcPr>
          <w:p w14:paraId="6FF092DD" w14:textId="77777777" w:rsidR="003C7CA3" w:rsidRPr="00A07C1D" w:rsidRDefault="003454F7">
            <w:pPr>
              <w:keepNext/>
              <w:rPr>
                <w:lang w:val="ro-RO"/>
              </w:rPr>
            </w:pPr>
            <w:r w:rsidRPr="00A07C1D">
              <w:rPr>
                <w:b/>
                <w:color w:val="0D5F78"/>
                <w:lang w:val="ro-RO"/>
              </w:rPr>
              <w:t>Municipiul / orașul / comuna</w:t>
            </w:r>
          </w:p>
          <w:p w14:paraId="7B3F2A48" w14:textId="77777777" w:rsidR="003C7CA3" w:rsidRPr="00A07C1D" w:rsidRDefault="003C7CA3">
            <w:pPr>
              <w:keepNext/>
              <w:rPr>
                <w:lang w:val="ro-RO"/>
              </w:rPr>
            </w:pPr>
          </w:p>
        </w:tc>
        <w:tc>
          <w:tcPr>
            <w:tcW w:w="3212" w:type="dxa"/>
            <w:gridSpan w:val="2"/>
          </w:tcPr>
          <w:p w14:paraId="4146120E" w14:textId="77777777" w:rsidR="003C7CA3" w:rsidRPr="00A07C1D" w:rsidRDefault="003454F7">
            <w:pPr>
              <w:keepNext/>
              <w:rPr>
                <w:lang w:val="ro-RO"/>
              </w:rPr>
            </w:pPr>
            <w:r w:rsidRPr="00A07C1D">
              <w:rPr>
                <w:b/>
                <w:color w:val="0D5F78"/>
                <w:lang w:val="ro-RO"/>
              </w:rPr>
              <w:t>Satul / sectorul</w:t>
            </w:r>
          </w:p>
          <w:p w14:paraId="382F6D57" w14:textId="77777777" w:rsidR="003C7CA3" w:rsidRPr="00A07C1D" w:rsidRDefault="003C7CA3">
            <w:pPr>
              <w:keepNext/>
              <w:rPr>
                <w:lang w:val="ro-RO"/>
              </w:rPr>
            </w:pPr>
          </w:p>
        </w:tc>
      </w:tr>
      <w:tr w:rsidR="003C7CA3" w:rsidRPr="00A07C1D" w14:paraId="350ADAED" w14:textId="77777777">
        <w:trPr>
          <w:cantSplit/>
          <w:trHeight w:val="510"/>
        </w:trPr>
        <w:tc>
          <w:tcPr>
            <w:tcW w:w="3212" w:type="dxa"/>
          </w:tcPr>
          <w:p w14:paraId="3EF592B3" w14:textId="77777777" w:rsidR="003C7CA3" w:rsidRPr="00A07C1D" w:rsidRDefault="003454F7">
            <w:pPr>
              <w:keepNext/>
              <w:rPr>
                <w:lang w:val="ro-RO"/>
              </w:rPr>
            </w:pPr>
            <w:r w:rsidRPr="00A07C1D">
              <w:rPr>
                <w:b/>
                <w:color w:val="0D5F78"/>
                <w:lang w:val="ro-RO"/>
              </w:rPr>
              <w:t>Strada</w:t>
            </w:r>
          </w:p>
          <w:p w14:paraId="6E09AA0D" w14:textId="77777777" w:rsidR="003C7CA3" w:rsidRPr="00A07C1D" w:rsidRDefault="003C7CA3">
            <w:pPr>
              <w:keepNext/>
              <w:rPr>
                <w:lang w:val="ro-RO"/>
              </w:rPr>
            </w:pPr>
          </w:p>
        </w:tc>
        <w:tc>
          <w:tcPr>
            <w:tcW w:w="803" w:type="dxa"/>
          </w:tcPr>
          <w:p w14:paraId="03CDAA70" w14:textId="77777777" w:rsidR="003C7CA3" w:rsidRPr="00A07C1D" w:rsidRDefault="003454F7">
            <w:pPr>
              <w:keepNext/>
              <w:rPr>
                <w:lang w:val="ro-RO"/>
              </w:rPr>
            </w:pPr>
            <w:r w:rsidRPr="00A07C1D">
              <w:rPr>
                <w:b/>
                <w:color w:val="0D5F78"/>
                <w:lang w:val="ro-RO"/>
              </w:rPr>
              <w:t>Nr.</w:t>
            </w:r>
          </w:p>
          <w:p w14:paraId="04104BF4" w14:textId="77777777" w:rsidR="003C7CA3" w:rsidRPr="00A07C1D" w:rsidRDefault="003C7CA3">
            <w:pPr>
              <w:keepNext/>
              <w:rPr>
                <w:lang w:val="ro-RO"/>
              </w:rPr>
            </w:pPr>
          </w:p>
        </w:tc>
        <w:tc>
          <w:tcPr>
            <w:tcW w:w="803" w:type="dxa"/>
          </w:tcPr>
          <w:p w14:paraId="003E8B23" w14:textId="77777777" w:rsidR="003C7CA3" w:rsidRPr="00A07C1D" w:rsidRDefault="003454F7">
            <w:pPr>
              <w:keepNext/>
              <w:rPr>
                <w:lang w:val="ro-RO"/>
              </w:rPr>
            </w:pPr>
            <w:r w:rsidRPr="00A07C1D">
              <w:rPr>
                <w:b/>
                <w:color w:val="0D5F78"/>
                <w:lang w:val="ro-RO"/>
              </w:rPr>
              <w:t>Sc.</w:t>
            </w:r>
          </w:p>
          <w:p w14:paraId="7A6C79BB" w14:textId="77777777" w:rsidR="003C7CA3" w:rsidRPr="00A07C1D" w:rsidRDefault="003C7CA3">
            <w:pPr>
              <w:keepNext/>
              <w:rPr>
                <w:lang w:val="ro-RO"/>
              </w:rPr>
            </w:pPr>
          </w:p>
        </w:tc>
        <w:tc>
          <w:tcPr>
            <w:tcW w:w="803" w:type="dxa"/>
          </w:tcPr>
          <w:p w14:paraId="2E86E7BB" w14:textId="77777777" w:rsidR="003C7CA3" w:rsidRPr="00A07C1D" w:rsidRDefault="003454F7">
            <w:pPr>
              <w:keepNext/>
              <w:rPr>
                <w:lang w:val="ro-RO"/>
              </w:rPr>
            </w:pPr>
            <w:r w:rsidRPr="00A07C1D">
              <w:rPr>
                <w:b/>
                <w:color w:val="0D5F78"/>
                <w:lang w:val="ro-RO"/>
              </w:rPr>
              <w:t>Et.</w:t>
            </w:r>
          </w:p>
          <w:p w14:paraId="0874CF46" w14:textId="77777777" w:rsidR="003C7CA3" w:rsidRPr="00A07C1D" w:rsidRDefault="003C7CA3">
            <w:pPr>
              <w:keepNext/>
              <w:rPr>
                <w:lang w:val="ro-RO"/>
              </w:rPr>
            </w:pPr>
          </w:p>
        </w:tc>
        <w:tc>
          <w:tcPr>
            <w:tcW w:w="803" w:type="dxa"/>
          </w:tcPr>
          <w:p w14:paraId="044057D9" w14:textId="77777777" w:rsidR="003C7CA3" w:rsidRPr="00A07C1D" w:rsidRDefault="003454F7">
            <w:pPr>
              <w:keepNext/>
              <w:rPr>
                <w:lang w:val="ro-RO"/>
              </w:rPr>
            </w:pPr>
            <w:r w:rsidRPr="00A07C1D">
              <w:rPr>
                <w:b/>
                <w:color w:val="0D5F78"/>
                <w:lang w:val="ro-RO"/>
              </w:rPr>
              <w:t>Ap.</w:t>
            </w:r>
          </w:p>
          <w:p w14:paraId="3376C1C7" w14:textId="77777777" w:rsidR="003C7CA3" w:rsidRPr="00A07C1D" w:rsidRDefault="003C7CA3">
            <w:pPr>
              <w:keepNext/>
              <w:rPr>
                <w:lang w:val="ro-RO"/>
              </w:rPr>
            </w:pPr>
          </w:p>
        </w:tc>
        <w:tc>
          <w:tcPr>
            <w:tcW w:w="1606" w:type="dxa"/>
          </w:tcPr>
          <w:p w14:paraId="6DF4ADA1" w14:textId="77777777" w:rsidR="003C7CA3" w:rsidRPr="00A07C1D" w:rsidRDefault="003454F7">
            <w:pPr>
              <w:keepNext/>
              <w:rPr>
                <w:lang w:val="ro-RO"/>
              </w:rPr>
            </w:pPr>
            <w:r w:rsidRPr="00A07C1D">
              <w:rPr>
                <w:b/>
                <w:color w:val="0D5F78"/>
                <w:lang w:val="ro-RO"/>
              </w:rPr>
              <w:t>Cod poștal</w:t>
            </w:r>
          </w:p>
          <w:p w14:paraId="5EB5FE7C" w14:textId="77777777" w:rsidR="003C7CA3" w:rsidRPr="00A07C1D" w:rsidRDefault="003C7CA3">
            <w:pPr>
              <w:keepNext/>
              <w:rPr>
                <w:lang w:val="ro-RO"/>
              </w:rPr>
            </w:pPr>
          </w:p>
        </w:tc>
        <w:tc>
          <w:tcPr>
            <w:tcW w:w="1606" w:type="dxa"/>
          </w:tcPr>
          <w:p w14:paraId="06F0C4C6" w14:textId="77777777" w:rsidR="003C7CA3" w:rsidRPr="00A07C1D" w:rsidRDefault="003454F7">
            <w:pPr>
              <w:keepNext/>
              <w:rPr>
                <w:lang w:val="ro-RO"/>
              </w:rPr>
            </w:pPr>
            <w:r w:rsidRPr="00A07C1D">
              <w:rPr>
                <w:b/>
                <w:color w:val="0D5F78"/>
                <w:lang w:val="ro-RO"/>
              </w:rPr>
              <w:t>Țara</w:t>
            </w:r>
          </w:p>
          <w:p w14:paraId="5DB99EB8" w14:textId="77777777" w:rsidR="003C7CA3" w:rsidRPr="00A07C1D" w:rsidRDefault="003C7CA3">
            <w:pPr>
              <w:keepNext/>
              <w:rPr>
                <w:lang w:val="ro-RO"/>
              </w:rPr>
            </w:pPr>
          </w:p>
        </w:tc>
      </w:tr>
    </w:tbl>
    <w:p w14:paraId="19038766" w14:textId="77777777" w:rsidR="003C7CA3" w:rsidRPr="00A07C1D" w:rsidRDefault="003C7CA3">
      <w:pPr>
        <w:spacing w:line="168" w:lineRule="auto"/>
        <w:rPr>
          <w:lang w:val="ro-RO"/>
        </w:rPr>
      </w:pPr>
    </w:p>
    <w:p w14:paraId="376E231B" w14:textId="77777777" w:rsidR="003C7CA3" w:rsidRPr="00A07C1D" w:rsidRDefault="003454F7">
      <w:pPr>
        <w:rPr>
          <w:lang w:val="ro-RO"/>
        </w:rPr>
      </w:pPr>
      <w:r w:rsidRPr="00A07C1D">
        <w:rPr>
          <w:lang w:val="ro-RO"/>
        </w:rPr>
        <w:br w:type="page"/>
      </w:r>
    </w:p>
    <w:p w14:paraId="6311E1D9" w14:textId="2725DEEB" w:rsidR="00C07E49" w:rsidRPr="00A07C1D" w:rsidRDefault="00C07E49" w:rsidP="00C07E49">
      <w:pPr>
        <w:spacing w:before="140" w:after="40"/>
        <w:rPr>
          <w:bCs/>
          <w:sz w:val="24"/>
          <w:szCs w:val="24"/>
          <w:lang w:val="ro-RO"/>
        </w:rPr>
      </w:pPr>
      <w:r w:rsidRPr="00A07C1D">
        <w:rPr>
          <w:bCs/>
          <w:sz w:val="24"/>
          <w:szCs w:val="24"/>
          <w:lang w:val="ro-RO"/>
        </w:rPr>
        <w:t>Anexa nr.</w:t>
      </w:r>
      <w:r w:rsidR="00E26881" w:rsidRPr="00A07C1D">
        <w:rPr>
          <w:bCs/>
          <w:sz w:val="24"/>
          <w:szCs w:val="24"/>
          <w:lang w:val="ro-RO"/>
        </w:rPr>
        <w:t xml:space="preserve"> </w:t>
      </w:r>
      <w:r w:rsidRPr="00A07C1D">
        <w:rPr>
          <w:bCs/>
          <w:sz w:val="24"/>
          <w:szCs w:val="24"/>
          <w:lang w:val="ro-RO"/>
        </w:rPr>
        <w:t>1.2</w:t>
      </w:r>
    </w:p>
    <w:p w14:paraId="17458E7D" w14:textId="56786044" w:rsidR="003C7CA3" w:rsidRPr="00A07C1D" w:rsidRDefault="003454F7">
      <w:pPr>
        <w:spacing w:before="140" w:after="40"/>
        <w:jc w:val="center"/>
        <w:rPr>
          <w:lang w:val="ro-RO"/>
        </w:rPr>
      </w:pPr>
      <w:r w:rsidRPr="00A07C1D">
        <w:rPr>
          <w:b/>
          <w:sz w:val="34"/>
          <w:lang w:val="ro-RO"/>
        </w:rPr>
        <w:t xml:space="preserve">ANEXA TEHNICĂ </w:t>
      </w:r>
    </w:p>
    <w:p w14:paraId="6278166B" w14:textId="386DA4D9" w:rsidR="003C7CA3" w:rsidRPr="00A07C1D" w:rsidRDefault="003454F7">
      <w:pPr>
        <w:spacing w:after="120"/>
        <w:jc w:val="center"/>
        <w:rPr>
          <w:lang w:val="ro-RO"/>
        </w:rPr>
      </w:pPr>
      <w:r w:rsidRPr="00A07C1D">
        <w:rPr>
          <w:sz w:val="19"/>
          <w:lang w:val="ro-RO"/>
        </w:rPr>
        <w:t>la cererea pentru emiterea autorizației de construire/desființare</w:t>
      </w:r>
    </w:p>
    <w:p w14:paraId="2265C486" w14:textId="5A9420AA" w:rsidR="003C7CA3" w:rsidRPr="00A07C1D" w:rsidRDefault="003454F7" w:rsidP="005375AB">
      <w:pPr>
        <w:spacing w:after="120"/>
        <w:jc w:val="center"/>
        <w:rPr>
          <w:sz w:val="19"/>
          <w:lang w:val="ro-RO"/>
        </w:rPr>
      </w:pPr>
      <w:r w:rsidRPr="00A07C1D">
        <w:rPr>
          <w:sz w:val="19"/>
          <w:lang w:val="ro-RO"/>
        </w:rPr>
        <w:t>se întocmește de proiectantul documentației</w:t>
      </w: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40425E" w14:paraId="332C7D5E" w14:textId="77777777" w:rsidTr="006D563F">
        <w:trPr>
          <w:cantSplit/>
        </w:trPr>
        <w:tc>
          <w:tcPr>
            <w:tcW w:w="9636" w:type="dxa"/>
            <w:shd w:val="clear" w:color="auto" w:fill="F4F4F4"/>
          </w:tcPr>
          <w:p w14:paraId="4C23CF0D" w14:textId="14CB0DE0" w:rsidR="00F61A70" w:rsidRPr="00A07C1D" w:rsidRDefault="003454F7" w:rsidP="00F61A70">
            <w:pPr>
              <w:pStyle w:val="ListParagraph"/>
              <w:keepNext/>
              <w:numPr>
                <w:ilvl w:val="0"/>
                <w:numId w:val="10"/>
              </w:numPr>
              <w:rPr>
                <w:b/>
                <w:color w:val="000000"/>
                <w:sz w:val="18"/>
                <w:lang w:val="ro-RO"/>
              </w:rPr>
            </w:pPr>
            <w:r w:rsidRPr="00A07C1D">
              <w:rPr>
                <w:b/>
                <w:color w:val="000000"/>
                <w:sz w:val="18"/>
                <w:lang w:val="ro-RO"/>
              </w:rPr>
              <w:t>CATEGORIILE DE LUCRĂRI</w:t>
            </w:r>
            <w:r w:rsidR="00E9623F" w:rsidRPr="00A07C1D">
              <w:rPr>
                <w:b/>
                <w:color w:val="000000"/>
                <w:sz w:val="18"/>
                <w:lang w:val="ro-RO"/>
              </w:rPr>
              <w:t xml:space="preserve"> APLICABILE OBIECTIVULUI/OBIECTULUI DE INVESTIȚII</w:t>
            </w:r>
            <w:r w:rsidR="00F61A70" w:rsidRPr="00A07C1D">
              <w:rPr>
                <w:b/>
                <w:color w:val="000000"/>
                <w:sz w:val="18"/>
                <w:lang w:val="ro-RO"/>
              </w:rPr>
              <w:t xml:space="preserve"> </w:t>
            </w:r>
          </w:p>
          <w:p w14:paraId="3530FB7B" w14:textId="0844A2BD" w:rsidR="003C7CA3" w:rsidRPr="00A07C1D" w:rsidRDefault="00F61A70" w:rsidP="00F61A70">
            <w:pPr>
              <w:keepNext/>
              <w:ind w:left="45"/>
              <w:rPr>
                <w:bCs/>
                <w:lang w:val="ro-RO"/>
              </w:rPr>
            </w:pPr>
            <w:r w:rsidRPr="00A07C1D">
              <w:rPr>
                <w:bCs/>
                <w:color w:val="000000"/>
                <w:sz w:val="18"/>
                <w:lang w:val="ro-RO"/>
              </w:rPr>
              <w:t>(se bifeaza toate cele aplicabile)</w:t>
            </w:r>
          </w:p>
        </w:tc>
      </w:tr>
      <w:tr w:rsidR="003C7CA3" w:rsidRPr="0040425E" w14:paraId="3C6A968F" w14:textId="77777777" w:rsidTr="006D563F">
        <w:trPr>
          <w:cantSplit/>
        </w:trPr>
        <w:tc>
          <w:tcPr>
            <w:tcW w:w="9636" w:type="dxa"/>
            <w:shd w:val="clear" w:color="auto" w:fill="F4F4F4"/>
          </w:tcPr>
          <w:p w14:paraId="4CD25743" w14:textId="34781603" w:rsidR="003C7CA3" w:rsidRPr="00A07C1D" w:rsidRDefault="003454F7">
            <w:pPr>
              <w:keepNext/>
              <w:rPr>
                <w:b/>
                <w:bCs/>
                <w:lang w:val="ro-RO"/>
              </w:rPr>
            </w:pPr>
            <w:r w:rsidRPr="00A07C1D">
              <w:rPr>
                <w:sz w:val="16"/>
                <w:lang w:val="ro-RO"/>
              </w:rPr>
              <w:t xml:space="preserve"> </w:t>
            </w:r>
            <w:r w:rsidRPr="00A07C1D">
              <w:rPr>
                <w:b/>
                <w:bCs/>
                <w:sz w:val="16"/>
                <w:lang w:val="ro-RO"/>
              </w:rPr>
              <w:t xml:space="preserve">A · Lucrări de construcții noi, </w:t>
            </w:r>
            <w:r w:rsidR="00F61A70" w:rsidRPr="00A07C1D">
              <w:rPr>
                <w:b/>
                <w:bCs/>
                <w:sz w:val="16"/>
                <w:lang w:val="ro-RO"/>
              </w:rPr>
              <w:t xml:space="preserve">inclusiv instalațiile aferente acestora, </w:t>
            </w:r>
            <w:r w:rsidRPr="00A07C1D">
              <w:rPr>
                <w:b/>
                <w:bCs/>
                <w:sz w:val="16"/>
                <w:lang w:val="ro-RO"/>
              </w:rPr>
              <w:t>realizate</w:t>
            </w:r>
            <w:r w:rsidR="00F61A70" w:rsidRPr="00A07C1D">
              <w:rPr>
                <w:b/>
                <w:bCs/>
                <w:sz w:val="16"/>
                <w:lang w:val="ro-RO"/>
              </w:rPr>
              <w:t> :</w:t>
            </w:r>
          </w:p>
        </w:tc>
      </w:tr>
      <w:tr w:rsidR="003C7CA3" w:rsidRPr="0040425E" w14:paraId="147A6BE2" w14:textId="77777777" w:rsidTr="006D563F">
        <w:trPr>
          <w:cantSplit/>
        </w:trPr>
        <w:tc>
          <w:tcPr>
            <w:tcW w:w="9636" w:type="dxa"/>
          </w:tcPr>
          <w:p w14:paraId="601EB108" w14:textId="77777777" w:rsidR="003C7CA3" w:rsidRPr="00A07C1D" w:rsidRDefault="003454F7">
            <w:pPr>
              <w:keepNext/>
              <w:rPr>
                <w:lang w:val="ro-RO"/>
              </w:rPr>
            </w:pPr>
            <w:r w:rsidRPr="00A07C1D">
              <w:rPr>
                <w:sz w:val="16"/>
                <w:lang w:val="ro-RO"/>
              </w:rPr>
              <w:t xml:space="preserve"> ☐ în afara zonelor de protecție a monumentelor istorice     ☐ în zona de protecție a monumentelor istorice     ☐ în afara zonelor construite protejate     ☐ în zone construite protejate</w:t>
            </w:r>
          </w:p>
        </w:tc>
      </w:tr>
      <w:tr w:rsidR="003C7CA3" w:rsidRPr="0040425E" w14:paraId="2D382061" w14:textId="77777777" w:rsidTr="006D563F">
        <w:trPr>
          <w:cantSplit/>
        </w:trPr>
        <w:tc>
          <w:tcPr>
            <w:tcW w:w="9636" w:type="dxa"/>
          </w:tcPr>
          <w:p w14:paraId="378966C3" w14:textId="29450C89" w:rsidR="003C7CA3" w:rsidRPr="00A07C1D" w:rsidRDefault="003454F7">
            <w:pPr>
              <w:keepNext/>
              <w:rPr>
                <w:lang w:val="ro-RO"/>
              </w:rPr>
            </w:pPr>
            <w:r w:rsidRPr="00A07C1D">
              <w:rPr>
                <w:sz w:val="16"/>
                <w:lang w:val="ro-RO"/>
              </w:rPr>
              <w:t xml:space="preserve"> </w:t>
            </w:r>
            <w:r w:rsidRPr="00A07C1D">
              <w:rPr>
                <w:b/>
                <w:bCs/>
                <w:sz w:val="16"/>
                <w:lang w:val="ro-RO"/>
              </w:rPr>
              <w:t xml:space="preserve">☐ A.1 · clădiri civile </w:t>
            </w:r>
            <w:r w:rsidRPr="00A07C1D">
              <w:rPr>
                <w:sz w:val="16"/>
                <w:lang w:val="ro-RO"/>
              </w:rPr>
              <w:t xml:space="preserve">— </w:t>
            </w:r>
            <w:r w:rsidR="000B119D" w:rsidRPr="00A07C1D">
              <w:rPr>
                <w:sz w:val="16"/>
                <w:lang w:val="ro-RO"/>
              </w:rPr>
              <w:t xml:space="preserve">☐ construcții pentru instituții publice și servicii </w:t>
            </w:r>
            <w:r w:rsidR="000B119D" w:rsidRPr="00846CA8">
              <w:rPr>
                <w:sz w:val="16"/>
                <w:lang w:val="ro-RO"/>
              </w:rPr>
              <w:t>aferente infrastructurii de transport de int</w:t>
            </w:r>
            <w:r w:rsidR="006D563F" w:rsidRPr="00846CA8">
              <w:rPr>
                <w:sz w:val="16"/>
                <w:lang w:val="ro-RO"/>
              </w:rPr>
              <w:t>e</w:t>
            </w:r>
            <w:r w:rsidR="000B119D" w:rsidRPr="00846CA8">
              <w:rPr>
                <w:sz w:val="16"/>
                <w:lang w:val="ro-RO"/>
              </w:rPr>
              <w:t>res național</w:t>
            </w:r>
            <w:r w:rsidR="00C674B4" w:rsidRPr="00846CA8">
              <w:rPr>
                <w:lang w:val="ro-RO"/>
              </w:rPr>
              <w:t xml:space="preserve"> </w:t>
            </w:r>
            <w:r w:rsidR="00C674B4" w:rsidRPr="00846CA8">
              <w:rPr>
                <w:sz w:val="16"/>
                <w:lang w:val="ro-RO"/>
              </w:rPr>
              <w:t>şi de metrou gestionată de Societatea de Transport cu Metroul Bucureşti "Metrorex" - S.A.</w:t>
            </w:r>
            <w:r w:rsidR="000B119D" w:rsidRPr="00846CA8">
              <w:rPr>
                <w:sz w:val="16"/>
                <w:lang w:val="ro-RO"/>
              </w:rPr>
              <w:t>:</w:t>
            </w:r>
          </w:p>
        </w:tc>
      </w:tr>
      <w:tr w:rsidR="003C7CA3" w:rsidRPr="0040425E" w14:paraId="55BF03ED" w14:textId="77777777" w:rsidTr="006D563F">
        <w:trPr>
          <w:cantSplit/>
        </w:trPr>
        <w:tc>
          <w:tcPr>
            <w:tcW w:w="9636" w:type="dxa"/>
          </w:tcPr>
          <w:p w14:paraId="315DBC9B" w14:textId="7B1972F5" w:rsidR="003C7CA3" w:rsidRPr="00A07C1D" w:rsidRDefault="003454F7">
            <w:pPr>
              <w:keepNext/>
              <w:rPr>
                <w:sz w:val="16"/>
                <w:lang w:val="ro-RO"/>
              </w:rPr>
            </w:pPr>
            <w:r w:rsidRPr="00A07C1D">
              <w:rPr>
                <w:sz w:val="16"/>
                <w:lang w:val="ro-RO"/>
              </w:rPr>
              <w:t xml:space="preserve">     </w:t>
            </w:r>
          </w:p>
          <w:p w14:paraId="5D3F0566" w14:textId="2B68B9E0" w:rsidR="006D563F" w:rsidRPr="00A07C1D" w:rsidRDefault="006D563F">
            <w:pPr>
              <w:keepNext/>
              <w:rPr>
                <w:lang w:val="ro-RO"/>
              </w:rPr>
            </w:pPr>
          </w:p>
        </w:tc>
      </w:tr>
      <w:tr w:rsidR="003C7CA3" w:rsidRPr="0040425E" w14:paraId="46F48AAA" w14:textId="77777777" w:rsidTr="006D563F">
        <w:trPr>
          <w:cantSplit/>
        </w:trPr>
        <w:tc>
          <w:tcPr>
            <w:tcW w:w="9636" w:type="dxa"/>
            <w:shd w:val="clear" w:color="auto" w:fill="F4F4F4"/>
          </w:tcPr>
          <w:p w14:paraId="655B49BC" w14:textId="4F4F659C" w:rsidR="003C7CA3" w:rsidRPr="00A07C1D" w:rsidRDefault="003454F7">
            <w:pPr>
              <w:keepNext/>
              <w:rPr>
                <w:b/>
                <w:bCs/>
                <w:sz w:val="16"/>
                <w:lang w:val="ro-RO"/>
              </w:rPr>
            </w:pPr>
            <w:r w:rsidRPr="00A07C1D">
              <w:rPr>
                <w:b/>
                <w:bCs/>
                <w:sz w:val="16"/>
                <w:lang w:val="ro-RO"/>
              </w:rPr>
              <w:t xml:space="preserve"> B · Lucrări de intervenții asupra construcțiilor existente</w:t>
            </w:r>
            <w:r w:rsidR="00F61A70" w:rsidRPr="00A07C1D">
              <w:rPr>
                <w:b/>
                <w:bCs/>
                <w:sz w:val="16"/>
                <w:lang w:val="ro-RO"/>
              </w:rPr>
              <w:t> :</w:t>
            </w:r>
          </w:p>
          <w:p w14:paraId="5D7C2172" w14:textId="57C09657" w:rsidR="00F61A70" w:rsidRPr="00A07C1D" w:rsidRDefault="00F61A70">
            <w:pPr>
              <w:keepNext/>
              <w:rPr>
                <w:sz w:val="16"/>
                <w:lang w:val="ro-RO"/>
              </w:rPr>
            </w:pPr>
            <w:r w:rsidRPr="00A07C1D">
              <w:rPr>
                <w:rFonts w:ascii="Segoe UI Symbol" w:hAnsi="Segoe UI Symbol" w:cs="Segoe UI Symbol"/>
                <w:sz w:val="16"/>
                <w:lang w:val="ro-RO"/>
              </w:rPr>
              <w:t xml:space="preserve"> ☐</w:t>
            </w:r>
            <w:r w:rsidRPr="00A07C1D">
              <w:rPr>
                <w:sz w:val="16"/>
                <w:lang w:val="ro-RO"/>
              </w:rPr>
              <w:t xml:space="preserve"> reparații capitale  </w:t>
            </w:r>
            <w:r w:rsidRPr="00A07C1D">
              <w:rPr>
                <w:rFonts w:ascii="Segoe UI Symbol" w:hAnsi="Segoe UI Symbol" w:cs="Segoe UI Symbol"/>
                <w:sz w:val="16"/>
                <w:lang w:val="ro-RO"/>
              </w:rPr>
              <w:t>☐</w:t>
            </w:r>
            <w:r w:rsidRPr="00A07C1D">
              <w:rPr>
                <w:sz w:val="16"/>
                <w:lang w:val="ro-RO"/>
              </w:rPr>
              <w:t xml:space="preserve"> interven</w:t>
            </w:r>
            <w:r w:rsidRPr="00A07C1D">
              <w:rPr>
                <w:rFonts w:cs="Times New Roman"/>
                <w:sz w:val="16"/>
                <w:lang w:val="ro-RO"/>
              </w:rPr>
              <w:t>ț</w:t>
            </w:r>
            <w:r w:rsidRPr="00A07C1D">
              <w:rPr>
                <w:sz w:val="16"/>
                <w:lang w:val="ro-RO"/>
              </w:rPr>
              <w:t xml:space="preserve">ie </w:t>
            </w:r>
            <w:r w:rsidRPr="00A07C1D">
              <w:rPr>
                <w:rFonts w:cs="Times New Roman"/>
                <w:sz w:val="16"/>
                <w:lang w:val="ro-RO"/>
              </w:rPr>
              <w:t>î</w:t>
            </w:r>
            <w:r w:rsidRPr="00A07C1D">
              <w:rPr>
                <w:sz w:val="16"/>
                <w:lang w:val="ro-RO"/>
              </w:rPr>
              <w:t>n prim</w:t>
            </w:r>
            <w:r w:rsidRPr="00A07C1D">
              <w:rPr>
                <w:rFonts w:cs="Times New Roman"/>
                <w:sz w:val="16"/>
                <w:lang w:val="ro-RO"/>
              </w:rPr>
              <w:t>ă</w:t>
            </w:r>
            <w:r w:rsidRPr="00A07C1D">
              <w:rPr>
                <w:sz w:val="16"/>
                <w:lang w:val="ro-RO"/>
              </w:rPr>
              <w:t xml:space="preserve"> urgen</w:t>
            </w:r>
            <w:r w:rsidRPr="00A07C1D">
              <w:rPr>
                <w:rFonts w:cs="Times New Roman"/>
                <w:sz w:val="16"/>
                <w:lang w:val="ro-RO"/>
              </w:rPr>
              <w:t>ță</w:t>
            </w: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extindere a amprentei la sol </w:t>
            </w:r>
            <w:r w:rsidRPr="00A07C1D">
              <w:rPr>
                <w:rFonts w:cs="Times New Roman"/>
                <w:sz w:val="16"/>
                <w:lang w:val="ro-RO"/>
              </w:rPr>
              <w:t>ș</w:t>
            </w:r>
            <w:r w:rsidRPr="00A07C1D">
              <w:rPr>
                <w:sz w:val="16"/>
                <w:lang w:val="ro-RO"/>
              </w:rPr>
              <w:t xml:space="preserve">i a volumului  </w:t>
            </w:r>
            <w:r w:rsidRPr="00A07C1D">
              <w:rPr>
                <w:rFonts w:ascii="Segoe UI Symbol" w:hAnsi="Segoe UI Symbol" w:cs="Segoe UI Symbol"/>
                <w:sz w:val="16"/>
                <w:lang w:val="ro-RO"/>
              </w:rPr>
              <w:t>☐</w:t>
            </w:r>
            <w:r w:rsidRPr="00A07C1D">
              <w:rPr>
                <w:sz w:val="16"/>
                <w:lang w:val="ro-RO"/>
              </w:rPr>
              <w:t xml:space="preserve"> supraetajare     </w:t>
            </w:r>
          </w:p>
          <w:p w14:paraId="11B8FA7A" w14:textId="1A5C270E" w:rsidR="00F61A70" w:rsidRPr="00A07C1D" w:rsidRDefault="00F61A70">
            <w:pPr>
              <w:keepNext/>
              <w:rPr>
                <w:sz w:val="16"/>
                <w:lang w:val="ro-RO"/>
              </w:rPr>
            </w:pPr>
            <w:r w:rsidRPr="00A07C1D">
              <w:rPr>
                <w:rFonts w:ascii="Segoe UI Symbol" w:hAnsi="Segoe UI Symbol" w:cs="Segoe UI Symbol"/>
                <w:sz w:val="16"/>
                <w:lang w:val="ro-RO"/>
              </w:rPr>
              <w:t xml:space="preserve"> ☐</w:t>
            </w:r>
            <w:r w:rsidRPr="00A07C1D">
              <w:rPr>
                <w:sz w:val="16"/>
                <w:lang w:val="ro-RO"/>
              </w:rPr>
              <w:t xml:space="preserve"> refunc</w:t>
            </w:r>
            <w:r w:rsidRPr="00A07C1D">
              <w:rPr>
                <w:rFonts w:cs="Times New Roman"/>
                <w:sz w:val="16"/>
                <w:lang w:val="ro-RO"/>
              </w:rPr>
              <w:t>ț</w:t>
            </w:r>
            <w:r w:rsidRPr="00A07C1D">
              <w:rPr>
                <w:sz w:val="16"/>
                <w:lang w:val="ro-RO"/>
              </w:rPr>
              <w:t>ionalizare /schimbare de destina</w:t>
            </w:r>
            <w:r w:rsidRPr="00A07C1D">
              <w:rPr>
                <w:rFonts w:cs="Times New Roman"/>
                <w:sz w:val="16"/>
                <w:lang w:val="ro-RO"/>
              </w:rPr>
              <w:t>ț</w:t>
            </w:r>
            <w:r w:rsidRPr="00A07C1D">
              <w:rPr>
                <w:sz w:val="16"/>
                <w:lang w:val="ro-RO"/>
              </w:rPr>
              <w:t xml:space="preserve">ie     </w:t>
            </w:r>
            <w:r w:rsidRPr="00A07C1D">
              <w:rPr>
                <w:rFonts w:ascii="Segoe UI Symbol" w:hAnsi="Segoe UI Symbol" w:cs="Segoe UI Symbol"/>
                <w:sz w:val="16"/>
                <w:lang w:val="ro-RO"/>
              </w:rPr>
              <w:t>☐</w:t>
            </w:r>
            <w:r w:rsidRPr="00A07C1D">
              <w:rPr>
                <w:sz w:val="16"/>
                <w:lang w:val="ro-RO"/>
              </w:rPr>
              <w:t xml:space="preserve"> consolidare     </w:t>
            </w:r>
            <w:r w:rsidRPr="00A07C1D">
              <w:rPr>
                <w:rFonts w:ascii="Segoe UI Symbol" w:hAnsi="Segoe UI Symbol" w:cs="Segoe UI Symbol"/>
                <w:sz w:val="16"/>
                <w:lang w:val="ro-RO"/>
              </w:rPr>
              <w:t>☐</w:t>
            </w:r>
            <w:r w:rsidRPr="00A07C1D">
              <w:rPr>
                <w:sz w:val="16"/>
                <w:lang w:val="ro-RO"/>
              </w:rPr>
              <w:t xml:space="preserve"> modernizare, reabilitare     </w:t>
            </w:r>
            <w:r w:rsidRPr="00A07C1D">
              <w:rPr>
                <w:rFonts w:ascii="Segoe UI Symbol" w:hAnsi="Segoe UI Symbol" w:cs="Segoe UI Symbol"/>
                <w:sz w:val="16"/>
                <w:lang w:val="ro-RO"/>
              </w:rPr>
              <w:t>☐</w:t>
            </w:r>
            <w:r w:rsidRPr="00A07C1D">
              <w:rPr>
                <w:sz w:val="16"/>
                <w:lang w:val="ro-RO"/>
              </w:rPr>
              <w:t xml:space="preserve"> str</w:t>
            </w:r>
            <w:r w:rsidRPr="00A07C1D">
              <w:rPr>
                <w:rFonts w:cs="Times New Roman"/>
                <w:sz w:val="16"/>
                <w:lang w:val="ro-RO"/>
              </w:rPr>
              <w:t>ă</w:t>
            </w:r>
            <w:r w:rsidRPr="00A07C1D">
              <w:rPr>
                <w:sz w:val="16"/>
                <w:lang w:val="ro-RO"/>
              </w:rPr>
              <w:t xml:space="preserve">mutare     </w:t>
            </w:r>
            <w:r w:rsidRPr="00A07C1D">
              <w:rPr>
                <w:rFonts w:ascii="Segoe UI Symbol" w:hAnsi="Segoe UI Symbol" w:cs="Segoe UI Symbol"/>
                <w:sz w:val="16"/>
                <w:lang w:val="ro-RO"/>
              </w:rPr>
              <w:t>☐</w:t>
            </w:r>
            <w:r w:rsidRPr="00A07C1D">
              <w:rPr>
                <w:sz w:val="16"/>
                <w:lang w:val="ro-RO"/>
              </w:rPr>
              <w:t xml:space="preserve"> reconstruire    </w:t>
            </w:r>
          </w:p>
          <w:p w14:paraId="3889BADC" w14:textId="77777777" w:rsidR="00F61A70" w:rsidRPr="00A07C1D" w:rsidRDefault="00F61A70">
            <w:pPr>
              <w:keepNext/>
              <w:rPr>
                <w:sz w:val="16"/>
                <w:lang w:val="ro-RO"/>
              </w:rPr>
            </w:pP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conservare </w:t>
            </w:r>
            <w:r w:rsidRPr="00A07C1D">
              <w:rPr>
                <w:rFonts w:cs="Times New Roman"/>
                <w:sz w:val="16"/>
                <w:lang w:val="ro-RO"/>
              </w:rPr>
              <w:t>ș</w:t>
            </w:r>
            <w:r w:rsidRPr="00A07C1D">
              <w:rPr>
                <w:sz w:val="16"/>
                <w:lang w:val="ro-RO"/>
              </w:rPr>
              <w:t xml:space="preserve">i restaurare     </w:t>
            </w:r>
            <w:r w:rsidRPr="00A07C1D">
              <w:rPr>
                <w:rFonts w:ascii="Segoe UI Symbol" w:hAnsi="Segoe UI Symbol" w:cs="Segoe UI Symbol"/>
                <w:sz w:val="16"/>
                <w:lang w:val="ro-RO"/>
              </w:rPr>
              <w:t>☐</w:t>
            </w:r>
            <w:r w:rsidRPr="00A07C1D">
              <w:rPr>
                <w:sz w:val="16"/>
                <w:lang w:val="ro-RO"/>
              </w:rPr>
              <w:t xml:space="preserve"> remodelare exterioar</w:t>
            </w:r>
            <w:r w:rsidRPr="00A07C1D">
              <w:rPr>
                <w:rFonts w:cs="Times New Roman"/>
                <w:sz w:val="16"/>
                <w:lang w:val="ro-RO"/>
              </w:rPr>
              <w:t>ă</w:t>
            </w: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mansardare     </w:t>
            </w:r>
            <w:r w:rsidRPr="00A07C1D">
              <w:rPr>
                <w:rFonts w:ascii="Segoe UI Symbol" w:hAnsi="Segoe UI Symbol" w:cs="Segoe UI Symbol"/>
                <w:sz w:val="16"/>
                <w:lang w:val="ro-RO"/>
              </w:rPr>
              <w:t>☐</w:t>
            </w:r>
            <w:r w:rsidRPr="00A07C1D">
              <w:rPr>
                <w:sz w:val="16"/>
                <w:lang w:val="ro-RO"/>
              </w:rPr>
              <w:t xml:space="preserve"> remodelare interioar</w:t>
            </w:r>
            <w:r w:rsidRPr="00A07C1D">
              <w:rPr>
                <w:rFonts w:cs="Times New Roman"/>
                <w:sz w:val="16"/>
                <w:lang w:val="ro-RO"/>
              </w:rPr>
              <w:t>ă</w:t>
            </w:r>
            <w:r w:rsidRPr="00A07C1D">
              <w:rPr>
                <w:sz w:val="16"/>
                <w:lang w:val="ro-RO"/>
              </w:rPr>
              <w:t xml:space="preserve">    </w:t>
            </w:r>
          </w:p>
          <w:p w14:paraId="6A61D9FC" w14:textId="2CF1F153" w:rsidR="00F61A70" w:rsidRPr="00A07C1D" w:rsidRDefault="00F61A70">
            <w:pPr>
              <w:keepNext/>
              <w:rPr>
                <w:lang w:val="ro-RO"/>
              </w:rPr>
            </w:pP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desfiin</w:t>
            </w:r>
            <w:r w:rsidRPr="00A07C1D">
              <w:rPr>
                <w:rFonts w:cs="Times New Roman"/>
                <w:sz w:val="16"/>
                <w:lang w:val="ro-RO"/>
              </w:rPr>
              <w:t>ț</w:t>
            </w:r>
            <w:r w:rsidRPr="00A07C1D">
              <w:rPr>
                <w:sz w:val="16"/>
                <w:lang w:val="ro-RO"/>
              </w:rPr>
              <w:t>are sau demontare par</w:t>
            </w:r>
            <w:r w:rsidRPr="00A07C1D">
              <w:rPr>
                <w:rFonts w:cs="Times New Roman"/>
                <w:sz w:val="16"/>
                <w:lang w:val="ro-RO"/>
              </w:rPr>
              <w:t>ț</w:t>
            </w:r>
            <w:r w:rsidRPr="00A07C1D">
              <w:rPr>
                <w:sz w:val="16"/>
                <w:lang w:val="ro-RO"/>
              </w:rPr>
              <w:t>ial</w:t>
            </w:r>
            <w:r w:rsidRPr="00A07C1D">
              <w:rPr>
                <w:rFonts w:cs="Times New Roman"/>
                <w:sz w:val="16"/>
                <w:lang w:val="ro-RO"/>
              </w:rPr>
              <w:t>ă</w:t>
            </w:r>
            <w:r w:rsidRPr="00A07C1D">
              <w:rPr>
                <w:sz w:val="16"/>
                <w:lang w:val="ro-RO"/>
              </w:rPr>
              <w:t xml:space="preserve"> sau total</w:t>
            </w:r>
            <w:r w:rsidRPr="00A07C1D">
              <w:rPr>
                <w:rFonts w:cs="Times New Roman"/>
                <w:sz w:val="16"/>
                <w:lang w:val="ro-RO"/>
              </w:rPr>
              <w:t>ă</w:t>
            </w: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desfiin</w:t>
            </w:r>
            <w:r w:rsidRPr="00A07C1D">
              <w:rPr>
                <w:rFonts w:cs="Times New Roman"/>
                <w:sz w:val="16"/>
                <w:lang w:val="ro-RO"/>
              </w:rPr>
              <w:t>ț</w:t>
            </w:r>
            <w:r w:rsidRPr="00A07C1D">
              <w:rPr>
                <w:sz w:val="16"/>
                <w:lang w:val="ro-RO"/>
              </w:rPr>
              <w:t>are sau demontare total</w:t>
            </w:r>
            <w:r w:rsidRPr="00A07C1D">
              <w:rPr>
                <w:rFonts w:cs="Times New Roman"/>
                <w:sz w:val="16"/>
                <w:lang w:val="ro-RO"/>
              </w:rPr>
              <w:t>ă</w:t>
            </w:r>
            <w:r w:rsidRPr="00A07C1D">
              <w:rPr>
                <w:sz w:val="16"/>
                <w:lang w:val="ro-RO"/>
              </w:rPr>
              <w:t xml:space="preserve">     </w:t>
            </w:r>
            <w:r w:rsidRPr="00A07C1D">
              <w:rPr>
                <w:rFonts w:ascii="Segoe UI Symbol" w:hAnsi="Segoe UI Symbol" w:cs="Segoe UI Symbol"/>
                <w:sz w:val="16"/>
                <w:lang w:val="ro-RO"/>
              </w:rPr>
              <w:t>☐</w:t>
            </w:r>
            <w:r w:rsidRPr="00A07C1D">
              <w:rPr>
                <w:sz w:val="16"/>
                <w:lang w:val="ro-RO"/>
              </w:rPr>
              <w:t xml:space="preserve"> conservare la </w:t>
            </w:r>
            <w:r w:rsidRPr="00A07C1D">
              <w:rPr>
                <w:rFonts w:cs="Times New Roman"/>
                <w:sz w:val="16"/>
                <w:lang w:val="ro-RO"/>
              </w:rPr>
              <w:t>î</w:t>
            </w:r>
            <w:r w:rsidRPr="00A07C1D">
              <w:rPr>
                <w:sz w:val="16"/>
                <w:lang w:val="ro-RO"/>
              </w:rPr>
              <w:t>ntreruperea temporar</w:t>
            </w:r>
            <w:r w:rsidRPr="00A07C1D">
              <w:rPr>
                <w:rFonts w:cs="Times New Roman"/>
                <w:sz w:val="16"/>
                <w:lang w:val="ro-RO"/>
              </w:rPr>
              <w:t>ă</w:t>
            </w:r>
            <w:r w:rsidRPr="00A07C1D">
              <w:rPr>
                <w:sz w:val="16"/>
                <w:lang w:val="ro-RO"/>
              </w:rPr>
              <w:t xml:space="preserve"> a execu</w:t>
            </w:r>
            <w:r w:rsidRPr="00A07C1D">
              <w:rPr>
                <w:rFonts w:cs="Times New Roman"/>
                <w:sz w:val="16"/>
                <w:lang w:val="ro-RO"/>
              </w:rPr>
              <w:t>ț</w:t>
            </w:r>
            <w:r w:rsidRPr="00A07C1D">
              <w:rPr>
                <w:sz w:val="16"/>
                <w:lang w:val="ro-RO"/>
              </w:rPr>
              <w:t>iei</w:t>
            </w:r>
          </w:p>
        </w:tc>
      </w:tr>
      <w:tr w:rsidR="003C7CA3" w:rsidRPr="0040425E" w14:paraId="5C30782E" w14:textId="77777777" w:rsidTr="006D563F">
        <w:trPr>
          <w:cantSplit/>
        </w:trPr>
        <w:tc>
          <w:tcPr>
            <w:tcW w:w="9636" w:type="dxa"/>
          </w:tcPr>
          <w:p w14:paraId="2E7867BD" w14:textId="7855AD06" w:rsidR="003C7CA3" w:rsidRPr="00A07C1D" w:rsidRDefault="003454F7">
            <w:pPr>
              <w:keepNext/>
              <w:rPr>
                <w:b/>
                <w:bCs/>
                <w:lang w:val="ro-RO"/>
              </w:rPr>
            </w:pPr>
            <w:r w:rsidRPr="00A07C1D">
              <w:rPr>
                <w:b/>
                <w:bCs/>
                <w:sz w:val="16"/>
                <w:lang w:val="ro-RO"/>
              </w:rPr>
              <w:t>☐ B.1 · realizate la alte construcții decât cele de la B.</w:t>
            </w:r>
            <w:r w:rsidR="00544C84" w:rsidRPr="00A07C1D">
              <w:rPr>
                <w:b/>
                <w:bCs/>
                <w:sz w:val="16"/>
                <w:lang w:val="ro-RO"/>
              </w:rPr>
              <w:t>2</w:t>
            </w:r>
            <w:r w:rsidRPr="00A07C1D">
              <w:rPr>
                <w:b/>
                <w:bCs/>
                <w:sz w:val="16"/>
                <w:lang w:val="ro-RO"/>
              </w:rPr>
              <w:t>:</w:t>
            </w:r>
          </w:p>
        </w:tc>
      </w:tr>
      <w:tr w:rsidR="003C7CA3" w:rsidRPr="00A07C1D" w14:paraId="4E54D5F5" w14:textId="77777777" w:rsidTr="006D563F">
        <w:trPr>
          <w:cantSplit/>
        </w:trPr>
        <w:tc>
          <w:tcPr>
            <w:tcW w:w="9636" w:type="dxa"/>
          </w:tcPr>
          <w:p w14:paraId="15613C59" w14:textId="006DCEB3" w:rsidR="003C7CA3" w:rsidRPr="00A07C1D" w:rsidRDefault="003454F7">
            <w:pPr>
              <w:keepNext/>
              <w:rPr>
                <w:b/>
                <w:bCs/>
                <w:lang w:val="ro-RO"/>
              </w:rPr>
            </w:pPr>
            <w:r w:rsidRPr="00A07C1D">
              <w:rPr>
                <w:b/>
                <w:bCs/>
                <w:sz w:val="16"/>
                <w:lang w:val="ro-RO"/>
              </w:rPr>
              <w:t>☐ B.2 · realizate la:</w:t>
            </w:r>
          </w:p>
        </w:tc>
      </w:tr>
      <w:tr w:rsidR="003C7CA3" w:rsidRPr="0040425E" w14:paraId="21686F75" w14:textId="77777777" w:rsidTr="006D563F">
        <w:trPr>
          <w:cantSplit/>
        </w:trPr>
        <w:tc>
          <w:tcPr>
            <w:tcW w:w="9636" w:type="dxa"/>
          </w:tcPr>
          <w:p w14:paraId="27A0F79D" w14:textId="77777777" w:rsidR="003C7CA3" w:rsidRPr="00A07C1D" w:rsidRDefault="003454F7">
            <w:pPr>
              <w:keepNext/>
              <w:rPr>
                <w:lang w:val="ro-RO"/>
              </w:rPr>
            </w:pPr>
            <w:r w:rsidRPr="00A07C1D">
              <w:rPr>
                <w:sz w:val="16"/>
                <w:lang w:val="ro-RO"/>
              </w:rPr>
              <w:t>☐ construcții monument istoric (Legea nr. 422/2001), inclusiv anexele din același imobil</w:t>
            </w:r>
          </w:p>
          <w:p w14:paraId="6548132E" w14:textId="77777777" w:rsidR="003C7CA3" w:rsidRPr="00A07C1D" w:rsidRDefault="003454F7">
            <w:pPr>
              <w:keepNext/>
              <w:rPr>
                <w:lang w:val="ro-RO"/>
              </w:rPr>
            </w:pPr>
            <w:r w:rsidRPr="00A07C1D">
              <w:rPr>
                <w:sz w:val="16"/>
                <w:lang w:val="ro-RO"/>
              </w:rPr>
              <w:t>☐ construcții în zona de protecție a monumentelor istorice</w:t>
            </w:r>
          </w:p>
          <w:p w14:paraId="1914C10D" w14:textId="77777777" w:rsidR="003C7CA3" w:rsidRPr="00A07C1D" w:rsidRDefault="003454F7">
            <w:pPr>
              <w:keepNext/>
              <w:rPr>
                <w:lang w:val="ro-RO"/>
              </w:rPr>
            </w:pPr>
            <w:r w:rsidRPr="00A07C1D">
              <w:rPr>
                <w:sz w:val="16"/>
                <w:lang w:val="ro-RO"/>
              </w:rPr>
              <w:t>☐ construcții în zone construite protejate</w:t>
            </w:r>
          </w:p>
          <w:p w14:paraId="4C3ED46E" w14:textId="77777777" w:rsidR="003C7CA3" w:rsidRPr="00A07C1D" w:rsidRDefault="003454F7">
            <w:pPr>
              <w:keepNext/>
              <w:rPr>
                <w:lang w:val="ro-RO"/>
              </w:rPr>
            </w:pPr>
            <w:r w:rsidRPr="00A07C1D">
              <w:rPr>
                <w:sz w:val="16"/>
                <w:lang w:val="ro-RO"/>
              </w:rPr>
              <w:t>☐ construcții cu valoare arhitecturală sau istorică deosebită, stabilite prin documentații de urbanism aprobate</w:t>
            </w:r>
          </w:p>
        </w:tc>
      </w:tr>
      <w:tr w:rsidR="003C7CA3" w:rsidRPr="0040425E" w14:paraId="365A3BB4" w14:textId="77777777" w:rsidTr="006D563F">
        <w:trPr>
          <w:cantSplit/>
        </w:trPr>
        <w:tc>
          <w:tcPr>
            <w:tcW w:w="9636" w:type="dxa"/>
          </w:tcPr>
          <w:p w14:paraId="5C7CAF34" w14:textId="5C52F5E9" w:rsidR="003C7CA3" w:rsidRPr="00A07C1D" w:rsidRDefault="003C7CA3">
            <w:pPr>
              <w:keepNext/>
              <w:rPr>
                <w:lang w:val="ro-RO"/>
              </w:rPr>
            </w:pPr>
          </w:p>
        </w:tc>
      </w:tr>
      <w:tr w:rsidR="003C7CA3" w:rsidRPr="00A07C1D" w14:paraId="2DE849E8" w14:textId="77777777" w:rsidTr="006D563F">
        <w:trPr>
          <w:cantSplit/>
        </w:trPr>
        <w:tc>
          <w:tcPr>
            <w:tcW w:w="9636" w:type="dxa"/>
            <w:shd w:val="clear" w:color="auto" w:fill="F4F4F4"/>
          </w:tcPr>
          <w:p w14:paraId="3EB12BC0" w14:textId="77777777" w:rsidR="003C7CA3" w:rsidRPr="00A07C1D" w:rsidRDefault="003454F7">
            <w:pPr>
              <w:keepNext/>
              <w:rPr>
                <w:b/>
                <w:bCs/>
                <w:lang w:val="ro-RO"/>
              </w:rPr>
            </w:pPr>
            <w:r w:rsidRPr="00A07C1D">
              <w:rPr>
                <w:b/>
                <w:bCs/>
                <w:sz w:val="16"/>
                <w:lang w:val="ro-RO"/>
              </w:rPr>
              <w:t xml:space="preserve"> C · Amenajări</w:t>
            </w:r>
          </w:p>
        </w:tc>
      </w:tr>
      <w:tr w:rsidR="003C7CA3" w:rsidRPr="00A07C1D" w14:paraId="66C8F468" w14:textId="77777777" w:rsidTr="006D563F">
        <w:trPr>
          <w:cantSplit/>
        </w:trPr>
        <w:tc>
          <w:tcPr>
            <w:tcW w:w="9636" w:type="dxa"/>
          </w:tcPr>
          <w:p w14:paraId="43680500" w14:textId="77777777" w:rsidR="003C7CA3" w:rsidRPr="00A07C1D" w:rsidRDefault="003454F7">
            <w:pPr>
              <w:keepNext/>
              <w:rPr>
                <w:lang w:val="ro-RO"/>
              </w:rPr>
            </w:pPr>
            <w:r w:rsidRPr="00A07C1D">
              <w:rPr>
                <w:sz w:val="16"/>
                <w:lang w:val="ro-RO"/>
              </w:rPr>
              <w:t>☐ C.1 · amenajări civile</w:t>
            </w:r>
          </w:p>
          <w:p w14:paraId="0894A1ED" w14:textId="77777777" w:rsidR="003C7CA3" w:rsidRPr="00A07C1D" w:rsidRDefault="003454F7">
            <w:pPr>
              <w:keepNext/>
              <w:rPr>
                <w:lang w:val="ro-RO"/>
              </w:rPr>
            </w:pPr>
            <w:r w:rsidRPr="00A07C1D">
              <w:rPr>
                <w:sz w:val="16"/>
                <w:lang w:val="ro-RO"/>
              </w:rPr>
              <w:t>☐ C.2 · amenajări și îmbunătățiri funciare</w:t>
            </w:r>
          </w:p>
          <w:p w14:paraId="4914BB2B" w14:textId="09DBB904" w:rsidR="003C7CA3" w:rsidRPr="00A07C1D" w:rsidRDefault="003454F7">
            <w:pPr>
              <w:keepNext/>
              <w:rPr>
                <w:lang w:val="ro-RO"/>
              </w:rPr>
            </w:pPr>
            <w:r w:rsidRPr="00A07C1D">
              <w:rPr>
                <w:sz w:val="16"/>
                <w:lang w:val="ro-RO"/>
              </w:rPr>
              <w:t>☐ C.3 · construcții provizorii /cu caracter temporar</w:t>
            </w:r>
          </w:p>
          <w:p w14:paraId="4C0C2C50" w14:textId="5E28C17A" w:rsidR="003C7CA3" w:rsidRPr="00A07C1D" w:rsidRDefault="003454F7">
            <w:pPr>
              <w:keepNext/>
              <w:rPr>
                <w:lang w:val="ro-RO"/>
              </w:rPr>
            </w:pPr>
            <w:r w:rsidRPr="00A07C1D">
              <w:rPr>
                <w:sz w:val="16"/>
                <w:lang w:val="ro-RO"/>
              </w:rPr>
              <w:t>☐ C.</w:t>
            </w:r>
            <w:r w:rsidR="00C674B4" w:rsidRPr="00A07C1D">
              <w:rPr>
                <w:sz w:val="16"/>
                <w:lang w:val="ro-RO"/>
              </w:rPr>
              <w:t>4</w:t>
            </w:r>
            <w:r w:rsidRPr="00A07C1D">
              <w:rPr>
                <w:sz w:val="16"/>
                <w:lang w:val="ro-RO"/>
              </w:rPr>
              <w:t xml:space="preserve"> · spații verzi, plantate</w:t>
            </w:r>
          </w:p>
          <w:p w14:paraId="2C342054" w14:textId="183B55F3" w:rsidR="003C7CA3" w:rsidRPr="00A07C1D" w:rsidRDefault="003454F7">
            <w:pPr>
              <w:keepNext/>
              <w:rPr>
                <w:lang w:val="ro-RO"/>
              </w:rPr>
            </w:pPr>
            <w:r w:rsidRPr="00A07C1D">
              <w:rPr>
                <w:sz w:val="16"/>
                <w:lang w:val="ro-RO"/>
              </w:rPr>
              <w:t>☐ C.</w:t>
            </w:r>
            <w:r w:rsidR="00C674B4" w:rsidRPr="00A07C1D">
              <w:rPr>
                <w:sz w:val="16"/>
                <w:lang w:val="ro-RO"/>
              </w:rPr>
              <w:t>5</w:t>
            </w:r>
            <w:r w:rsidRPr="00A07C1D">
              <w:rPr>
                <w:sz w:val="16"/>
                <w:lang w:val="ro-RO"/>
              </w:rPr>
              <w:t xml:space="preserve"> · spații publice</w:t>
            </w:r>
          </w:p>
        </w:tc>
      </w:tr>
      <w:tr w:rsidR="003C7CA3" w:rsidRPr="0040425E" w14:paraId="49124A1B" w14:textId="77777777" w:rsidTr="006D563F">
        <w:trPr>
          <w:cantSplit/>
        </w:trPr>
        <w:tc>
          <w:tcPr>
            <w:tcW w:w="9636" w:type="dxa"/>
            <w:shd w:val="clear" w:color="auto" w:fill="F4F4F4"/>
          </w:tcPr>
          <w:p w14:paraId="465514F8" w14:textId="77777777" w:rsidR="003C7CA3" w:rsidRPr="00A07C1D" w:rsidRDefault="003454F7">
            <w:pPr>
              <w:keepNext/>
              <w:rPr>
                <w:b/>
                <w:bCs/>
                <w:lang w:val="ro-RO"/>
              </w:rPr>
            </w:pPr>
            <w:r w:rsidRPr="00A07C1D">
              <w:rPr>
                <w:b/>
                <w:bCs/>
                <w:sz w:val="16"/>
                <w:lang w:val="ro-RO"/>
              </w:rPr>
              <w:t xml:space="preserve"> D · Lucrări inginerești, inclusiv intervenții la astfel de construcții</w:t>
            </w:r>
          </w:p>
        </w:tc>
      </w:tr>
      <w:tr w:rsidR="003C7CA3" w:rsidRPr="0040425E" w14:paraId="04D8B1F3" w14:textId="77777777" w:rsidTr="006D563F">
        <w:trPr>
          <w:cantSplit/>
        </w:trPr>
        <w:tc>
          <w:tcPr>
            <w:tcW w:w="9636" w:type="dxa"/>
          </w:tcPr>
          <w:p w14:paraId="5DB1C9BE" w14:textId="33337958" w:rsidR="003C7CA3" w:rsidRPr="00A07C1D" w:rsidRDefault="003454F7">
            <w:pPr>
              <w:rPr>
                <w:lang w:val="ro-RO"/>
              </w:rPr>
            </w:pPr>
            <w:r w:rsidRPr="00A07C1D">
              <w:rPr>
                <w:sz w:val="16"/>
                <w:lang w:val="ro-RO"/>
              </w:rPr>
              <w:t>☐ D.1 · infrastructura de transport de interes național</w:t>
            </w:r>
          </w:p>
          <w:p w14:paraId="0895795C" w14:textId="77777777" w:rsidR="003C7CA3" w:rsidRPr="00A07C1D" w:rsidRDefault="003454F7">
            <w:pPr>
              <w:rPr>
                <w:lang w:val="ro-RO"/>
              </w:rPr>
            </w:pPr>
            <w:r w:rsidRPr="00A07C1D">
              <w:rPr>
                <w:sz w:val="16"/>
                <w:lang w:val="ro-RO"/>
              </w:rPr>
              <w:t>☐ D.2 · infrastructură în domeniul energiei</w:t>
            </w:r>
          </w:p>
          <w:p w14:paraId="695D7125" w14:textId="77777777" w:rsidR="003C7CA3" w:rsidRPr="00A07C1D" w:rsidRDefault="003454F7">
            <w:pPr>
              <w:rPr>
                <w:lang w:val="ro-RO"/>
              </w:rPr>
            </w:pPr>
            <w:r w:rsidRPr="00A07C1D">
              <w:rPr>
                <w:sz w:val="16"/>
                <w:lang w:val="ro-RO"/>
              </w:rPr>
              <w:t>☐ D.3 · rețele de comunicații electronice și infrastructurile fizice aferente</w:t>
            </w:r>
          </w:p>
          <w:p w14:paraId="40CA9785" w14:textId="77777777" w:rsidR="003C7CA3" w:rsidRPr="00A07C1D" w:rsidRDefault="003454F7">
            <w:pPr>
              <w:rPr>
                <w:lang w:val="ro-RO"/>
              </w:rPr>
            </w:pPr>
            <w:r w:rsidRPr="00A07C1D">
              <w:rPr>
                <w:sz w:val="16"/>
                <w:lang w:val="ro-RO"/>
              </w:rPr>
              <w:t>☐ D.4 · gospodărirea apelor</w:t>
            </w:r>
          </w:p>
          <w:p w14:paraId="3723A58E" w14:textId="77777777" w:rsidR="003C7CA3" w:rsidRPr="00A07C1D" w:rsidRDefault="003454F7">
            <w:pPr>
              <w:rPr>
                <w:lang w:val="ro-RO"/>
              </w:rPr>
            </w:pPr>
            <w:r w:rsidRPr="00A07C1D">
              <w:rPr>
                <w:sz w:val="16"/>
                <w:lang w:val="ro-RO"/>
              </w:rPr>
              <w:t>☐ D.5 · hidrotehnice</w:t>
            </w:r>
          </w:p>
          <w:p w14:paraId="3BE96BC8" w14:textId="57B20BFB" w:rsidR="003C7CA3" w:rsidRPr="00A07C1D" w:rsidRDefault="003454F7" w:rsidP="00A07C1D">
            <w:pPr>
              <w:rPr>
                <w:lang w:val="ro-RO"/>
              </w:rPr>
            </w:pPr>
            <w:r w:rsidRPr="00A07C1D">
              <w:rPr>
                <w:rFonts w:ascii="Segoe UI Symbol" w:hAnsi="Segoe UI Symbol" w:cs="Segoe UI Symbol"/>
                <w:sz w:val="16"/>
                <w:lang w:val="ro-RO"/>
              </w:rPr>
              <w:t>☐</w:t>
            </w:r>
            <w:r w:rsidRPr="00A07C1D">
              <w:rPr>
                <w:sz w:val="16"/>
                <w:lang w:val="ro-RO"/>
              </w:rPr>
              <w:t xml:space="preserve"> D.6 · alte lucrări inginerești </w:t>
            </w:r>
            <w:r w:rsidRPr="00A07C1D">
              <w:rPr>
                <w:color w:val="000000" w:themeColor="text1"/>
                <w:sz w:val="16"/>
                <w:lang w:val="ro-RO"/>
              </w:rPr>
              <w:t xml:space="preserve">necesare </w:t>
            </w:r>
            <w:r w:rsidR="00C674B4" w:rsidRPr="00A07C1D">
              <w:rPr>
                <w:color w:val="000000" w:themeColor="text1"/>
                <w:sz w:val="16"/>
                <w:lang w:val="ro-RO"/>
              </w:rPr>
              <w:t>pentru realizarea infrastructurii de transport de interes național</w:t>
            </w:r>
          </w:p>
        </w:tc>
      </w:tr>
    </w:tbl>
    <w:p w14:paraId="082F6609" w14:textId="77777777" w:rsidR="003C7CA3" w:rsidRPr="00A07C1D" w:rsidRDefault="003C7CA3">
      <w:pPr>
        <w:spacing w:line="168" w:lineRule="auto"/>
        <w:rPr>
          <w:u w:val="single"/>
          <w:lang w:val="ro-RO"/>
        </w:rPr>
      </w:pPr>
    </w:p>
    <w:p w14:paraId="7B0C7BA1" w14:textId="77777777" w:rsidR="00913191" w:rsidRPr="00A07C1D" w:rsidRDefault="00913191">
      <w:pPr>
        <w:spacing w:line="168" w:lineRule="auto"/>
        <w:rPr>
          <w:sz w:val="18"/>
          <w:szCs w:val="18"/>
          <w:u w:val="single"/>
          <w:lang w:val="ro-RO"/>
        </w:rPr>
      </w:pPr>
    </w:p>
    <w:p w14:paraId="4AA9E511" w14:textId="0220556D" w:rsidR="00913191" w:rsidRPr="00A07C1D" w:rsidRDefault="00913191" w:rsidP="00731762">
      <w:pPr>
        <w:jc w:val="both"/>
        <w:rPr>
          <w:sz w:val="20"/>
          <w:szCs w:val="20"/>
          <w:u w:val="single"/>
          <w:lang w:val="ro-RO"/>
        </w:rPr>
      </w:pPr>
      <w:r w:rsidRPr="00A07C1D">
        <w:rPr>
          <w:sz w:val="20"/>
          <w:szCs w:val="20"/>
          <w:u w:val="single"/>
          <w:lang w:val="ro-RO"/>
        </w:rPr>
        <w:t xml:space="preserve">Punctele 2-9 se </w:t>
      </w:r>
      <w:r w:rsidR="00731762" w:rsidRPr="00A07C1D">
        <w:rPr>
          <w:sz w:val="20"/>
          <w:szCs w:val="20"/>
          <w:u w:val="single"/>
          <w:lang w:val="ro-RO"/>
        </w:rPr>
        <w:t>completează</w:t>
      </w:r>
      <w:r w:rsidRPr="00A07C1D">
        <w:rPr>
          <w:sz w:val="20"/>
          <w:szCs w:val="20"/>
          <w:u w:val="single"/>
          <w:lang w:val="ro-RO"/>
        </w:rPr>
        <w:t xml:space="preserve"> în cazul </w:t>
      </w:r>
      <w:r w:rsidR="00731762" w:rsidRPr="00A07C1D">
        <w:rPr>
          <w:sz w:val="20"/>
          <w:szCs w:val="20"/>
          <w:u w:val="single"/>
          <w:lang w:val="ro-RO"/>
        </w:rPr>
        <w:t>clădirilor</w:t>
      </w:r>
      <w:r w:rsidRPr="00A07C1D">
        <w:rPr>
          <w:sz w:val="20"/>
          <w:szCs w:val="20"/>
          <w:u w:val="single"/>
          <w:lang w:val="ro-RO"/>
        </w:rPr>
        <w:t xml:space="preserve"> și al intervențiilor asupra clădirilor existente, iar</w:t>
      </w:r>
      <w:r w:rsidR="00F61A70" w:rsidRPr="00A07C1D">
        <w:rPr>
          <w:sz w:val="20"/>
          <w:szCs w:val="20"/>
          <w:u w:val="single"/>
          <w:lang w:val="ro-RO"/>
        </w:rPr>
        <w:t xml:space="preserve"> </w:t>
      </w:r>
      <w:r w:rsidRPr="00A07C1D">
        <w:rPr>
          <w:sz w:val="20"/>
          <w:szCs w:val="20"/>
          <w:u w:val="single"/>
          <w:lang w:val="ro-RO"/>
        </w:rPr>
        <w:t xml:space="preserve">în cazul </w:t>
      </w:r>
      <w:r w:rsidR="00731762" w:rsidRPr="00A07C1D">
        <w:rPr>
          <w:sz w:val="20"/>
          <w:szCs w:val="20"/>
          <w:u w:val="single"/>
          <w:lang w:val="ro-RO"/>
        </w:rPr>
        <w:t>amenajărilor</w:t>
      </w:r>
      <w:r w:rsidRPr="00A07C1D">
        <w:rPr>
          <w:sz w:val="20"/>
          <w:szCs w:val="20"/>
          <w:u w:val="single"/>
          <w:lang w:val="ro-RO"/>
        </w:rPr>
        <w:t xml:space="preserve"> /lucrărilor inginerești, doar dacă acestea cuprind și clădiri</w:t>
      </w:r>
    </w:p>
    <w:p w14:paraId="4D0FD730" w14:textId="77777777" w:rsidR="00913191" w:rsidRPr="00A07C1D" w:rsidRDefault="00913191">
      <w:pPr>
        <w:spacing w:line="168" w:lineRule="auto"/>
        <w:rPr>
          <w:b/>
          <w:bCs/>
          <w:sz w:val="18"/>
          <w:szCs w:val="18"/>
          <w:u w:val="single"/>
          <w:lang w:val="ro-RO"/>
        </w:rPr>
      </w:pP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1606"/>
        <w:gridCol w:w="2409"/>
        <w:gridCol w:w="2409"/>
      </w:tblGrid>
      <w:tr w:rsidR="003C7CA3" w:rsidRPr="00A07C1D" w14:paraId="0C8ACC4D" w14:textId="77777777" w:rsidTr="00C674B4">
        <w:trPr>
          <w:cantSplit/>
        </w:trPr>
        <w:tc>
          <w:tcPr>
            <w:tcW w:w="9636" w:type="dxa"/>
            <w:gridSpan w:val="5"/>
            <w:shd w:val="clear" w:color="auto" w:fill="F4F4F4"/>
          </w:tcPr>
          <w:p w14:paraId="1D6A27EF" w14:textId="19CFC06A" w:rsidR="003C7CA3" w:rsidRPr="00A07C1D" w:rsidRDefault="003454F7">
            <w:pPr>
              <w:keepNext/>
              <w:rPr>
                <w:lang w:val="ro-RO"/>
              </w:rPr>
            </w:pPr>
            <w:r w:rsidRPr="00A07C1D">
              <w:rPr>
                <w:b/>
                <w:sz w:val="16"/>
                <w:lang w:val="ro-RO"/>
              </w:rPr>
              <w:t xml:space="preserve"> 2. </w:t>
            </w:r>
            <w:r w:rsidRPr="00A07C1D">
              <w:rPr>
                <w:b/>
                <w:color w:val="000000"/>
                <w:sz w:val="18"/>
                <w:lang w:val="ro-RO"/>
              </w:rPr>
              <w:t>DATELE CARACTERISTICE ALE AMPLASAMENTULUI</w:t>
            </w:r>
          </w:p>
        </w:tc>
      </w:tr>
      <w:tr w:rsidR="003C7CA3" w:rsidRPr="00A07C1D" w14:paraId="7869F015" w14:textId="77777777" w:rsidTr="00C674B4">
        <w:trPr>
          <w:cantSplit/>
          <w:trHeight w:val="510"/>
        </w:trPr>
        <w:tc>
          <w:tcPr>
            <w:tcW w:w="3212" w:type="dxa"/>
            <w:gridSpan w:val="2"/>
          </w:tcPr>
          <w:p w14:paraId="43CC5C98" w14:textId="77777777" w:rsidR="003C7CA3" w:rsidRPr="00A07C1D" w:rsidRDefault="003454F7">
            <w:pPr>
              <w:keepNext/>
              <w:rPr>
                <w:lang w:val="ro-RO"/>
              </w:rPr>
            </w:pPr>
            <w:r w:rsidRPr="00A07C1D">
              <w:rPr>
                <w:b/>
                <w:color w:val="0D5F78"/>
                <w:lang w:val="ro-RO"/>
              </w:rPr>
              <w:t>Suprafața terenului (m²)</w:t>
            </w:r>
          </w:p>
          <w:p w14:paraId="12091D05" w14:textId="77777777" w:rsidR="003C7CA3" w:rsidRPr="00A07C1D" w:rsidRDefault="003C7CA3">
            <w:pPr>
              <w:keepNext/>
              <w:rPr>
                <w:lang w:val="ro-RO"/>
              </w:rPr>
            </w:pPr>
          </w:p>
        </w:tc>
        <w:tc>
          <w:tcPr>
            <w:tcW w:w="6424" w:type="dxa"/>
            <w:gridSpan w:val="3"/>
          </w:tcPr>
          <w:p w14:paraId="02AB0E94" w14:textId="77777777" w:rsidR="003C7CA3" w:rsidRPr="00A07C1D" w:rsidRDefault="003454F7">
            <w:pPr>
              <w:keepNext/>
              <w:rPr>
                <w:lang w:val="ro-RO"/>
              </w:rPr>
            </w:pPr>
            <w:r w:rsidRPr="00A07C1D">
              <w:rPr>
                <w:b/>
                <w:color w:val="0D5F78"/>
                <w:lang w:val="ro-RO"/>
              </w:rPr>
              <w:t>Terenul este</w:t>
            </w:r>
          </w:p>
          <w:p w14:paraId="775AFB5C" w14:textId="77777777" w:rsidR="003C7CA3" w:rsidRPr="00A07C1D" w:rsidRDefault="003454F7">
            <w:pPr>
              <w:keepNext/>
              <w:rPr>
                <w:lang w:val="ro-RO"/>
              </w:rPr>
            </w:pPr>
            <w:r w:rsidRPr="00A07C1D">
              <w:rPr>
                <w:sz w:val="16"/>
                <w:lang w:val="ro-RO"/>
              </w:rPr>
              <w:t>☐ liber de construcții     ☐ nu este liber de construcții</w:t>
            </w:r>
          </w:p>
        </w:tc>
      </w:tr>
      <w:tr w:rsidR="003C7CA3" w:rsidRPr="00A07C1D" w14:paraId="7F716C47" w14:textId="77777777" w:rsidTr="00C674B4">
        <w:trPr>
          <w:cantSplit/>
          <w:trHeight w:val="369"/>
        </w:trPr>
        <w:tc>
          <w:tcPr>
            <w:tcW w:w="4818" w:type="dxa"/>
            <w:gridSpan w:val="3"/>
          </w:tcPr>
          <w:p w14:paraId="132C498C" w14:textId="77777777" w:rsidR="003C7CA3" w:rsidRPr="00A07C1D" w:rsidRDefault="003454F7">
            <w:pPr>
              <w:keepNext/>
              <w:rPr>
                <w:lang w:val="ro-RO"/>
              </w:rPr>
            </w:pPr>
            <w:r w:rsidRPr="00A07C1D">
              <w:rPr>
                <w:b/>
                <w:color w:val="0D5F78"/>
                <w:lang w:val="ro-RO"/>
              </w:rPr>
              <w:t>Acces carosabil din strada</w:t>
            </w:r>
          </w:p>
          <w:p w14:paraId="250E3356" w14:textId="77777777" w:rsidR="003C7CA3" w:rsidRPr="00A07C1D" w:rsidRDefault="003C7CA3">
            <w:pPr>
              <w:keepNext/>
              <w:rPr>
                <w:lang w:val="ro-RO"/>
              </w:rPr>
            </w:pPr>
          </w:p>
        </w:tc>
        <w:tc>
          <w:tcPr>
            <w:tcW w:w="4818" w:type="dxa"/>
            <w:gridSpan w:val="2"/>
          </w:tcPr>
          <w:p w14:paraId="650B5965" w14:textId="3B87D292" w:rsidR="003C7CA3" w:rsidRPr="00A07C1D" w:rsidRDefault="003454F7">
            <w:pPr>
              <w:keepNext/>
              <w:rPr>
                <w:lang w:val="ro-RO"/>
              </w:rPr>
            </w:pPr>
            <w:r w:rsidRPr="00A07C1D">
              <w:rPr>
                <w:sz w:val="16"/>
                <w:lang w:val="ro-RO"/>
              </w:rPr>
              <w:t>☐ direct     ☐ prin drum p</w:t>
            </w:r>
            <w:r w:rsidR="0007047E" w:rsidRPr="00A07C1D">
              <w:rPr>
                <w:sz w:val="16"/>
                <w:lang w:val="ro-RO"/>
              </w:rPr>
              <w:t>rivat</w:t>
            </w:r>
          </w:p>
        </w:tc>
      </w:tr>
      <w:tr w:rsidR="003C7CA3" w:rsidRPr="0040425E" w14:paraId="53A8A3B2" w14:textId="77777777" w:rsidTr="00C674B4">
        <w:trPr>
          <w:cantSplit/>
        </w:trPr>
        <w:tc>
          <w:tcPr>
            <w:tcW w:w="9636" w:type="dxa"/>
            <w:gridSpan w:val="5"/>
          </w:tcPr>
          <w:p w14:paraId="606E8547" w14:textId="77777777" w:rsidR="003C7CA3" w:rsidRPr="00A07C1D" w:rsidRDefault="003454F7">
            <w:pPr>
              <w:keepNext/>
              <w:rPr>
                <w:sz w:val="16"/>
                <w:lang w:val="ro-RO"/>
              </w:rPr>
            </w:pPr>
            <w:r w:rsidRPr="00A07C1D">
              <w:rPr>
                <w:sz w:val="16"/>
                <w:lang w:val="ro-RO"/>
              </w:rPr>
              <w:t xml:space="preserve"> ☐ terenul se află în zona de protecție a monumentelor istorice     ☐ terenul se află în zone construite protejate</w:t>
            </w:r>
          </w:p>
          <w:p w14:paraId="3D53D1E9" w14:textId="77777777" w:rsidR="00C46767" w:rsidRPr="00A07C1D" w:rsidRDefault="00C46767" w:rsidP="00C46767">
            <w:pPr>
              <w:rPr>
                <w:lang w:val="ro-RO"/>
              </w:rPr>
            </w:pPr>
          </w:p>
        </w:tc>
      </w:tr>
      <w:tr w:rsidR="003C7CA3" w:rsidRPr="00A07C1D" w14:paraId="165B4D0A" w14:textId="77777777" w:rsidTr="00C674B4">
        <w:trPr>
          <w:cantSplit/>
        </w:trPr>
        <w:tc>
          <w:tcPr>
            <w:tcW w:w="9636" w:type="dxa"/>
            <w:gridSpan w:val="5"/>
          </w:tcPr>
          <w:p w14:paraId="079CCB85" w14:textId="77777777" w:rsidR="003C7CA3" w:rsidRPr="00A07C1D" w:rsidRDefault="003454F7">
            <w:pPr>
              <w:keepNext/>
              <w:pBdr>
                <w:bottom w:val="dotted" w:sz="6" w:space="0" w:color="999999"/>
              </w:pBdr>
              <w:spacing w:after="80"/>
              <w:rPr>
                <w:lang w:val="ro-RO"/>
              </w:rPr>
            </w:pPr>
            <w:r w:rsidRPr="00A07C1D">
              <w:rPr>
                <w:color w:val="0D5F78"/>
                <w:lang w:val="ro-RO"/>
              </w:rPr>
              <w:t xml:space="preserve">Servituți  </w:t>
            </w:r>
          </w:p>
          <w:p w14:paraId="7D7BEDB6" w14:textId="77777777" w:rsidR="003C7CA3" w:rsidRPr="00A07C1D" w:rsidRDefault="003C7CA3">
            <w:pPr>
              <w:keepNext/>
              <w:pBdr>
                <w:bottom w:val="dotted" w:sz="6" w:space="0" w:color="999999"/>
              </w:pBdr>
              <w:spacing w:after="80"/>
              <w:rPr>
                <w:lang w:val="ro-RO"/>
              </w:rPr>
            </w:pPr>
          </w:p>
        </w:tc>
      </w:tr>
      <w:tr w:rsidR="00C46767" w:rsidRPr="00A07C1D" w14:paraId="483B4B50" w14:textId="77777777" w:rsidTr="00C674B4">
        <w:trPr>
          <w:cantSplit/>
        </w:trPr>
        <w:tc>
          <w:tcPr>
            <w:tcW w:w="9636" w:type="dxa"/>
            <w:gridSpan w:val="5"/>
            <w:shd w:val="clear" w:color="auto" w:fill="F4F4F4"/>
          </w:tcPr>
          <w:p w14:paraId="4E8E6812" w14:textId="500AFB81" w:rsidR="00C46767" w:rsidRPr="00A07C1D" w:rsidRDefault="00C46767">
            <w:pPr>
              <w:keepNext/>
              <w:rPr>
                <w:sz w:val="16"/>
                <w:lang w:val="ro-RO"/>
              </w:rPr>
            </w:pPr>
            <w:r w:rsidRPr="00A07C1D">
              <w:rPr>
                <w:sz w:val="16"/>
                <w:lang w:val="ro-RO"/>
              </w:rPr>
              <w:t>Amplasare</w:t>
            </w:r>
          </w:p>
        </w:tc>
      </w:tr>
      <w:tr w:rsidR="002870AD" w:rsidRPr="00A07C1D" w14:paraId="44377C56" w14:textId="77777777" w:rsidTr="00C674B4">
        <w:trPr>
          <w:cantSplit/>
        </w:trPr>
        <w:tc>
          <w:tcPr>
            <w:tcW w:w="2409" w:type="dxa"/>
            <w:shd w:val="clear" w:color="auto" w:fill="FFFFFF" w:themeFill="background1"/>
          </w:tcPr>
          <w:p w14:paraId="6F9630C7" w14:textId="77777777" w:rsidR="002870AD" w:rsidRPr="00A07C1D" w:rsidRDefault="002870AD" w:rsidP="002870AD">
            <w:pPr>
              <w:keepNext/>
              <w:rPr>
                <w:lang w:val="ro-RO"/>
              </w:rPr>
            </w:pPr>
            <w:r w:rsidRPr="00A07C1D">
              <w:rPr>
                <w:b/>
                <w:color w:val="0D5F78"/>
                <w:lang w:val="ro-RO"/>
              </w:rPr>
              <w:t>Pentru clădiri, după caz: Tip amplasare</w:t>
            </w:r>
          </w:p>
          <w:p w14:paraId="6FDA335B" w14:textId="77777777" w:rsidR="002870AD" w:rsidRPr="00A07C1D" w:rsidRDefault="002870AD" w:rsidP="002870AD">
            <w:pPr>
              <w:keepNext/>
              <w:rPr>
                <w:lang w:val="ro-RO"/>
              </w:rPr>
            </w:pPr>
            <w:r w:rsidRPr="00A07C1D">
              <w:rPr>
                <w:i/>
                <w:color w:val="7A7A7A"/>
                <w:lang w:val="ro-RO"/>
              </w:rPr>
              <w:t>izolat · cuplat · înșiruit</w:t>
            </w:r>
          </w:p>
          <w:p w14:paraId="13BE7951" w14:textId="376290B7" w:rsidR="002870AD" w:rsidRPr="00A07C1D" w:rsidRDefault="002870AD" w:rsidP="002870AD">
            <w:pPr>
              <w:keepNext/>
              <w:rPr>
                <w:sz w:val="16"/>
                <w:lang w:val="ro-RO"/>
              </w:rPr>
            </w:pPr>
          </w:p>
        </w:tc>
        <w:tc>
          <w:tcPr>
            <w:tcW w:w="2409" w:type="dxa"/>
            <w:gridSpan w:val="2"/>
            <w:shd w:val="clear" w:color="auto" w:fill="FFFFFF" w:themeFill="background1"/>
          </w:tcPr>
          <w:p w14:paraId="20F12E02" w14:textId="77777777" w:rsidR="002870AD" w:rsidRPr="00A07C1D" w:rsidRDefault="002870AD" w:rsidP="002870AD">
            <w:pPr>
              <w:keepNext/>
              <w:rPr>
                <w:lang w:val="ro-RO"/>
              </w:rPr>
            </w:pPr>
            <w:r w:rsidRPr="00A07C1D">
              <w:rPr>
                <w:b/>
                <w:color w:val="0D5F78"/>
                <w:lang w:val="ro-RO"/>
              </w:rPr>
              <w:t>Tipologie/morfologie urbană</w:t>
            </w:r>
          </w:p>
          <w:p w14:paraId="0D40C2D7" w14:textId="77777777" w:rsidR="002870AD" w:rsidRPr="00A07C1D" w:rsidRDefault="002870AD" w:rsidP="002870AD">
            <w:pPr>
              <w:keepNext/>
              <w:rPr>
                <w:sz w:val="16"/>
                <w:lang w:val="ro-RO"/>
              </w:rPr>
            </w:pPr>
          </w:p>
        </w:tc>
        <w:tc>
          <w:tcPr>
            <w:tcW w:w="2409" w:type="dxa"/>
            <w:shd w:val="clear" w:color="auto" w:fill="FFFFFF" w:themeFill="background1"/>
          </w:tcPr>
          <w:p w14:paraId="5F7ED79E" w14:textId="77777777" w:rsidR="002870AD" w:rsidRPr="00A07C1D" w:rsidRDefault="002870AD" w:rsidP="002870AD">
            <w:pPr>
              <w:keepNext/>
              <w:rPr>
                <w:lang w:val="ro-RO"/>
              </w:rPr>
            </w:pPr>
            <w:r w:rsidRPr="00A07C1D">
              <w:rPr>
                <w:b/>
                <w:color w:val="0D5F78"/>
                <w:lang w:val="ro-RO"/>
              </w:rPr>
              <w:t xml:space="preserve">Front construit </w:t>
            </w:r>
          </w:p>
          <w:p w14:paraId="087F5E3E" w14:textId="77777777" w:rsidR="002870AD" w:rsidRPr="00A07C1D" w:rsidRDefault="002870AD" w:rsidP="002870AD">
            <w:pPr>
              <w:keepNext/>
              <w:rPr>
                <w:sz w:val="16"/>
                <w:lang w:val="ro-RO"/>
              </w:rPr>
            </w:pPr>
          </w:p>
        </w:tc>
        <w:tc>
          <w:tcPr>
            <w:tcW w:w="2409" w:type="dxa"/>
            <w:shd w:val="clear" w:color="auto" w:fill="FFFFFF" w:themeFill="background1"/>
          </w:tcPr>
          <w:p w14:paraId="4E025FE6" w14:textId="77777777" w:rsidR="002870AD" w:rsidRPr="00A07C1D" w:rsidRDefault="002870AD" w:rsidP="002870AD">
            <w:pPr>
              <w:keepNext/>
              <w:rPr>
                <w:lang w:val="ro-RO"/>
              </w:rPr>
            </w:pPr>
            <w:r w:rsidRPr="00A07C1D">
              <w:rPr>
                <w:b/>
                <w:color w:val="0D5F78"/>
                <w:lang w:val="ro-RO"/>
              </w:rPr>
              <w:t>Curte interioară</w:t>
            </w:r>
          </w:p>
          <w:p w14:paraId="2BA71759" w14:textId="170AC89A" w:rsidR="002870AD" w:rsidRPr="00A07C1D" w:rsidRDefault="002870AD" w:rsidP="002870AD">
            <w:pPr>
              <w:keepNext/>
              <w:rPr>
                <w:sz w:val="16"/>
                <w:lang w:val="ro-RO"/>
              </w:rPr>
            </w:pPr>
          </w:p>
        </w:tc>
      </w:tr>
      <w:tr w:rsidR="002870AD" w:rsidRPr="0040425E" w14:paraId="7605E0CD" w14:textId="77777777" w:rsidTr="00C674B4">
        <w:trPr>
          <w:cantSplit/>
        </w:trPr>
        <w:tc>
          <w:tcPr>
            <w:tcW w:w="9636" w:type="dxa"/>
            <w:gridSpan w:val="5"/>
            <w:shd w:val="clear" w:color="auto" w:fill="F4F4F4"/>
          </w:tcPr>
          <w:p w14:paraId="47A73E17" w14:textId="77777777" w:rsidR="002870AD" w:rsidRPr="00A07C1D" w:rsidRDefault="002870AD" w:rsidP="002870AD">
            <w:pPr>
              <w:keepNext/>
              <w:rPr>
                <w:lang w:val="ro-RO"/>
              </w:rPr>
            </w:pPr>
            <w:r w:rsidRPr="00A07C1D">
              <w:rPr>
                <w:sz w:val="16"/>
                <w:lang w:val="ro-RO"/>
              </w:rPr>
              <w:t xml:space="preserve"> Amplasarea clădirilor pe teren, după realizarea lucrărilor — retragerile minime</w:t>
            </w:r>
          </w:p>
        </w:tc>
      </w:tr>
      <w:tr w:rsidR="002870AD" w:rsidRPr="0040425E" w14:paraId="2EE614B8" w14:textId="77777777" w:rsidTr="00C674B4">
        <w:trPr>
          <w:cantSplit/>
          <w:trHeight w:val="510"/>
        </w:trPr>
        <w:tc>
          <w:tcPr>
            <w:tcW w:w="2409" w:type="dxa"/>
          </w:tcPr>
          <w:p w14:paraId="5A8E209E" w14:textId="77777777" w:rsidR="002870AD" w:rsidRPr="00A07C1D" w:rsidRDefault="002870AD" w:rsidP="002870AD">
            <w:pPr>
              <w:rPr>
                <w:lang w:val="ro-RO"/>
              </w:rPr>
            </w:pPr>
            <w:r w:rsidRPr="00A07C1D">
              <w:rPr>
                <w:b/>
                <w:color w:val="0D5F78"/>
                <w:lang w:val="ro-RO"/>
              </w:rPr>
              <w:t>față de aliniament (m)</w:t>
            </w:r>
          </w:p>
          <w:p w14:paraId="198628E3" w14:textId="77777777" w:rsidR="002870AD" w:rsidRPr="00A07C1D" w:rsidRDefault="002870AD" w:rsidP="002870AD">
            <w:pPr>
              <w:rPr>
                <w:lang w:val="ro-RO"/>
              </w:rPr>
            </w:pPr>
          </w:p>
        </w:tc>
        <w:tc>
          <w:tcPr>
            <w:tcW w:w="2409" w:type="dxa"/>
            <w:gridSpan w:val="2"/>
          </w:tcPr>
          <w:p w14:paraId="4ADB5DFD" w14:textId="77777777" w:rsidR="002870AD" w:rsidRPr="00A07C1D" w:rsidRDefault="002870AD" w:rsidP="002870AD">
            <w:pPr>
              <w:rPr>
                <w:lang w:val="ro-RO"/>
              </w:rPr>
            </w:pPr>
            <w:r w:rsidRPr="00A07C1D">
              <w:rPr>
                <w:b/>
                <w:color w:val="0D5F78"/>
                <w:lang w:val="ro-RO"/>
              </w:rPr>
              <w:t>față de limita lateral-dreapta (m)</w:t>
            </w:r>
          </w:p>
          <w:p w14:paraId="5CB17E5D" w14:textId="77777777" w:rsidR="002870AD" w:rsidRPr="00A07C1D" w:rsidRDefault="002870AD" w:rsidP="002870AD">
            <w:pPr>
              <w:rPr>
                <w:lang w:val="ro-RO"/>
              </w:rPr>
            </w:pPr>
          </w:p>
        </w:tc>
        <w:tc>
          <w:tcPr>
            <w:tcW w:w="2409" w:type="dxa"/>
          </w:tcPr>
          <w:p w14:paraId="20498C41" w14:textId="77777777" w:rsidR="002870AD" w:rsidRPr="00A07C1D" w:rsidRDefault="002870AD" w:rsidP="002870AD">
            <w:pPr>
              <w:rPr>
                <w:lang w:val="ro-RO"/>
              </w:rPr>
            </w:pPr>
            <w:r w:rsidRPr="00A07C1D">
              <w:rPr>
                <w:b/>
                <w:color w:val="0D5F78"/>
                <w:lang w:val="ro-RO"/>
              </w:rPr>
              <w:t>față de limita lateral-stânga (m)</w:t>
            </w:r>
          </w:p>
          <w:p w14:paraId="4096649E" w14:textId="77777777" w:rsidR="002870AD" w:rsidRPr="00A07C1D" w:rsidRDefault="002870AD" w:rsidP="002870AD">
            <w:pPr>
              <w:rPr>
                <w:lang w:val="ro-RO"/>
              </w:rPr>
            </w:pPr>
          </w:p>
        </w:tc>
        <w:tc>
          <w:tcPr>
            <w:tcW w:w="2409" w:type="dxa"/>
          </w:tcPr>
          <w:p w14:paraId="649ED46B" w14:textId="77777777" w:rsidR="002870AD" w:rsidRPr="00A07C1D" w:rsidRDefault="002870AD" w:rsidP="002870AD">
            <w:pPr>
              <w:rPr>
                <w:lang w:val="ro-RO"/>
              </w:rPr>
            </w:pPr>
            <w:r w:rsidRPr="00A07C1D">
              <w:rPr>
                <w:b/>
                <w:color w:val="0D5F78"/>
                <w:lang w:val="ro-RO"/>
              </w:rPr>
              <w:t>față de limita posterioară (m)</w:t>
            </w:r>
          </w:p>
          <w:p w14:paraId="3C47F09A" w14:textId="77777777" w:rsidR="002870AD" w:rsidRPr="00A07C1D" w:rsidRDefault="002870AD" w:rsidP="002870AD">
            <w:pPr>
              <w:rPr>
                <w:lang w:val="ro-RO"/>
              </w:rPr>
            </w:pPr>
          </w:p>
        </w:tc>
      </w:tr>
      <w:tr w:rsidR="002870AD" w:rsidRPr="0040425E" w14:paraId="41C06C37" w14:textId="77777777" w:rsidTr="00C674B4">
        <w:trPr>
          <w:cantSplit/>
          <w:trHeight w:val="226"/>
        </w:trPr>
        <w:tc>
          <w:tcPr>
            <w:tcW w:w="4818" w:type="dxa"/>
            <w:gridSpan w:val="3"/>
            <w:shd w:val="clear" w:color="auto" w:fill="F2F2F2" w:themeFill="background1" w:themeFillShade="F2"/>
          </w:tcPr>
          <w:p w14:paraId="6B7999BC" w14:textId="31BC9654" w:rsidR="002870AD" w:rsidRPr="00A07C1D" w:rsidRDefault="002870AD" w:rsidP="002870AD">
            <w:pPr>
              <w:rPr>
                <w:bCs/>
                <w:color w:val="000000" w:themeColor="text1"/>
                <w:lang w:val="ro-RO"/>
              </w:rPr>
            </w:pPr>
            <w:r w:rsidRPr="00A07C1D">
              <w:rPr>
                <w:bCs/>
                <w:color w:val="000000" w:themeColor="text1"/>
                <w:lang w:val="ro-RO"/>
              </w:rPr>
              <w:t>Procent de ocupare a terenului (%) – pentru clădiri</w:t>
            </w:r>
          </w:p>
        </w:tc>
        <w:tc>
          <w:tcPr>
            <w:tcW w:w="4818" w:type="dxa"/>
            <w:gridSpan w:val="2"/>
            <w:shd w:val="clear" w:color="auto" w:fill="F2F2F2" w:themeFill="background1" w:themeFillShade="F2"/>
          </w:tcPr>
          <w:p w14:paraId="62285E8F" w14:textId="040AAA75" w:rsidR="002870AD" w:rsidRPr="00A07C1D" w:rsidRDefault="002870AD" w:rsidP="002870AD">
            <w:pPr>
              <w:rPr>
                <w:bCs/>
                <w:color w:val="000000" w:themeColor="text1"/>
                <w:lang w:val="ro-RO"/>
              </w:rPr>
            </w:pPr>
            <w:r w:rsidRPr="00A07C1D">
              <w:rPr>
                <w:bCs/>
                <w:color w:val="000000" w:themeColor="text1"/>
                <w:lang w:val="ro-RO"/>
              </w:rPr>
              <w:t>Coeficient de utilizare a terenului – pentru clădiri</w:t>
            </w:r>
          </w:p>
        </w:tc>
      </w:tr>
      <w:tr w:rsidR="002870AD" w:rsidRPr="00A07C1D" w14:paraId="060A73FB" w14:textId="77777777" w:rsidTr="00C674B4">
        <w:trPr>
          <w:cantSplit/>
          <w:trHeight w:val="272"/>
        </w:trPr>
        <w:tc>
          <w:tcPr>
            <w:tcW w:w="2409" w:type="dxa"/>
          </w:tcPr>
          <w:p w14:paraId="0E0452C6" w14:textId="6F162BE0" w:rsidR="002870AD" w:rsidRPr="00A07C1D" w:rsidRDefault="002870AD" w:rsidP="002870AD">
            <w:pPr>
              <w:rPr>
                <w:b/>
                <w:color w:val="0D5F78"/>
                <w:lang w:val="ro-RO"/>
              </w:rPr>
            </w:pPr>
            <w:r w:rsidRPr="00A07C1D">
              <w:rPr>
                <w:b/>
                <w:color w:val="0D5F78"/>
                <w:lang w:val="ro-RO"/>
              </w:rPr>
              <w:t>Existent</w:t>
            </w:r>
          </w:p>
        </w:tc>
        <w:tc>
          <w:tcPr>
            <w:tcW w:w="2409" w:type="dxa"/>
            <w:gridSpan w:val="2"/>
          </w:tcPr>
          <w:p w14:paraId="56E832C5" w14:textId="77777777" w:rsidR="002870AD" w:rsidRPr="00A07C1D" w:rsidRDefault="002870AD" w:rsidP="002870AD">
            <w:pPr>
              <w:rPr>
                <w:b/>
                <w:color w:val="0D5F78"/>
                <w:lang w:val="ro-RO"/>
              </w:rPr>
            </w:pPr>
          </w:p>
        </w:tc>
        <w:tc>
          <w:tcPr>
            <w:tcW w:w="2409" w:type="dxa"/>
          </w:tcPr>
          <w:p w14:paraId="24F09C4A" w14:textId="4BD79D03" w:rsidR="002870AD" w:rsidRPr="00A07C1D" w:rsidRDefault="002870AD" w:rsidP="002870AD">
            <w:pPr>
              <w:rPr>
                <w:b/>
                <w:color w:val="0D5F78"/>
                <w:lang w:val="ro-RO"/>
              </w:rPr>
            </w:pPr>
            <w:r w:rsidRPr="00A07C1D">
              <w:rPr>
                <w:b/>
                <w:color w:val="0D5F78"/>
                <w:lang w:val="ro-RO"/>
              </w:rPr>
              <w:t>Existent</w:t>
            </w:r>
          </w:p>
        </w:tc>
        <w:tc>
          <w:tcPr>
            <w:tcW w:w="2409" w:type="dxa"/>
          </w:tcPr>
          <w:p w14:paraId="3DA88BDD" w14:textId="77777777" w:rsidR="002870AD" w:rsidRPr="00A07C1D" w:rsidRDefault="002870AD" w:rsidP="002870AD">
            <w:pPr>
              <w:rPr>
                <w:b/>
                <w:color w:val="0D5F78"/>
                <w:lang w:val="ro-RO"/>
              </w:rPr>
            </w:pPr>
          </w:p>
        </w:tc>
      </w:tr>
      <w:tr w:rsidR="002870AD" w:rsidRPr="00A07C1D" w14:paraId="008E2BA0" w14:textId="77777777" w:rsidTr="00C674B4">
        <w:trPr>
          <w:cantSplit/>
          <w:trHeight w:val="272"/>
        </w:trPr>
        <w:tc>
          <w:tcPr>
            <w:tcW w:w="2409" w:type="dxa"/>
          </w:tcPr>
          <w:p w14:paraId="7D7FB8E0" w14:textId="22FA1577" w:rsidR="002870AD" w:rsidRPr="00A07C1D" w:rsidRDefault="002870AD" w:rsidP="002870AD">
            <w:pPr>
              <w:rPr>
                <w:b/>
                <w:color w:val="0D5F78"/>
                <w:lang w:val="ro-RO"/>
              </w:rPr>
            </w:pPr>
            <w:r w:rsidRPr="00A07C1D">
              <w:rPr>
                <w:b/>
                <w:color w:val="0D5F78"/>
                <w:lang w:val="ro-RO"/>
              </w:rPr>
              <w:t>Propus</w:t>
            </w:r>
          </w:p>
        </w:tc>
        <w:tc>
          <w:tcPr>
            <w:tcW w:w="2409" w:type="dxa"/>
            <w:gridSpan w:val="2"/>
          </w:tcPr>
          <w:p w14:paraId="27E463A9" w14:textId="77777777" w:rsidR="002870AD" w:rsidRPr="00A07C1D" w:rsidRDefault="002870AD" w:rsidP="002870AD">
            <w:pPr>
              <w:rPr>
                <w:b/>
                <w:color w:val="0D5F78"/>
                <w:lang w:val="ro-RO"/>
              </w:rPr>
            </w:pPr>
          </w:p>
        </w:tc>
        <w:tc>
          <w:tcPr>
            <w:tcW w:w="2409" w:type="dxa"/>
          </w:tcPr>
          <w:p w14:paraId="7FD00EA7" w14:textId="29AF4CF0" w:rsidR="002870AD" w:rsidRPr="00A07C1D" w:rsidRDefault="002870AD" w:rsidP="002870AD">
            <w:pPr>
              <w:rPr>
                <w:b/>
                <w:color w:val="0D5F78"/>
                <w:lang w:val="ro-RO"/>
              </w:rPr>
            </w:pPr>
            <w:r w:rsidRPr="00A07C1D">
              <w:rPr>
                <w:b/>
                <w:color w:val="0D5F78"/>
                <w:lang w:val="ro-RO"/>
              </w:rPr>
              <w:t>Propus</w:t>
            </w:r>
          </w:p>
        </w:tc>
        <w:tc>
          <w:tcPr>
            <w:tcW w:w="2409" w:type="dxa"/>
          </w:tcPr>
          <w:p w14:paraId="6BCF08B6" w14:textId="77777777" w:rsidR="002870AD" w:rsidRPr="00A07C1D" w:rsidRDefault="002870AD" w:rsidP="002870AD">
            <w:pPr>
              <w:rPr>
                <w:b/>
                <w:color w:val="0D5F78"/>
                <w:lang w:val="ro-RO"/>
              </w:rPr>
            </w:pPr>
          </w:p>
        </w:tc>
      </w:tr>
    </w:tbl>
    <w:p w14:paraId="132E47EC" w14:textId="07AC5DB5" w:rsidR="003C7CA3" w:rsidRPr="00A07C1D" w:rsidRDefault="003C7CA3">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2409"/>
        <w:gridCol w:w="2409"/>
        <w:gridCol w:w="2409"/>
      </w:tblGrid>
      <w:tr w:rsidR="0007047E" w:rsidRPr="00A07C1D" w14:paraId="03C946DF" w14:textId="77777777" w:rsidTr="00303E64">
        <w:trPr>
          <w:cantSplit/>
        </w:trPr>
        <w:tc>
          <w:tcPr>
            <w:tcW w:w="9636" w:type="dxa"/>
            <w:gridSpan w:val="4"/>
            <w:shd w:val="clear" w:color="auto" w:fill="F4F4F4"/>
          </w:tcPr>
          <w:p w14:paraId="5F98CBA4" w14:textId="2EDCA382" w:rsidR="0007047E" w:rsidRPr="00A07C1D" w:rsidRDefault="0007047E" w:rsidP="00303E64">
            <w:pPr>
              <w:keepNext/>
              <w:rPr>
                <w:lang w:val="ro-RO"/>
              </w:rPr>
            </w:pPr>
            <w:r w:rsidRPr="00A07C1D">
              <w:rPr>
                <w:b/>
                <w:sz w:val="16"/>
                <w:lang w:val="ro-RO"/>
              </w:rPr>
              <w:t xml:space="preserve">3. </w:t>
            </w:r>
            <w:r w:rsidRPr="00A07C1D">
              <w:rPr>
                <w:b/>
                <w:color w:val="000000"/>
                <w:sz w:val="18"/>
                <w:lang w:val="ro-RO"/>
              </w:rPr>
              <w:t xml:space="preserve">SUPRAFEȚE </w:t>
            </w:r>
          </w:p>
        </w:tc>
      </w:tr>
      <w:tr w:rsidR="0007047E" w:rsidRPr="00A07C1D" w14:paraId="0B55DA5B" w14:textId="77777777" w:rsidTr="00303E64">
        <w:trPr>
          <w:cantSplit/>
          <w:trHeight w:val="297"/>
        </w:trPr>
        <w:tc>
          <w:tcPr>
            <w:tcW w:w="2409" w:type="dxa"/>
          </w:tcPr>
          <w:p w14:paraId="5BB088E4" w14:textId="77777777" w:rsidR="0007047E" w:rsidRPr="00A07C1D" w:rsidRDefault="0007047E" w:rsidP="00303E64">
            <w:pPr>
              <w:keepNext/>
              <w:rPr>
                <w:sz w:val="16"/>
                <w:szCs w:val="16"/>
                <w:lang w:val="ro-RO"/>
              </w:rPr>
            </w:pPr>
            <w:r w:rsidRPr="00A07C1D">
              <w:rPr>
                <w:sz w:val="16"/>
                <w:szCs w:val="16"/>
                <w:lang w:val="ro-RO"/>
              </w:rPr>
              <w:t>clădiri existente, din care:</w:t>
            </w:r>
          </w:p>
        </w:tc>
        <w:tc>
          <w:tcPr>
            <w:tcW w:w="2409" w:type="dxa"/>
          </w:tcPr>
          <w:p w14:paraId="1E806F4B" w14:textId="77777777" w:rsidR="0007047E" w:rsidRPr="00A07C1D" w:rsidRDefault="0007047E" w:rsidP="00303E64">
            <w:pPr>
              <w:keepNext/>
              <w:rPr>
                <w:lang w:val="ro-RO"/>
              </w:rPr>
            </w:pPr>
            <w:r w:rsidRPr="00A07C1D">
              <w:rPr>
                <w:b/>
                <w:color w:val="0D5F78"/>
                <w:lang w:val="ro-RO"/>
              </w:rPr>
              <w:t>Suprafață construită (m²)</w:t>
            </w:r>
          </w:p>
          <w:p w14:paraId="403A4944" w14:textId="77777777" w:rsidR="0007047E" w:rsidRPr="00A07C1D" w:rsidRDefault="0007047E" w:rsidP="00303E64">
            <w:pPr>
              <w:keepNext/>
              <w:rPr>
                <w:lang w:val="ro-RO"/>
              </w:rPr>
            </w:pPr>
          </w:p>
        </w:tc>
        <w:tc>
          <w:tcPr>
            <w:tcW w:w="2409" w:type="dxa"/>
          </w:tcPr>
          <w:p w14:paraId="17199850" w14:textId="77777777" w:rsidR="0007047E" w:rsidRPr="00A07C1D" w:rsidRDefault="0007047E" w:rsidP="00303E64">
            <w:pPr>
              <w:keepNext/>
              <w:rPr>
                <w:lang w:val="ro-RO"/>
              </w:rPr>
            </w:pPr>
            <w:r w:rsidRPr="00A07C1D">
              <w:rPr>
                <w:b/>
                <w:color w:val="0D5F78"/>
                <w:lang w:val="ro-RO"/>
              </w:rPr>
              <w:t>Suprafață desfășurată (m²)</w:t>
            </w:r>
          </w:p>
          <w:p w14:paraId="4BF4EA09" w14:textId="77777777" w:rsidR="0007047E" w:rsidRPr="00A07C1D" w:rsidRDefault="0007047E" w:rsidP="00303E64">
            <w:pPr>
              <w:keepNext/>
              <w:rPr>
                <w:lang w:val="ro-RO"/>
              </w:rPr>
            </w:pPr>
          </w:p>
        </w:tc>
        <w:tc>
          <w:tcPr>
            <w:tcW w:w="2409" w:type="dxa"/>
          </w:tcPr>
          <w:p w14:paraId="0DC34539" w14:textId="77777777" w:rsidR="0007047E" w:rsidRPr="00A07C1D" w:rsidRDefault="0007047E" w:rsidP="00303E64">
            <w:pPr>
              <w:keepNext/>
              <w:rPr>
                <w:lang w:val="ro-RO"/>
              </w:rPr>
            </w:pPr>
            <w:r w:rsidRPr="00A07C1D">
              <w:rPr>
                <w:b/>
                <w:color w:val="0D5F78"/>
                <w:lang w:val="ro-RO"/>
              </w:rPr>
              <w:t>Suprafață utilă (m²)</w:t>
            </w:r>
          </w:p>
          <w:p w14:paraId="1743490B" w14:textId="77777777" w:rsidR="0007047E" w:rsidRPr="00A07C1D" w:rsidRDefault="0007047E" w:rsidP="00303E64">
            <w:pPr>
              <w:keepNext/>
              <w:rPr>
                <w:lang w:val="ro-RO"/>
              </w:rPr>
            </w:pPr>
          </w:p>
        </w:tc>
      </w:tr>
      <w:tr w:rsidR="0007047E" w:rsidRPr="00A07C1D" w14:paraId="290E3B1A" w14:textId="77777777" w:rsidTr="00303E64">
        <w:trPr>
          <w:cantSplit/>
          <w:trHeight w:val="192"/>
        </w:trPr>
        <w:tc>
          <w:tcPr>
            <w:tcW w:w="2409" w:type="dxa"/>
          </w:tcPr>
          <w:p w14:paraId="77A680BD" w14:textId="77777777" w:rsidR="0007047E" w:rsidRPr="00A07C1D" w:rsidRDefault="0007047E" w:rsidP="00303E64">
            <w:pPr>
              <w:keepNext/>
              <w:rPr>
                <w:sz w:val="16"/>
                <w:szCs w:val="16"/>
                <w:lang w:val="ro-RO"/>
              </w:rPr>
            </w:pPr>
            <w:r w:rsidRPr="00A07C1D">
              <w:rPr>
                <w:sz w:val="16"/>
                <w:szCs w:val="16"/>
                <w:lang w:val="ro-RO"/>
              </w:rPr>
              <w:t>— desființate</w:t>
            </w:r>
          </w:p>
        </w:tc>
        <w:tc>
          <w:tcPr>
            <w:tcW w:w="2409" w:type="dxa"/>
          </w:tcPr>
          <w:p w14:paraId="49A5CEE4" w14:textId="77777777" w:rsidR="0007047E" w:rsidRPr="00A07C1D" w:rsidRDefault="0007047E" w:rsidP="00303E64">
            <w:pPr>
              <w:keepNext/>
              <w:rPr>
                <w:lang w:val="ro-RO"/>
              </w:rPr>
            </w:pPr>
          </w:p>
        </w:tc>
        <w:tc>
          <w:tcPr>
            <w:tcW w:w="2409" w:type="dxa"/>
          </w:tcPr>
          <w:p w14:paraId="78FEE0F5" w14:textId="77777777" w:rsidR="0007047E" w:rsidRPr="00A07C1D" w:rsidRDefault="0007047E" w:rsidP="00303E64">
            <w:pPr>
              <w:keepNext/>
              <w:rPr>
                <w:lang w:val="ro-RO"/>
              </w:rPr>
            </w:pPr>
          </w:p>
        </w:tc>
        <w:tc>
          <w:tcPr>
            <w:tcW w:w="2409" w:type="dxa"/>
          </w:tcPr>
          <w:p w14:paraId="650918ED" w14:textId="77777777" w:rsidR="0007047E" w:rsidRPr="00A07C1D" w:rsidRDefault="0007047E" w:rsidP="00303E64">
            <w:pPr>
              <w:keepNext/>
              <w:rPr>
                <w:lang w:val="ro-RO"/>
              </w:rPr>
            </w:pPr>
          </w:p>
        </w:tc>
      </w:tr>
      <w:tr w:rsidR="0007047E" w:rsidRPr="00A07C1D" w14:paraId="56C425C9" w14:textId="77777777" w:rsidTr="00303E64">
        <w:trPr>
          <w:cantSplit/>
          <w:trHeight w:val="137"/>
        </w:trPr>
        <w:tc>
          <w:tcPr>
            <w:tcW w:w="2409" w:type="dxa"/>
          </w:tcPr>
          <w:p w14:paraId="21FE29B7" w14:textId="77777777" w:rsidR="0007047E" w:rsidRPr="00A07C1D" w:rsidRDefault="0007047E" w:rsidP="00303E64">
            <w:pPr>
              <w:keepNext/>
              <w:rPr>
                <w:sz w:val="16"/>
                <w:szCs w:val="16"/>
                <w:lang w:val="ro-RO"/>
              </w:rPr>
            </w:pPr>
            <w:r w:rsidRPr="00A07C1D">
              <w:rPr>
                <w:sz w:val="16"/>
                <w:szCs w:val="16"/>
                <w:lang w:val="ro-RO"/>
              </w:rPr>
              <w:t>— menținute</w:t>
            </w:r>
          </w:p>
        </w:tc>
        <w:tc>
          <w:tcPr>
            <w:tcW w:w="2409" w:type="dxa"/>
          </w:tcPr>
          <w:p w14:paraId="2E932015" w14:textId="77777777" w:rsidR="0007047E" w:rsidRPr="00A07C1D" w:rsidRDefault="0007047E" w:rsidP="00303E64">
            <w:pPr>
              <w:keepNext/>
              <w:rPr>
                <w:lang w:val="ro-RO"/>
              </w:rPr>
            </w:pPr>
          </w:p>
        </w:tc>
        <w:tc>
          <w:tcPr>
            <w:tcW w:w="2409" w:type="dxa"/>
          </w:tcPr>
          <w:p w14:paraId="5D428DDC" w14:textId="77777777" w:rsidR="0007047E" w:rsidRPr="00A07C1D" w:rsidRDefault="0007047E" w:rsidP="00303E64">
            <w:pPr>
              <w:keepNext/>
              <w:rPr>
                <w:lang w:val="ro-RO"/>
              </w:rPr>
            </w:pPr>
          </w:p>
        </w:tc>
        <w:tc>
          <w:tcPr>
            <w:tcW w:w="2409" w:type="dxa"/>
          </w:tcPr>
          <w:p w14:paraId="5D490EA8" w14:textId="77777777" w:rsidR="0007047E" w:rsidRPr="00A07C1D" w:rsidRDefault="0007047E" w:rsidP="00303E64">
            <w:pPr>
              <w:keepNext/>
              <w:rPr>
                <w:lang w:val="ro-RO"/>
              </w:rPr>
            </w:pPr>
          </w:p>
        </w:tc>
      </w:tr>
      <w:tr w:rsidR="0007047E" w:rsidRPr="00A07C1D" w14:paraId="1C398D53" w14:textId="77777777" w:rsidTr="00303E64">
        <w:trPr>
          <w:cantSplit/>
          <w:trHeight w:val="226"/>
        </w:trPr>
        <w:tc>
          <w:tcPr>
            <w:tcW w:w="2409" w:type="dxa"/>
          </w:tcPr>
          <w:p w14:paraId="3DEA794B" w14:textId="77777777" w:rsidR="0007047E" w:rsidRPr="00A07C1D" w:rsidRDefault="0007047E" w:rsidP="00303E64">
            <w:pPr>
              <w:keepNext/>
              <w:rPr>
                <w:sz w:val="16"/>
                <w:szCs w:val="16"/>
                <w:lang w:val="ro-RO"/>
              </w:rPr>
            </w:pPr>
            <w:r w:rsidRPr="00A07C1D">
              <w:rPr>
                <w:sz w:val="16"/>
                <w:szCs w:val="16"/>
                <w:lang w:val="ro-RO"/>
              </w:rPr>
              <w:t>clădiri propuse</w:t>
            </w:r>
          </w:p>
        </w:tc>
        <w:tc>
          <w:tcPr>
            <w:tcW w:w="2409" w:type="dxa"/>
          </w:tcPr>
          <w:p w14:paraId="673C13F3" w14:textId="77777777" w:rsidR="0007047E" w:rsidRPr="00A07C1D" w:rsidRDefault="0007047E" w:rsidP="00303E64">
            <w:pPr>
              <w:keepNext/>
              <w:rPr>
                <w:lang w:val="ro-RO"/>
              </w:rPr>
            </w:pPr>
          </w:p>
        </w:tc>
        <w:tc>
          <w:tcPr>
            <w:tcW w:w="2409" w:type="dxa"/>
          </w:tcPr>
          <w:p w14:paraId="06D64C17" w14:textId="77777777" w:rsidR="0007047E" w:rsidRPr="00A07C1D" w:rsidRDefault="0007047E" w:rsidP="00303E64">
            <w:pPr>
              <w:keepNext/>
              <w:rPr>
                <w:lang w:val="ro-RO"/>
              </w:rPr>
            </w:pPr>
          </w:p>
        </w:tc>
        <w:tc>
          <w:tcPr>
            <w:tcW w:w="2409" w:type="dxa"/>
          </w:tcPr>
          <w:p w14:paraId="6631B6AA" w14:textId="77777777" w:rsidR="0007047E" w:rsidRPr="00A07C1D" w:rsidRDefault="0007047E" w:rsidP="00303E64">
            <w:pPr>
              <w:keepNext/>
              <w:rPr>
                <w:lang w:val="ro-RO"/>
              </w:rPr>
            </w:pPr>
          </w:p>
        </w:tc>
      </w:tr>
      <w:tr w:rsidR="0007047E" w:rsidRPr="00A07C1D" w14:paraId="60C12F08" w14:textId="77777777" w:rsidTr="00303E64">
        <w:trPr>
          <w:cantSplit/>
          <w:trHeight w:val="130"/>
        </w:trPr>
        <w:tc>
          <w:tcPr>
            <w:tcW w:w="2409" w:type="dxa"/>
          </w:tcPr>
          <w:p w14:paraId="66EF5C67" w14:textId="77777777" w:rsidR="0007047E" w:rsidRPr="00A07C1D" w:rsidRDefault="0007047E" w:rsidP="00303E64">
            <w:pPr>
              <w:keepNext/>
              <w:rPr>
                <w:sz w:val="16"/>
                <w:szCs w:val="16"/>
                <w:lang w:val="ro-RO"/>
              </w:rPr>
            </w:pPr>
            <w:r w:rsidRPr="00A07C1D">
              <w:rPr>
                <w:sz w:val="16"/>
                <w:szCs w:val="16"/>
                <w:lang w:val="ro-RO"/>
              </w:rPr>
              <w:t>TOTAL (menținute + propuse)</w:t>
            </w:r>
          </w:p>
        </w:tc>
        <w:tc>
          <w:tcPr>
            <w:tcW w:w="2409" w:type="dxa"/>
          </w:tcPr>
          <w:p w14:paraId="07B8BE8D" w14:textId="77777777" w:rsidR="0007047E" w:rsidRPr="00A07C1D" w:rsidRDefault="0007047E" w:rsidP="00303E64">
            <w:pPr>
              <w:keepNext/>
              <w:rPr>
                <w:lang w:val="ro-RO"/>
              </w:rPr>
            </w:pPr>
          </w:p>
        </w:tc>
        <w:tc>
          <w:tcPr>
            <w:tcW w:w="2409" w:type="dxa"/>
          </w:tcPr>
          <w:p w14:paraId="5572E69C" w14:textId="77777777" w:rsidR="0007047E" w:rsidRPr="00A07C1D" w:rsidRDefault="0007047E" w:rsidP="00303E64">
            <w:pPr>
              <w:keepNext/>
              <w:rPr>
                <w:lang w:val="ro-RO"/>
              </w:rPr>
            </w:pPr>
          </w:p>
        </w:tc>
        <w:tc>
          <w:tcPr>
            <w:tcW w:w="2409" w:type="dxa"/>
          </w:tcPr>
          <w:p w14:paraId="3405E223" w14:textId="77777777" w:rsidR="0007047E" w:rsidRPr="00A07C1D" w:rsidRDefault="0007047E" w:rsidP="00303E64">
            <w:pPr>
              <w:keepNext/>
              <w:rPr>
                <w:lang w:val="ro-RO"/>
              </w:rPr>
            </w:pPr>
          </w:p>
        </w:tc>
      </w:tr>
    </w:tbl>
    <w:p w14:paraId="5B8A3179" w14:textId="77777777" w:rsidR="0007047E" w:rsidRPr="00A07C1D" w:rsidRDefault="0007047E">
      <w:pPr>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803"/>
        <w:gridCol w:w="803"/>
        <w:gridCol w:w="803"/>
        <w:gridCol w:w="803"/>
        <w:gridCol w:w="1606"/>
      </w:tblGrid>
      <w:tr w:rsidR="003C7CA3" w:rsidRPr="0040425E" w14:paraId="53C8B325" w14:textId="77777777">
        <w:trPr>
          <w:cantSplit/>
        </w:trPr>
        <w:tc>
          <w:tcPr>
            <w:tcW w:w="9636" w:type="dxa"/>
            <w:gridSpan w:val="9"/>
            <w:shd w:val="clear" w:color="auto" w:fill="F4F4F4"/>
          </w:tcPr>
          <w:p w14:paraId="7189EFFD" w14:textId="3B6E718C" w:rsidR="007E5D45" w:rsidRPr="00A07C1D" w:rsidRDefault="003454F7">
            <w:pPr>
              <w:keepNext/>
              <w:rPr>
                <w:sz w:val="19"/>
                <w:lang w:val="ro-RO"/>
              </w:rPr>
            </w:pPr>
            <w:r w:rsidRPr="00A07C1D">
              <w:rPr>
                <w:b/>
                <w:sz w:val="16"/>
                <w:lang w:val="ro-RO"/>
              </w:rPr>
              <w:t xml:space="preserve"> </w:t>
            </w:r>
            <w:r w:rsidR="0007047E" w:rsidRPr="00A07C1D">
              <w:rPr>
                <w:b/>
                <w:sz w:val="16"/>
                <w:lang w:val="ro-RO"/>
              </w:rPr>
              <w:t>4</w:t>
            </w:r>
            <w:r w:rsidRPr="00A07C1D">
              <w:rPr>
                <w:b/>
                <w:sz w:val="16"/>
                <w:lang w:val="ro-RO"/>
              </w:rPr>
              <w:t xml:space="preserve">. </w:t>
            </w:r>
            <w:r w:rsidRPr="00A07C1D">
              <w:rPr>
                <w:b/>
                <w:color w:val="000000"/>
                <w:sz w:val="18"/>
                <w:lang w:val="ro-RO"/>
              </w:rPr>
              <w:t>FIȘA CLĂDIRII</w:t>
            </w:r>
            <w:r w:rsidR="007E5D45" w:rsidRPr="00A07C1D">
              <w:rPr>
                <w:sz w:val="19"/>
                <w:lang w:val="ro-RO"/>
              </w:rPr>
              <w:t xml:space="preserve"> (se </w:t>
            </w:r>
            <w:r w:rsidR="00731762" w:rsidRPr="00A07C1D">
              <w:rPr>
                <w:sz w:val="19"/>
                <w:lang w:val="ro-RO"/>
              </w:rPr>
              <w:t>completează</w:t>
            </w:r>
            <w:r w:rsidR="007E5D45" w:rsidRPr="00A07C1D">
              <w:rPr>
                <w:sz w:val="19"/>
                <w:lang w:val="ro-RO"/>
              </w:rPr>
              <w:t xml:space="preserve"> câte una pentru fiecare imobil)</w:t>
            </w:r>
          </w:p>
        </w:tc>
      </w:tr>
      <w:tr w:rsidR="003C7CA3" w:rsidRPr="00A07C1D" w14:paraId="31232DEE" w14:textId="77777777">
        <w:trPr>
          <w:cantSplit/>
        </w:trPr>
        <w:tc>
          <w:tcPr>
            <w:tcW w:w="9636" w:type="dxa"/>
            <w:gridSpan w:val="9"/>
            <w:shd w:val="clear" w:color="auto" w:fill="F4F4F4"/>
          </w:tcPr>
          <w:p w14:paraId="558D848E" w14:textId="77777777" w:rsidR="003C7CA3" w:rsidRPr="00A07C1D" w:rsidRDefault="003454F7">
            <w:pPr>
              <w:keepNext/>
              <w:rPr>
                <w:lang w:val="ro-RO"/>
              </w:rPr>
            </w:pPr>
            <w:r w:rsidRPr="00A07C1D">
              <w:rPr>
                <w:sz w:val="16"/>
                <w:lang w:val="ro-RO"/>
              </w:rPr>
              <w:t xml:space="preserve"> Identificarea clădirii în registru</w:t>
            </w:r>
          </w:p>
        </w:tc>
      </w:tr>
      <w:tr w:rsidR="003C7CA3" w:rsidRPr="00A07C1D" w14:paraId="3E0214C2" w14:textId="77777777">
        <w:trPr>
          <w:cantSplit/>
          <w:trHeight w:val="510"/>
        </w:trPr>
        <w:tc>
          <w:tcPr>
            <w:tcW w:w="2409" w:type="dxa"/>
          </w:tcPr>
          <w:p w14:paraId="2DA5BDFB" w14:textId="77777777" w:rsidR="003C7CA3" w:rsidRPr="00A07C1D" w:rsidRDefault="003454F7">
            <w:pPr>
              <w:keepNext/>
              <w:rPr>
                <w:lang w:val="ro-RO"/>
              </w:rPr>
            </w:pPr>
            <w:r w:rsidRPr="00A07C1D">
              <w:rPr>
                <w:b/>
                <w:color w:val="0D5F78"/>
                <w:lang w:val="ro-RO"/>
              </w:rPr>
              <w:t>NIS</w:t>
            </w:r>
          </w:p>
          <w:p w14:paraId="4A761AB4" w14:textId="77777777" w:rsidR="003C7CA3" w:rsidRPr="00A07C1D" w:rsidRDefault="003454F7">
            <w:pPr>
              <w:keepNext/>
              <w:rPr>
                <w:lang w:val="ro-RO"/>
              </w:rPr>
            </w:pPr>
            <w:r w:rsidRPr="00A07C1D">
              <w:rPr>
                <w:i/>
                <w:color w:val="7A7A7A"/>
                <w:lang w:val="ro-RO"/>
              </w:rPr>
              <w:t>numărul din Registrul Național al Clădirilor, dacă e deja înregistrată</w:t>
            </w:r>
          </w:p>
          <w:p w14:paraId="2FEB4109" w14:textId="77777777" w:rsidR="003C7CA3" w:rsidRPr="00A07C1D" w:rsidRDefault="003C7CA3">
            <w:pPr>
              <w:keepNext/>
              <w:rPr>
                <w:lang w:val="ro-RO"/>
              </w:rPr>
            </w:pPr>
          </w:p>
        </w:tc>
        <w:tc>
          <w:tcPr>
            <w:tcW w:w="2409" w:type="dxa"/>
            <w:gridSpan w:val="3"/>
          </w:tcPr>
          <w:p w14:paraId="6F2AC158" w14:textId="77777777" w:rsidR="003C7CA3" w:rsidRPr="00A07C1D" w:rsidRDefault="003454F7">
            <w:pPr>
              <w:keepNext/>
              <w:rPr>
                <w:lang w:val="ro-RO"/>
              </w:rPr>
            </w:pPr>
            <w:r w:rsidRPr="00A07C1D">
              <w:rPr>
                <w:b/>
                <w:color w:val="0D5F78"/>
                <w:lang w:val="ro-RO"/>
              </w:rPr>
              <w:t>Nr. cadastral al clădirii</w:t>
            </w:r>
          </w:p>
          <w:p w14:paraId="56484D52" w14:textId="77777777" w:rsidR="003C7CA3" w:rsidRPr="00A07C1D" w:rsidRDefault="003454F7">
            <w:pPr>
              <w:keepNext/>
              <w:rPr>
                <w:lang w:val="ro-RO"/>
              </w:rPr>
            </w:pPr>
            <w:r w:rsidRPr="00A07C1D">
              <w:rPr>
                <w:i/>
                <w:color w:val="7A7A7A"/>
                <w:lang w:val="ro-RO"/>
              </w:rPr>
              <w:t>forma 123456-C1</w:t>
            </w:r>
          </w:p>
          <w:p w14:paraId="2ECB2279" w14:textId="77777777" w:rsidR="003C7CA3" w:rsidRPr="00A07C1D" w:rsidRDefault="003C7CA3">
            <w:pPr>
              <w:keepNext/>
              <w:rPr>
                <w:lang w:val="ro-RO"/>
              </w:rPr>
            </w:pPr>
          </w:p>
        </w:tc>
        <w:tc>
          <w:tcPr>
            <w:tcW w:w="2409" w:type="dxa"/>
            <w:gridSpan w:val="3"/>
          </w:tcPr>
          <w:p w14:paraId="41F65413" w14:textId="77777777" w:rsidR="003C7CA3" w:rsidRPr="00A07C1D" w:rsidRDefault="003454F7">
            <w:pPr>
              <w:keepNext/>
              <w:rPr>
                <w:lang w:val="ro-RO"/>
              </w:rPr>
            </w:pPr>
            <w:r w:rsidRPr="00A07C1D">
              <w:rPr>
                <w:b/>
                <w:color w:val="0D5F78"/>
                <w:lang w:val="ro-RO"/>
              </w:rPr>
              <w:t>Identificator e-Terra (IE)</w:t>
            </w:r>
          </w:p>
          <w:p w14:paraId="220427C2" w14:textId="77777777" w:rsidR="003C7CA3" w:rsidRPr="00A07C1D" w:rsidRDefault="003C7CA3">
            <w:pPr>
              <w:keepNext/>
              <w:rPr>
                <w:lang w:val="ro-RO"/>
              </w:rPr>
            </w:pPr>
          </w:p>
        </w:tc>
        <w:tc>
          <w:tcPr>
            <w:tcW w:w="2409" w:type="dxa"/>
            <w:gridSpan w:val="2"/>
          </w:tcPr>
          <w:p w14:paraId="14760290" w14:textId="77777777" w:rsidR="003C7CA3" w:rsidRPr="00A07C1D" w:rsidRDefault="003454F7">
            <w:pPr>
              <w:keepNext/>
              <w:rPr>
                <w:lang w:val="ro-RO"/>
              </w:rPr>
            </w:pPr>
            <w:r w:rsidRPr="00A07C1D">
              <w:rPr>
                <w:b/>
                <w:color w:val="0D5F78"/>
                <w:lang w:val="ro-RO"/>
              </w:rPr>
              <w:t>Nr. carte funciară</w:t>
            </w:r>
          </w:p>
          <w:p w14:paraId="0E4D13ED" w14:textId="77777777" w:rsidR="003C7CA3" w:rsidRPr="00A07C1D" w:rsidRDefault="003C7CA3">
            <w:pPr>
              <w:keepNext/>
              <w:rPr>
                <w:lang w:val="ro-RO"/>
              </w:rPr>
            </w:pPr>
          </w:p>
        </w:tc>
      </w:tr>
      <w:tr w:rsidR="003C7CA3" w:rsidRPr="00A07C1D" w14:paraId="3EE8CE22" w14:textId="77777777">
        <w:trPr>
          <w:cantSplit/>
          <w:trHeight w:val="510"/>
        </w:trPr>
        <w:tc>
          <w:tcPr>
            <w:tcW w:w="5621" w:type="dxa"/>
            <w:gridSpan w:val="5"/>
          </w:tcPr>
          <w:p w14:paraId="70E33003" w14:textId="77777777" w:rsidR="003C7CA3" w:rsidRPr="00A07C1D" w:rsidRDefault="003454F7">
            <w:pPr>
              <w:keepNext/>
              <w:rPr>
                <w:lang w:val="ro-RO"/>
              </w:rPr>
            </w:pPr>
            <w:r w:rsidRPr="00A07C1D">
              <w:rPr>
                <w:b/>
                <w:color w:val="0D5F78"/>
                <w:lang w:val="ro-RO"/>
              </w:rPr>
              <w:t>Tipul obiectului</w:t>
            </w:r>
          </w:p>
          <w:p w14:paraId="56B5E59D" w14:textId="77777777" w:rsidR="003C7CA3" w:rsidRPr="00A07C1D" w:rsidRDefault="003454F7">
            <w:pPr>
              <w:keepNext/>
              <w:rPr>
                <w:lang w:val="ro-RO"/>
              </w:rPr>
            </w:pPr>
            <w:r w:rsidRPr="00A07C1D">
              <w:rPr>
                <w:sz w:val="16"/>
                <w:lang w:val="ro-RO"/>
              </w:rPr>
              <w:t>☐ clădire     ☐ corp de clădire     ☐ unități locative</w:t>
            </w:r>
          </w:p>
        </w:tc>
        <w:tc>
          <w:tcPr>
            <w:tcW w:w="4015" w:type="dxa"/>
            <w:gridSpan w:val="4"/>
          </w:tcPr>
          <w:p w14:paraId="1B36A210" w14:textId="77777777" w:rsidR="003C7CA3" w:rsidRPr="00A07C1D" w:rsidRDefault="003454F7">
            <w:pPr>
              <w:keepNext/>
              <w:rPr>
                <w:lang w:val="ro-RO"/>
              </w:rPr>
            </w:pPr>
            <w:r w:rsidRPr="00A07C1D">
              <w:rPr>
                <w:b/>
                <w:color w:val="0D5F78"/>
                <w:lang w:val="ro-RO"/>
              </w:rPr>
              <w:t>Clădirea este</w:t>
            </w:r>
          </w:p>
          <w:p w14:paraId="19F3F41D" w14:textId="77777777" w:rsidR="003C7CA3" w:rsidRPr="00A07C1D" w:rsidRDefault="003454F7">
            <w:pPr>
              <w:keepNext/>
              <w:rPr>
                <w:lang w:val="ro-RO"/>
              </w:rPr>
            </w:pPr>
            <w:r w:rsidRPr="00A07C1D">
              <w:rPr>
                <w:sz w:val="16"/>
                <w:lang w:val="ro-RO"/>
              </w:rPr>
              <w:t>☐ existentă     ☐ propusă prin proiect</w:t>
            </w:r>
          </w:p>
        </w:tc>
      </w:tr>
      <w:tr w:rsidR="003C7CA3" w:rsidRPr="00A07C1D" w14:paraId="11A82C2D" w14:textId="77777777">
        <w:trPr>
          <w:cantSplit/>
          <w:trHeight w:val="510"/>
        </w:trPr>
        <w:tc>
          <w:tcPr>
            <w:tcW w:w="3212" w:type="dxa"/>
            <w:gridSpan w:val="2"/>
          </w:tcPr>
          <w:p w14:paraId="0438C0C7" w14:textId="77777777" w:rsidR="003C7CA3" w:rsidRPr="00A07C1D" w:rsidRDefault="003454F7">
            <w:pPr>
              <w:keepNext/>
              <w:rPr>
                <w:lang w:val="ro-RO"/>
              </w:rPr>
            </w:pPr>
            <w:r w:rsidRPr="00A07C1D">
              <w:rPr>
                <w:b/>
                <w:color w:val="0D5F78"/>
                <w:lang w:val="ro-RO"/>
              </w:rPr>
              <w:t>Denumirea clădirii</w:t>
            </w:r>
          </w:p>
          <w:p w14:paraId="10483E47" w14:textId="77777777" w:rsidR="003C7CA3" w:rsidRPr="00A07C1D" w:rsidRDefault="003C7CA3">
            <w:pPr>
              <w:keepNext/>
              <w:rPr>
                <w:lang w:val="ro-RO"/>
              </w:rPr>
            </w:pPr>
          </w:p>
        </w:tc>
        <w:tc>
          <w:tcPr>
            <w:tcW w:w="6424" w:type="dxa"/>
            <w:gridSpan w:val="7"/>
          </w:tcPr>
          <w:p w14:paraId="3E89F52C" w14:textId="77777777" w:rsidR="003C7CA3" w:rsidRPr="00A07C1D" w:rsidRDefault="003454F7">
            <w:pPr>
              <w:keepNext/>
              <w:rPr>
                <w:lang w:val="ro-RO"/>
              </w:rPr>
            </w:pPr>
            <w:r w:rsidRPr="00A07C1D">
              <w:rPr>
                <w:b/>
                <w:color w:val="0D5F78"/>
                <w:lang w:val="ro-RO"/>
              </w:rPr>
              <w:t>Descriere</w:t>
            </w:r>
          </w:p>
          <w:p w14:paraId="4D8F687C" w14:textId="77777777" w:rsidR="003C7CA3" w:rsidRPr="00A07C1D" w:rsidRDefault="003C7CA3">
            <w:pPr>
              <w:keepNext/>
              <w:rPr>
                <w:lang w:val="ro-RO"/>
              </w:rPr>
            </w:pPr>
          </w:p>
        </w:tc>
      </w:tr>
      <w:tr w:rsidR="003C7CA3" w:rsidRPr="0040425E" w14:paraId="2C7515BE" w14:textId="77777777">
        <w:trPr>
          <w:cantSplit/>
        </w:trPr>
        <w:tc>
          <w:tcPr>
            <w:tcW w:w="9636" w:type="dxa"/>
            <w:gridSpan w:val="9"/>
            <w:shd w:val="clear" w:color="auto" w:fill="F4F4F4"/>
          </w:tcPr>
          <w:p w14:paraId="7953601D" w14:textId="24E379E4" w:rsidR="00F61A70" w:rsidRPr="00A07C1D" w:rsidRDefault="00F61A70">
            <w:pPr>
              <w:keepNext/>
              <w:rPr>
                <w:sz w:val="16"/>
                <w:lang w:val="ro-RO"/>
              </w:rPr>
            </w:pPr>
            <w:r w:rsidRPr="00A07C1D">
              <w:rPr>
                <w:sz w:val="16"/>
                <w:lang w:val="ro-RO"/>
              </w:rPr>
              <w:t>CARACTERISTICI ALE CLĂDIRII</w:t>
            </w:r>
          </w:p>
          <w:p w14:paraId="7BB366A1" w14:textId="13E9544A" w:rsidR="0007047E" w:rsidRPr="00A07C1D" w:rsidRDefault="0007047E">
            <w:pPr>
              <w:keepNext/>
              <w:rPr>
                <w:sz w:val="16"/>
                <w:lang w:val="ro-RO"/>
              </w:rPr>
            </w:pPr>
            <w:r w:rsidRPr="00A07C1D">
              <w:rPr>
                <w:sz w:val="16"/>
                <w:lang w:val="ro-RO"/>
              </w:rPr>
              <w:t>(</w:t>
            </w:r>
            <w:r w:rsidRPr="00A07C1D">
              <w:rPr>
                <w:sz w:val="16"/>
                <w:szCs w:val="16"/>
                <w:lang w:val="ro-RO"/>
              </w:rPr>
              <w:t>În cazul intervențiilor asupra clădirilor existente, pentru fiecare câmp, se vor preciza caracteristicile clădirii existente/respectiv</w:t>
            </w:r>
            <w:r w:rsidR="00F61A70" w:rsidRPr="00A07C1D">
              <w:rPr>
                <w:sz w:val="16"/>
                <w:szCs w:val="16"/>
                <w:lang w:val="ro-RO"/>
              </w:rPr>
              <w:t xml:space="preserve"> ale celei</w:t>
            </w:r>
            <w:r w:rsidRPr="00A07C1D">
              <w:rPr>
                <w:sz w:val="16"/>
                <w:szCs w:val="16"/>
                <w:lang w:val="ro-RO"/>
              </w:rPr>
              <w:t xml:space="preserve"> propuse)</w:t>
            </w:r>
          </w:p>
        </w:tc>
      </w:tr>
      <w:tr w:rsidR="003C7CA3" w:rsidRPr="00A07C1D" w14:paraId="723DEA41" w14:textId="77777777">
        <w:trPr>
          <w:cantSplit/>
          <w:trHeight w:val="510"/>
        </w:trPr>
        <w:tc>
          <w:tcPr>
            <w:tcW w:w="4015" w:type="dxa"/>
            <w:gridSpan w:val="3"/>
          </w:tcPr>
          <w:p w14:paraId="299BCBAA" w14:textId="72AC694E" w:rsidR="00F61A70" w:rsidRPr="00A07C1D" w:rsidRDefault="003454F7" w:rsidP="00F61A70">
            <w:pPr>
              <w:keepNext/>
              <w:rPr>
                <w:lang w:val="ro-RO"/>
              </w:rPr>
            </w:pPr>
            <w:r w:rsidRPr="00A07C1D">
              <w:rPr>
                <w:b/>
                <w:color w:val="0D5F78"/>
                <w:lang w:val="ro-RO"/>
              </w:rPr>
              <w:t>Destinația / funcțiunea principală</w:t>
            </w:r>
            <w:r w:rsidR="007E5D45" w:rsidRPr="00A07C1D">
              <w:rPr>
                <w:b/>
                <w:color w:val="0D5F78"/>
                <w:lang w:val="ro-RO"/>
              </w:rPr>
              <w:t xml:space="preserve"> </w:t>
            </w:r>
            <w:r w:rsidR="00F61A70" w:rsidRPr="00A07C1D">
              <w:rPr>
                <w:bCs/>
                <w:i/>
                <w:iCs/>
                <w:color w:val="808080" w:themeColor="background1" w:themeShade="80"/>
                <w:lang w:val="ro-RO"/>
              </w:rPr>
              <w:t>(existent/propus)</w:t>
            </w:r>
          </w:p>
          <w:p w14:paraId="22CFD931" w14:textId="58E0F812" w:rsidR="003C7CA3" w:rsidRPr="00A07C1D" w:rsidRDefault="003C7CA3">
            <w:pPr>
              <w:keepNext/>
              <w:rPr>
                <w:lang w:val="ro-RO"/>
              </w:rPr>
            </w:pPr>
          </w:p>
          <w:p w14:paraId="1ACBE500" w14:textId="77777777" w:rsidR="003C7CA3" w:rsidRPr="00A07C1D" w:rsidRDefault="003C7CA3">
            <w:pPr>
              <w:keepNext/>
              <w:rPr>
                <w:lang w:val="ro-RO"/>
              </w:rPr>
            </w:pPr>
          </w:p>
        </w:tc>
        <w:tc>
          <w:tcPr>
            <w:tcW w:w="2409" w:type="dxa"/>
            <w:gridSpan w:val="3"/>
          </w:tcPr>
          <w:p w14:paraId="1B1CED52" w14:textId="5CFC24C7" w:rsidR="003C7CA3" w:rsidRPr="00A07C1D" w:rsidRDefault="003454F7">
            <w:pPr>
              <w:keepNext/>
              <w:rPr>
                <w:lang w:val="ro-RO"/>
              </w:rPr>
            </w:pPr>
            <w:r w:rsidRPr="00A07C1D">
              <w:rPr>
                <w:b/>
                <w:color w:val="0D5F78"/>
                <w:lang w:val="ro-RO"/>
              </w:rPr>
              <w:t>Funcțiuni secundare</w:t>
            </w:r>
            <w:r w:rsidR="007E5D45" w:rsidRPr="00A07C1D">
              <w:rPr>
                <w:b/>
                <w:color w:val="0D5F78"/>
                <w:lang w:val="ro-RO"/>
              </w:rPr>
              <w:t xml:space="preserve"> </w:t>
            </w:r>
            <w:r w:rsidR="007E5D45" w:rsidRPr="00A07C1D">
              <w:rPr>
                <w:bCs/>
                <w:i/>
                <w:iCs/>
                <w:color w:val="808080" w:themeColor="background1" w:themeShade="80"/>
                <w:lang w:val="ro-RO"/>
              </w:rPr>
              <w:t>(exist</w:t>
            </w:r>
            <w:r w:rsidR="00F61A70" w:rsidRPr="00A07C1D">
              <w:rPr>
                <w:bCs/>
                <w:i/>
                <w:iCs/>
                <w:color w:val="808080" w:themeColor="background1" w:themeShade="80"/>
                <w:lang w:val="ro-RO"/>
              </w:rPr>
              <w:t>e</w:t>
            </w:r>
            <w:r w:rsidR="007E5D45" w:rsidRPr="00A07C1D">
              <w:rPr>
                <w:bCs/>
                <w:i/>
                <w:iCs/>
                <w:color w:val="808080" w:themeColor="background1" w:themeShade="80"/>
                <w:lang w:val="ro-RO"/>
              </w:rPr>
              <w:t>nt/propus)</w:t>
            </w:r>
          </w:p>
          <w:p w14:paraId="3FC91EBB" w14:textId="77777777" w:rsidR="003C7CA3" w:rsidRPr="00A07C1D" w:rsidRDefault="003C7CA3">
            <w:pPr>
              <w:keepNext/>
              <w:rPr>
                <w:lang w:val="ro-RO"/>
              </w:rPr>
            </w:pPr>
          </w:p>
        </w:tc>
        <w:tc>
          <w:tcPr>
            <w:tcW w:w="1606" w:type="dxa"/>
            <w:gridSpan w:val="2"/>
          </w:tcPr>
          <w:p w14:paraId="21ACD1C3" w14:textId="77777777" w:rsidR="003C7CA3" w:rsidRPr="00A07C1D" w:rsidRDefault="003454F7">
            <w:pPr>
              <w:keepNext/>
              <w:rPr>
                <w:lang w:val="ro-RO"/>
              </w:rPr>
            </w:pPr>
            <w:r w:rsidRPr="00A07C1D">
              <w:rPr>
                <w:b/>
                <w:color w:val="0D5F78"/>
                <w:lang w:val="ro-RO"/>
              </w:rPr>
              <w:t>Regim juridic</w:t>
            </w:r>
          </w:p>
          <w:p w14:paraId="7DF7F9E8" w14:textId="77777777" w:rsidR="003C7CA3" w:rsidRPr="00A07C1D" w:rsidRDefault="003C7CA3">
            <w:pPr>
              <w:keepNext/>
              <w:rPr>
                <w:lang w:val="ro-RO"/>
              </w:rPr>
            </w:pPr>
          </w:p>
        </w:tc>
        <w:tc>
          <w:tcPr>
            <w:tcW w:w="1606" w:type="dxa"/>
          </w:tcPr>
          <w:p w14:paraId="2D3B31D8" w14:textId="77777777" w:rsidR="003C7CA3" w:rsidRPr="00A07C1D" w:rsidRDefault="003454F7">
            <w:pPr>
              <w:keepNext/>
              <w:rPr>
                <w:lang w:val="ro-RO"/>
              </w:rPr>
            </w:pPr>
            <w:r w:rsidRPr="00A07C1D">
              <w:rPr>
                <w:b/>
                <w:color w:val="0D5F78"/>
                <w:lang w:val="ro-RO"/>
              </w:rPr>
              <w:t>Zonă fiscală</w:t>
            </w:r>
          </w:p>
          <w:p w14:paraId="52F3E8FC" w14:textId="77777777" w:rsidR="003C7CA3" w:rsidRPr="00A07C1D" w:rsidRDefault="003C7CA3">
            <w:pPr>
              <w:keepNext/>
              <w:rPr>
                <w:lang w:val="ro-RO"/>
              </w:rPr>
            </w:pPr>
          </w:p>
        </w:tc>
      </w:tr>
      <w:tr w:rsidR="003C7CA3" w:rsidRPr="0040425E" w14:paraId="6377A5DB" w14:textId="77777777">
        <w:trPr>
          <w:cantSplit/>
          <w:trHeight w:val="510"/>
        </w:trPr>
        <w:tc>
          <w:tcPr>
            <w:tcW w:w="3212" w:type="dxa"/>
            <w:gridSpan w:val="2"/>
          </w:tcPr>
          <w:p w14:paraId="77944B95" w14:textId="77777777" w:rsidR="003C7CA3" w:rsidRPr="00A07C1D" w:rsidRDefault="003454F7">
            <w:pPr>
              <w:keepNext/>
              <w:rPr>
                <w:lang w:val="ro-RO"/>
              </w:rPr>
            </w:pPr>
            <w:r w:rsidRPr="00A07C1D">
              <w:rPr>
                <w:b/>
                <w:color w:val="0D5F78"/>
                <w:lang w:val="ro-RO"/>
              </w:rPr>
              <w:t>Anul construirii</w:t>
            </w:r>
          </w:p>
          <w:p w14:paraId="0F248267" w14:textId="77777777" w:rsidR="003C7CA3" w:rsidRPr="00A07C1D" w:rsidRDefault="003454F7">
            <w:pPr>
              <w:keepNext/>
              <w:rPr>
                <w:lang w:val="ro-RO"/>
              </w:rPr>
            </w:pPr>
            <w:r w:rsidRPr="00A07C1D">
              <w:rPr>
                <w:i/>
                <w:color w:val="7A7A7A"/>
                <w:lang w:val="ro-RO"/>
              </w:rPr>
              <w:t>la clădirile existente</w:t>
            </w:r>
          </w:p>
          <w:p w14:paraId="06AB52DB" w14:textId="77777777" w:rsidR="003C7CA3" w:rsidRPr="00A07C1D" w:rsidRDefault="003C7CA3">
            <w:pPr>
              <w:keepNext/>
              <w:rPr>
                <w:lang w:val="ro-RO"/>
              </w:rPr>
            </w:pPr>
          </w:p>
        </w:tc>
        <w:tc>
          <w:tcPr>
            <w:tcW w:w="3212" w:type="dxa"/>
            <w:gridSpan w:val="4"/>
          </w:tcPr>
          <w:p w14:paraId="75966031" w14:textId="77777777" w:rsidR="003C7CA3" w:rsidRPr="00A07C1D" w:rsidRDefault="003454F7">
            <w:pPr>
              <w:keepNext/>
              <w:rPr>
                <w:lang w:val="ro-RO"/>
              </w:rPr>
            </w:pPr>
            <w:r w:rsidRPr="00A07C1D">
              <w:rPr>
                <w:b/>
                <w:color w:val="0D5F78"/>
                <w:lang w:val="ro-RO"/>
              </w:rPr>
              <w:t>Anul ultimei renovări</w:t>
            </w:r>
          </w:p>
          <w:p w14:paraId="24F52054" w14:textId="77777777" w:rsidR="003C7CA3" w:rsidRPr="00A07C1D" w:rsidRDefault="003454F7">
            <w:pPr>
              <w:keepNext/>
              <w:rPr>
                <w:lang w:val="ro-RO"/>
              </w:rPr>
            </w:pPr>
            <w:r w:rsidRPr="00A07C1D">
              <w:rPr>
                <w:i/>
                <w:color w:val="7A7A7A"/>
                <w:lang w:val="ro-RO"/>
              </w:rPr>
              <w:t>dacă e cazul</w:t>
            </w:r>
          </w:p>
          <w:p w14:paraId="6AE5F8FA" w14:textId="77777777" w:rsidR="003C7CA3" w:rsidRPr="00A07C1D" w:rsidRDefault="003C7CA3">
            <w:pPr>
              <w:keepNext/>
              <w:rPr>
                <w:lang w:val="ro-RO"/>
              </w:rPr>
            </w:pPr>
          </w:p>
        </w:tc>
        <w:tc>
          <w:tcPr>
            <w:tcW w:w="3212" w:type="dxa"/>
            <w:gridSpan w:val="3"/>
          </w:tcPr>
          <w:p w14:paraId="138D6D15" w14:textId="77777777" w:rsidR="003C7CA3" w:rsidRPr="00A07C1D" w:rsidRDefault="003454F7">
            <w:pPr>
              <w:keepNext/>
              <w:rPr>
                <w:lang w:val="ro-RO"/>
              </w:rPr>
            </w:pPr>
            <w:r w:rsidRPr="00A07C1D">
              <w:rPr>
                <w:b/>
                <w:color w:val="0D5F78"/>
                <w:lang w:val="ro-RO"/>
              </w:rPr>
              <w:t>Durata de viață estimată (ani)</w:t>
            </w:r>
          </w:p>
          <w:p w14:paraId="339E8596" w14:textId="77777777" w:rsidR="003C7CA3" w:rsidRPr="00A07C1D" w:rsidRDefault="003C7CA3">
            <w:pPr>
              <w:keepNext/>
              <w:rPr>
                <w:lang w:val="ro-RO"/>
              </w:rPr>
            </w:pPr>
          </w:p>
        </w:tc>
      </w:tr>
      <w:tr w:rsidR="003C7CA3" w:rsidRPr="00A07C1D" w14:paraId="559AFCD9" w14:textId="77777777">
        <w:trPr>
          <w:cantSplit/>
          <w:trHeight w:val="510"/>
        </w:trPr>
        <w:tc>
          <w:tcPr>
            <w:tcW w:w="2409" w:type="dxa"/>
          </w:tcPr>
          <w:p w14:paraId="18D30FAF" w14:textId="78F88610" w:rsidR="003C7CA3" w:rsidRPr="00A07C1D" w:rsidRDefault="003454F7">
            <w:pPr>
              <w:keepNext/>
              <w:rPr>
                <w:lang w:val="ro-RO"/>
              </w:rPr>
            </w:pPr>
            <w:r w:rsidRPr="00A07C1D">
              <w:rPr>
                <w:b/>
                <w:color w:val="0D5F78"/>
                <w:lang w:val="ro-RO"/>
              </w:rPr>
              <w:t>Regim de înălțime</w:t>
            </w:r>
            <w:r w:rsidR="00F61A70" w:rsidRPr="00A07C1D">
              <w:rPr>
                <w:bCs/>
                <w:i/>
                <w:iCs/>
                <w:color w:val="808080" w:themeColor="background1" w:themeShade="80"/>
                <w:lang w:val="ro-RO"/>
              </w:rPr>
              <w:t>(existent/propus)</w:t>
            </w:r>
          </w:p>
          <w:p w14:paraId="740D6E0F" w14:textId="77777777" w:rsidR="003C7CA3" w:rsidRPr="00A07C1D" w:rsidRDefault="003454F7">
            <w:pPr>
              <w:keepNext/>
              <w:rPr>
                <w:lang w:val="ro-RO"/>
              </w:rPr>
            </w:pPr>
            <w:r w:rsidRPr="00A07C1D">
              <w:rPr>
                <w:i/>
                <w:color w:val="7A7A7A"/>
                <w:lang w:val="ro-RO"/>
              </w:rPr>
              <w:t>ex. S+P+2E+M</w:t>
            </w:r>
          </w:p>
          <w:p w14:paraId="42442C36" w14:textId="77777777" w:rsidR="003C7CA3" w:rsidRPr="00A07C1D" w:rsidRDefault="003C7CA3">
            <w:pPr>
              <w:keepNext/>
              <w:rPr>
                <w:lang w:val="ro-RO"/>
              </w:rPr>
            </w:pPr>
          </w:p>
        </w:tc>
        <w:tc>
          <w:tcPr>
            <w:tcW w:w="2409" w:type="dxa"/>
            <w:gridSpan w:val="3"/>
          </w:tcPr>
          <w:p w14:paraId="4C60E9B6" w14:textId="257A5600" w:rsidR="003C7CA3" w:rsidRPr="00A07C1D" w:rsidRDefault="003454F7">
            <w:pPr>
              <w:keepNext/>
              <w:rPr>
                <w:lang w:val="ro-RO"/>
              </w:rPr>
            </w:pPr>
            <w:r w:rsidRPr="00A07C1D">
              <w:rPr>
                <w:b/>
                <w:color w:val="0D5F78"/>
                <w:lang w:val="ro-RO"/>
              </w:rPr>
              <w:t>Înălțimea la cornișă (m)</w:t>
            </w:r>
            <w:r w:rsidR="00F61A70" w:rsidRPr="00A07C1D">
              <w:rPr>
                <w:bCs/>
                <w:i/>
                <w:iCs/>
                <w:color w:val="808080" w:themeColor="background1" w:themeShade="80"/>
                <w:lang w:val="ro-RO"/>
              </w:rPr>
              <w:t xml:space="preserve"> (existent/propus)</w:t>
            </w:r>
          </w:p>
          <w:p w14:paraId="3CF2B9A4" w14:textId="77777777" w:rsidR="003C7CA3" w:rsidRPr="00A07C1D" w:rsidRDefault="003C7CA3">
            <w:pPr>
              <w:keepNext/>
              <w:rPr>
                <w:lang w:val="ro-RO"/>
              </w:rPr>
            </w:pPr>
          </w:p>
        </w:tc>
        <w:tc>
          <w:tcPr>
            <w:tcW w:w="2409" w:type="dxa"/>
            <w:gridSpan w:val="3"/>
          </w:tcPr>
          <w:p w14:paraId="46C8B034" w14:textId="3C240C9C" w:rsidR="003C7CA3" w:rsidRPr="00A07C1D" w:rsidRDefault="003454F7">
            <w:pPr>
              <w:keepNext/>
              <w:rPr>
                <w:lang w:val="ro-RO"/>
              </w:rPr>
            </w:pPr>
            <w:r w:rsidRPr="00A07C1D">
              <w:rPr>
                <w:b/>
                <w:color w:val="0D5F78"/>
                <w:lang w:val="ro-RO"/>
              </w:rPr>
              <w:t>Înălțimea maximă (m)</w:t>
            </w:r>
            <w:r w:rsidR="00F61A70" w:rsidRPr="00A07C1D">
              <w:rPr>
                <w:bCs/>
                <w:i/>
                <w:iCs/>
                <w:color w:val="808080" w:themeColor="background1" w:themeShade="80"/>
                <w:lang w:val="ro-RO"/>
              </w:rPr>
              <w:t xml:space="preserve"> (existent/propus)</w:t>
            </w:r>
          </w:p>
          <w:p w14:paraId="1C1C9CC0" w14:textId="77777777" w:rsidR="003C7CA3" w:rsidRPr="00A07C1D" w:rsidRDefault="003C7CA3">
            <w:pPr>
              <w:keepNext/>
              <w:rPr>
                <w:lang w:val="ro-RO"/>
              </w:rPr>
            </w:pPr>
          </w:p>
        </w:tc>
        <w:tc>
          <w:tcPr>
            <w:tcW w:w="2409" w:type="dxa"/>
            <w:gridSpan w:val="2"/>
          </w:tcPr>
          <w:p w14:paraId="10B62DC5" w14:textId="081E05DF" w:rsidR="003C7CA3" w:rsidRPr="00A07C1D" w:rsidRDefault="0007047E">
            <w:pPr>
              <w:keepNext/>
              <w:rPr>
                <w:lang w:val="ro-RO"/>
              </w:rPr>
            </w:pPr>
            <w:r w:rsidRPr="00A07C1D">
              <w:rPr>
                <w:b/>
                <w:color w:val="0D5F78"/>
                <w:lang w:val="ro-RO"/>
              </w:rPr>
              <w:t>Cota terenului amenajat (m)</w:t>
            </w:r>
            <w:r w:rsidR="00F61A70" w:rsidRPr="00A07C1D">
              <w:rPr>
                <w:bCs/>
                <w:i/>
                <w:iCs/>
                <w:color w:val="808080" w:themeColor="background1" w:themeShade="80"/>
                <w:lang w:val="ro-RO"/>
              </w:rPr>
              <w:t xml:space="preserve"> (inițialăt/propus)</w:t>
            </w:r>
          </w:p>
          <w:p w14:paraId="7E8DBEBB" w14:textId="77777777" w:rsidR="003C7CA3" w:rsidRPr="00A07C1D" w:rsidRDefault="003C7CA3" w:rsidP="0007047E">
            <w:pPr>
              <w:keepNext/>
              <w:rPr>
                <w:lang w:val="ro-RO"/>
              </w:rPr>
            </w:pPr>
          </w:p>
          <w:p w14:paraId="6A190CD2" w14:textId="717968AA" w:rsidR="0007047E" w:rsidRPr="00A07C1D" w:rsidRDefault="0007047E" w:rsidP="0007047E">
            <w:pPr>
              <w:keepNext/>
              <w:rPr>
                <w:b/>
                <w:color w:val="0D5F78"/>
                <w:lang w:val="ro-RO"/>
              </w:rPr>
            </w:pPr>
            <w:r w:rsidRPr="00A07C1D">
              <w:rPr>
                <w:b/>
                <w:color w:val="0D5F78"/>
                <w:lang w:val="ro-RO"/>
              </w:rPr>
              <w:t>Cota terenului natural (m)</w:t>
            </w:r>
            <w:r w:rsidR="00F61A70" w:rsidRPr="00A07C1D">
              <w:rPr>
                <w:bCs/>
                <w:i/>
                <w:iCs/>
                <w:color w:val="808080" w:themeColor="background1" w:themeShade="80"/>
                <w:lang w:val="ro-RO"/>
              </w:rPr>
              <w:t xml:space="preserve"> </w:t>
            </w:r>
          </w:p>
          <w:p w14:paraId="71F4C0F2" w14:textId="3DC91D9A" w:rsidR="0007047E" w:rsidRPr="00A07C1D" w:rsidRDefault="0007047E" w:rsidP="0007047E">
            <w:pPr>
              <w:keepNext/>
              <w:rPr>
                <w:lang w:val="ro-RO"/>
              </w:rPr>
            </w:pPr>
          </w:p>
        </w:tc>
      </w:tr>
      <w:tr w:rsidR="003C7CA3" w:rsidRPr="00A07C1D" w14:paraId="5E4E8EC6" w14:textId="77777777">
        <w:trPr>
          <w:cantSplit/>
        </w:trPr>
        <w:tc>
          <w:tcPr>
            <w:tcW w:w="9636" w:type="dxa"/>
            <w:gridSpan w:val="9"/>
            <w:shd w:val="clear" w:color="auto" w:fill="F4F4F4"/>
          </w:tcPr>
          <w:p w14:paraId="35E2F144" w14:textId="2A34E000" w:rsidR="003C7CA3" w:rsidRPr="00A07C1D" w:rsidRDefault="003454F7">
            <w:pPr>
              <w:keepNext/>
              <w:rPr>
                <w:lang w:val="ro-RO"/>
              </w:rPr>
            </w:pPr>
            <w:r w:rsidRPr="00A07C1D">
              <w:rPr>
                <w:sz w:val="16"/>
                <w:lang w:val="ro-RO"/>
              </w:rPr>
              <w:t xml:space="preserve"> Suprafețe și volum</w:t>
            </w:r>
            <w:r w:rsidR="007E5D45" w:rsidRPr="00A07C1D">
              <w:rPr>
                <w:sz w:val="16"/>
                <w:lang w:val="ro-RO"/>
              </w:rPr>
              <w:t xml:space="preserve"> </w:t>
            </w:r>
          </w:p>
        </w:tc>
      </w:tr>
      <w:tr w:rsidR="003C7CA3" w:rsidRPr="00A07C1D" w14:paraId="2FD126AF" w14:textId="77777777">
        <w:trPr>
          <w:cantSplit/>
          <w:trHeight w:val="510"/>
        </w:trPr>
        <w:tc>
          <w:tcPr>
            <w:tcW w:w="2409" w:type="dxa"/>
          </w:tcPr>
          <w:p w14:paraId="06C8304E" w14:textId="7F817497" w:rsidR="003C7CA3" w:rsidRPr="00A07C1D" w:rsidRDefault="003454F7">
            <w:pPr>
              <w:keepNext/>
              <w:rPr>
                <w:lang w:val="ro-RO"/>
              </w:rPr>
            </w:pPr>
            <w:r w:rsidRPr="00A07C1D">
              <w:rPr>
                <w:b/>
                <w:color w:val="0D5F78"/>
                <w:lang w:val="ro-RO"/>
              </w:rPr>
              <w:t>Suprafața construită (m²)</w:t>
            </w:r>
            <w:r w:rsidR="00F61A70" w:rsidRPr="00A07C1D">
              <w:rPr>
                <w:b/>
                <w:color w:val="0D5F78"/>
                <w:lang w:val="ro-RO"/>
              </w:rPr>
              <w:t xml:space="preserve"> </w:t>
            </w:r>
            <w:r w:rsidR="00F61A70" w:rsidRPr="00A07C1D">
              <w:rPr>
                <w:bCs/>
                <w:i/>
                <w:iCs/>
                <w:color w:val="808080" w:themeColor="background1" w:themeShade="80"/>
                <w:lang w:val="ro-RO"/>
              </w:rPr>
              <w:t>(existent/propus)</w:t>
            </w:r>
          </w:p>
          <w:p w14:paraId="48F1C2CE" w14:textId="77777777" w:rsidR="003C7CA3" w:rsidRPr="00A07C1D" w:rsidRDefault="003C7CA3">
            <w:pPr>
              <w:keepNext/>
              <w:rPr>
                <w:lang w:val="ro-RO"/>
              </w:rPr>
            </w:pPr>
          </w:p>
        </w:tc>
        <w:tc>
          <w:tcPr>
            <w:tcW w:w="2409" w:type="dxa"/>
            <w:gridSpan w:val="3"/>
          </w:tcPr>
          <w:p w14:paraId="7DCB2196" w14:textId="77777777" w:rsidR="003C7CA3" w:rsidRPr="00A07C1D" w:rsidRDefault="003454F7">
            <w:pPr>
              <w:keepNext/>
              <w:rPr>
                <w:b/>
                <w:color w:val="0D5F78"/>
                <w:lang w:val="ro-RO"/>
              </w:rPr>
            </w:pPr>
            <w:r w:rsidRPr="00A07C1D">
              <w:rPr>
                <w:b/>
                <w:color w:val="0D5F78"/>
                <w:lang w:val="ro-RO"/>
              </w:rPr>
              <w:t>Suprafața desfășurată (m²)</w:t>
            </w:r>
          </w:p>
          <w:p w14:paraId="7E1A2C27" w14:textId="4D1CD3B2" w:rsidR="00F61A70" w:rsidRPr="00A07C1D" w:rsidRDefault="00F61A70">
            <w:pPr>
              <w:keepNext/>
              <w:rPr>
                <w:lang w:val="ro-RO"/>
              </w:rPr>
            </w:pPr>
            <w:r w:rsidRPr="00A07C1D">
              <w:rPr>
                <w:bCs/>
                <w:i/>
                <w:iCs/>
                <w:color w:val="808080" w:themeColor="background1" w:themeShade="80"/>
                <w:lang w:val="ro-RO"/>
              </w:rPr>
              <w:t>(existent/propus)</w:t>
            </w:r>
          </w:p>
          <w:p w14:paraId="74D48601" w14:textId="77777777" w:rsidR="003C7CA3" w:rsidRPr="00A07C1D" w:rsidRDefault="003C7CA3">
            <w:pPr>
              <w:keepNext/>
              <w:rPr>
                <w:lang w:val="ro-RO"/>
              </w:rPr>
            </w:pPr>
          </w:p>
        </w:tc>
        <w:tc>
          <w:tcPr>
            <w:tcW w:w="2409" w:type="dxa"/>
            <w:gridSpan w:val="3"/>
          </w:tcPr>
          <w:p w14:paraId="5748DFD2" w14:textId="77777777" w:rsidR="009E435D" w:rsidRPr="00A07C1D" w:rsidRDefault="003454F7">
            <w:pPr>
              <w:keepNext/>
              <w:rPr>
                <w:b/>
                <w:color w:val="0D5F78"/>
                <w:lang w:val="ro-RO"/>
              </w:rPr>
            </w:pPr>
            <w:r w:rsidRPr="00A07C1D">
              <w:rPr>
                <w:b/>
                <w:color w:val="0D5F78"/>
                <w:lang w:val="ro-RO"/>
              </w:rPr>
              <w:t>Suprafața utilă (m²)</w:t>
            </w:r>
          </w:p>
          <w:p w14:paraId="1825C0CA" w14:textId="1651B2E6" w:rsidR="003C7CA3" w:rsidRPr="00A07C1D" w:rsidRDefault="009E435D">
            <w:pPr>
              <w:keepNext/>
              <w:rPr>
                <w:lang w:val="ro-RO"/>
              </w:rPr>
            </w:pPr>
            <w:r w:rsidRPr="00A07C1D">
              <w:rPr>
                <w:bCs/>
                <w:i/>
                <w:iCs/>
                <w:color w:val="808080" w:themeColor="background1" w:themeShade="80"/>
                <w:lang w:val="ro-RO"/>
              </w:rPr>
              <w:t>(existent/propus)</w:t>
            </w:r>
          </w:p>
          <w:p w14:paraId="7B61B290" w14:textId="77777777" w:rsidR="003C7CA3" w:rsidRPr="00A07C1D" w:rsidRDefault="003C7CA3">
            <w:pPr>
              <w:keepNext/>
              <w:rPr>
                <w:lang w:val="ro-RO"/>
              </w:rPr>
            </w:pPr>
          </w:p>
        </w:tc>
        <w:tc>
          <w:tcPr>
            <w:tcW w:w="2409" w:type="dxa"/>
            <w:gridSpan w:val="2"/>
          </w:tcPr>
          <w:p w14:paraId="6E0C2C74" w14:textId="77777777" w:rsidR="003C7CA3" w:rsidRPr="00A07C1D" w:rsidRDefault="003454F7">
            <w:pPr>
              <w:keepNext/>
              <w:rPr>
                <w:b/>
                <w:color w:val="0D5F78"/>
                <w:lang w:val="ro-RO"/>
              </w:rPr>
            </w:pPr>
            <w:r w:rsidRPr="00A07C1D">
              <w:rPr>
                <w:b/>
                <w:color w:val="0D5F78"/>
                <w:lang w:val="ro-RO"/>
              </w:rPr>
              <w:t>Volum construit (m³)</w:t>
            </w:r>
          </w:p>
          <w:p w14:paraId="43DE4869" w14:textId="418CC1F4" w:rsidR="009E435D" w:rsidRPr="00A07C1D" w:rsidRDefault="009E435D">
            <w:pPr>
              <w:keepNext/>
              <w:rPr>
                <w:lang w:val="ro-RO"/>
              </w:rPr>
            </w:pPr>
            <w:r w:rsidRPr="00A07C1D">
              <w:rPr>
                <w:bCs/>
                <w:i/>
                <w:iCs/>
                <w:color w:val="808080" w:themeColor="background1" w:themeShade="80"/>
                <w:lang w:val="ro-RO"/>
              </w:rPr>
              <w:t>(existent/propus)</w:t>
            </w:r>
          </w:p>
          <w:p w14:paraId="64125EF1" w14:textId="77777777" w:rsidR="003C7CA3" w:rsidRPr="00A07C1D" w:rsidRDefault="003C7CA3">
            <w:pPr>
              <w:keepNext/>
              <w:rPr>
                <w:lang w:val="ro-RO"/>
              </w:rPr>
            </w:pPr>
          </w:p>
        </w:tc>
      </w:tr>
      <w:tr w:rsidR="003C7CA3" w:rsidRPr="00A07C1D" w14:paraId="0F6EBED6" w14:textId="77777777">
        <w:trPr>
          <w:cantSplit/>
        </w:trPr>
        <w:tc>
          <w:tcPr>
            <w:tcW w:w="9636" w:type="dxa"/>
            <w:gridSpan w:val="9"/>
            <w:shd w:val="clear" w:color="auto" w:fill="F4F4F4"/>
          </w:tcPr>
          <w:p w14:paraId="05C5C6F8" w14:textId="77777777" w:rsidR="003C7CA3" w:rsidRPr="00A07C1D" w:rsidRDefault="003454F7">
            <w:pPr>
              <w:keepNext/>
              <w:rPr>
                <w:lang w:val="ro-RO"/>
              </w:rPr>
            </w:pPr>
            <w:r w:rsidRPr="00A07C1D">
              <w:rPr>
                <w:sz w:val="16"/>
                <w:lang w:val="ro-RO"/>
              </w:rPr>
              <w:t xml:space="preserve"> Rezistență mecanică și stabilitate</w:t>
            </w:r>
          </w:p>
        </w:tc>
      </w:tr>
      <w:tr w:rsidR="003C7CA3" w:rsidRPr="00A07C1D" w14:paraId="648D619D" w14:textId="77777777">
        <w:trPr>
          <w:cantSplit/>
          <w:trHeight w:val="510"/>
        </w:trPr>
        <w:tc>
          <w:tcPr>
            <w:tcW w:w="3212" w:type="dxa"/>
            <w:gridSpan w:val="2"/>
          </w:tcPr>
          <w:p w14:paraId="269BC7B3" w14:textId="3530AFF0" w:rsidR="003C7CA3" w:rsidRPr="00A07C1D" w:rsidRDefault="003454F7">
            <w:pPr>
              <w:keepNext/>
              <w:rPr>
                <w:lang w:val="ro-RO"/>
              </w:rPr>
            </w:pPr>
            <w:r w:rsidRPr="00A07C1D">
              <w:rPr>
                <w:b/>
                <w:color w:val="0D5F78"/>
                <w:lang w:val="ro-RO"/>
              </w:rPr>
              <w:t>Sistem structural</w:t>
            </w:r>
            <w:r w:rsidR="009E435D" w:rsidRPr="00A07C1D">
              <w:rPr>
                <w:b/>
                <w:color w:val="0D5F78"/>
                <w:lang w:val="ro-RO"/>
              </w:rPr>
              <w:t xml:space="preserve"> </w:t>
            </w:r>
            <w:r w:rsidR="009E435D" w:rsidRPr="00A07C1D">
              <w:rPr>
                <w:bCs/>
                <w:i/>
                <w:iCs/>
                <w:color w:val="808080" w:themeColor="background1" w:themeShade="80"/>
                <w:lang w:val="ro-RO"/>
              </w:rPr>
              <w:t>(existent/propus)</w:t>
            </w:r>
          </w:p>
          <w:p w14:paraId="4148DB18" w14:textId="77777777" w:rsidR="003C7CA3" w:rsidRPr="00A07C1D" w:rsidRDefault="003C7CA3">
            <w:pPr>
              <w:keepNext/>
              <w:rPr>
                <w:lang w:val="ro-RO"/>
              </w:rPr>
            </w:pPr>
          </w:p>
        </w:tc>
        <w:tc>
          <w:tcPr>
            <w:tcW w:w="3212" w:type="dxa"/>
            <w:gridSpan w:val="4"/>
          </w:tcPr>
          <w:p w14:paraId="230A02FC" w14:textId="017863FE" w:rsidR="003C7CA3" w:rsidRPr="00A07C1D" w:rsidRDefault="003454F7">
            <w:pPr>
              <w:keepNext/>
              <w:rPr>
                <w:lang w:val="ro-RO"/>
              </w:rPr>
            </w:pPr>
            <w:r w:rsidRPr="00A07C1D">
              <w:rPr>
                <w:b/>
                <w:color w:val="0D5F78"/>
                <w:lang w:val="ro-RO"/>
              </w:rPr>
              <w:t>Material structural</w:t>
            </w:r>
            <w:r w:rsidR="009E435D" w:rsidRPr="00A07C1D">
              <w:rPr>
                <w:b/>
                <w:color w:val="0D5F78"/>
                <w:lang w:val="ro-RO"/>
              </w:rPr>
              <w:t xml:space="preserve"> </w:t>
            </w:r>
            <w:r w:rsidR="009E435D" w:rsidRPr="00A07C1D">
              <w:rPr>
                <w:bCs/>
                <w:i/>
                <w:iCs/>
                <w:color w:val="808080" w:themeColor="background1" w:themeShade="80"/>
                <w:lang w:val="ro-RO"/>
              </w:rPr>
              <w:t>(existent/propus)</w:t>
            </w:r>
          </w:p>
          <w:p w14:paraId="52213A2A" w14:textId="77777777" w:rsidR="003C7CA3" w:rsidRPr="00A07C1D" w:rsidRDefault="003C7CA3">
            <w:pPr>
              <w:keepNext/>
              <w:rPr>
                <w:lang w:val="ro-RO"/>
              </w:rPr>
            </w:pPr>
          </w:p>
        </w:tc>
        <w:tc>
          <w:tcPr>
            <w:tcW w:w="3212" w:type="dxa"/>
            <w:gridSpan w:val="3"/>
          </w:tcPr>
          <w:p w14:paraId="5FC13512" w14:textId="6C261E0A" w:rsidR="003C7CA3" w:rsidRPr="00A07C1D" w:rsidRDefault="003454F7">
            <w:pPr>
              <w:keepNext/>
              <w:rPr>
                <w:lang w:val="ro-RO"/>
              </w:rPr>
            </w:pPr>
            <w:r w:rsidRPr="00A07C1D">
              <w:rPr>
                <w:b/>
                <w:color w:val="0D5F78"/>
                <w:lang w:val="ro-RO"/>
              </w:rPr>
              <w:t>Clasa de risc seismic</w:t>
            </w:r>
            <w:r w:rsidR="009E435D" w:rsidRPr="00A07C1D">
              <w:rPr>
                <w:b/>
                <w:color w:val="0D5F78"/>
                <w:lang w:val="ro-RO"/>
              </w:rPr>
              <w:t xml:space="preserve"> </w:t>
            </w:r>
            <w:r w:rsidR="009E435D" w:rsidRPr="00A07C1D">
              <w:rPr>
                <w:bCs/>
                <w:i/>
                <w:iCs/>
                <w:color w:val="808080" w:themeColor="background1" w:themeShade="80"/>
                <w:lang w:val="ro-RO"/>
              </w:rPr>
              <w:t>(existent/propus)</w:t>
            </w:r>
          </w:p>
          <w:p w14:paraId="121DEF40" w14:textId="77777777" w:rsidR="003C7CA3" w:rsidRPr="00A07C1D" w:rsidRDefault="003454F7">
            <w:pPr>
              <w:keepNext/>
              <w:rPr>
                <w:lang w:val="ro-RO"/>
              </w:rPr>
            </w:pPr>
            <w:r w:rsidRPr="00A07C1D">
              <w:rPr>
                <w:i/>
                <w:color w:val="7A7A7A"/>
                <w:lang w:val="ro-RO"/>
              </w:rPr>
              <w:t>Rs I … Rs IV</w:t>
            </w:r>
          </w:p>
          <w:p w14:paraId="21701975" w14:textId="77777777" w:rsidR="003C7CA3" w:rsidRPr="00A07C1D" w:rsidRDefault="003C7CA3">
            <w:pPr>
              <w:keepNext/>
              <w:rPr>
                <w:lang w:val="ro-RO"/>
              </w:rPr>
            </w:pPr>
          </w:p>
        </w:tc>
      </w:tr>
      <w:tr w:rsidR="003C7CA3" w:rsidRPr="00A07C1D" w14:paraId="10E744AE" w14:textId="77777777">
        <w:trPr>
          <w:cantSplit/>
        </w:trPr>
        <w:tc>
          <w:tcPr>
            <w:tcW w:w="9636" w:type="dxa"/>
            <w:gridSpan w:val="9"/>
            <w:shd w:val="clear" w:color="auto" w:fill="F4F4F4"/>
          </w:tcPr>
          <w:p w14:paraId="1EE6A226" w14:textId="77777777" w:rsidR="003C7CA3" w:rsidRPr="00A07C1D" w:rsidRDefault="003454F7">
            <w:pPr>
              <w:keepNext/>
              <w:rPr>
                <w:lang w:val="ro-RO"/>
              </w:rPr>
            </w:pPr>
            <w:r w:rsidRPr="00A07C1D">
              <w:rPr>
                <w:sz w:val="16"/>
                <w:lang w:val="ro-RO"/>
              </w:rPr>
              <w:t xml:space="preserve"> Anvelopă</w:t>
            </w:r>
          </w:p>
        </w:tc>
      </w:tr>
      <w:tr w:rsidR="003C7CA3" w:rsidRPr="00A07C1D" w14:paraId="7BA6871E" w14:textId="77777777">
        <w:trPr>
          <w:cantSplit/>
          <w:trHeight w:val="510"/>
        </w:trPr>
        <w:tc>
          <w:tcPr>
            <w:tcW w:w="2409" w:type="dxa"/>
          </w:tcPr>
          <w:p w14:paraId="13427585" w14:textId="056B9861" w:rsidR="003C7CA3" w:rsidRPr="00A07C1D" w:rsidRDefault="003454F7">
            <w:pPr>
              <w:keepNext/>
              <w:rPr>
                <w:lang w:val="ro-RO"/>
              </w:rPr>
            </w:pPr>
            <w:r w:rsidRPr="00A07C1D">
              <w:rPr>
                <w:b/>
                <w:color w:val="0D5F78"/>
                <w:lang w:val="ro-RO"/>
              </w:rPr>
              <w:t>Acoperiș / învelitoare</w:t>
            </w:r>
            <w:r w:rsidR="009E435D" w:rsidRPr="00A07C1D">
              <w:rPr>
                <w:b/>
                <w:color w:val="0D5F78"/>
                <w:lang w:val="ro-RO"/>
              </w:rPr>
              <w:t xml:space="preserve"> </w:t>
            </w:r>
            <w:r w:rsidR="009E435D" w:rsidRPr="00A07C1D">
              <w:rPr>
                <w:bCs/>
                <w:i/>
                <w:iCs/>
                <w:color w:val="808080" w:themeColor="background1" w:themeShade="80"/>
                <w:lang w:val="ro-RO"/>
              </w:rPr>
              <w:t>(existent/propus)</w:t>
            </w:r>
          </w:p>
          <w:p w14:paraId="77A32C88" w14:textId="77777777" w:rsidR="003C7CA3" w:rsidRPr="00A07C1D" w:rsidRDefault="003454F7">
            <w:pPr>
              <w:keepNext/>
              <w:rPr>
                <w:lang w:val="ro-RO"/>
              </w:rPr>
            </w:pPr>
            <w:r w:rsidRPr="00A07C1D">
              <w:rPr>
                <w:i/>
                <w:color w:val="7A7A7A"/>
                <w:lang w:val="ro-RO"/>
              </w:rPr>
              <w:t>șarpantă sau terasă</w:t>
            </w:r>
          </w:p>
          <w:p w14:paraId="49F0469B" w14:textId="77777777" w:rsidR="003C7CA3" w:rsidRPr="00A07C1D" w:rsidRDefault="003C7CA3">
            <w:pPr>
              <w:keepNext/>
              <w:rPr>
                <w:lang w:val="ro-RO"/>
              </w:rPr>
            </w:pPr>
          </w:p>
        </w:tc>
        <w:tc>
          <w:tcPr>
            <w:tcW w:w="2409" w:type="dxa"/>
            <w:gridSpan w:val="3"/>
          </w:tcPr>
          <w:p w14:paraId="21D1830D" w14:textId="77777777" w:rsidR="003C7CA3" w:rsidRPr="00A07C1D" w:rsidRDefault="003454F7">
            <w:pPr>
              <w:keepNext/>
              <w:rPr>
                <w:b/>
                <w:color w:val="0D5F78"/>
                <w:lang w:val="ro-RO"/>
              </w:rPr>
            </w:pPr>
            <w:r w:rsidRPr="00A07C1D">
              <w:rPr>
                <w:b/>
                <w:color w:val="0D5F78"/>
                <w:lang w:val="ro-RO"/>
              </w:rPr>
              <w:t>Învelitoare (material / culoare)</w:t>
            </w:r>
          </w:p>
          <w:p w14:paraId="19E92829" w14:textId="20B66F95" w:rsidR="009E435D" w:rsidRPr="00A07C1D" w:rsidRDefault="009E435D">
            <w:pPr>
              <w:keepNext/>
              <w:rPr>
                <w:lang w:val="ro-RO"/>
              </w:rPr>
            </w:pPr>
            <w:r w:rsidRPr="00A07C1D">
              <w:rPr>
                <w:bCs/>
                <w:i/>
                <w:iCs/>
                <w:color w:val="808080" w:themeColor="background1" w:themeShade="80"/>
                <w:lang w:val="ro-RO"/>
              </w:rPr>
              <w:t>(existent/propus)</w:t>
            </w:r>
          </w:p>
          <w:p w14:paraId="7D9D3BEC" w14:textId="77777777" w:rsidR="003C7CA3" w:rsidRPr="00A07C1D" w:rsidRDefault="003C7CA3">
            <w:pPr>
              <w:keepNext/>
              <w:rPr>
                <w:lang w:val="ro-RO"/>
              </w:rPr>
            </w:pPr>
          </w:p>
        </w:tc>
        <w:tc>
          <w:tcPr>
            <w:tcW w:w="2409" w:type="dxa"/>
            <w:gridSpan w:val="3"/>
          </w:tcPr>
          <w:p w14:paraId="74D7EE9D" w14:textId="77777777" w:rsidR="009E435D" w:rsidRPr="00A07C1D" w:rsidRDefault="003454F7">
            <w:pPr>
              <w:keepNext/>
              <w:rPr>
                <w:b/>
                <w:color w:val="0D5F78"/>
                <w:lang w:val="ro-RO"/>
              </w:rPr>
            </w:pPr>
            <w:r w:rsidRPr="00A07C1D">
              <w:rPr>
                <w:b/>
                <w:color w:val="0D5F78"/>
                <w:lang w:val="ro-RO"/>
              </w:rPr>
              <w:t>Finisaj / tâmplărie exterioară</w:t>
            </w:r>
          </w:p>
          <w:p w14:paraId="1410C167" w14:textId="5DE35244" w:rsidR="003C7CA3" w:rsidRPr="00A07C1D" w:rsidRDefault="009E435D">
            <w:pPr>
              <w:keepNext/>
              <w:rPr>
                <w:lang w:val="ro-RO"/>
              </w:rPr>
            </w:pPr>
            <w:r w:rsidRPr="00A07C1D">
              <w:rPr>
                <w:bCs/>
                <w:i/>
                <w:iCs/>
                <w:color w:val="808080" w:themeColor="background1" w:themeShade="80"/>
                <w:lang w:val="ro-RO"/>
              </w:rPr>
              <w:t>(existent/propus)</w:t>
            </w:r>
          </w:p>
          <w:p w14:paraId="61D838D9" w14:textId="77777777" w:rsidR="003C7CA3" w:rsidRPr="00A07C1D" w:rsidRDefault="003454F7">
            <w:pPr>
              <w:keepNext/>
              <w:rPr>
                <w:lang w:val="ro-RO"/>
              </w:rPr>
            </w:pPr>
            <w:r w:rsidRPr="00A07C1D">
              <w:rPr>
                <w:i/>
                <w:color w:val="7A7A7A"/>
                <w:lang w:val="ro-RO"/>
              </w:rPr>
              <w:t>material, culoare</w:t>
            </w:r>
          </w:p>
          <w:p w14:paraId="3F09D205" w14:textId="77777777" w:rsidR="003C7CA3" w:rsidRPr="00A07C1D" w:rsidRDefault="003C7CA3">
            <w:pPr>
              <w:keepNext/>
              <w:rPr>
                <w:lang w:val="ro-RO"/>
              </w:rPr>
            </w:pPr>
          </w:p>
        </w:tc>
        <w:tc>
          <w:tcPr>
            <w:tcW w:w="2409" w:type="dxa"/>
            <w:gridSpan w:val="2"/>
          </w:tcPr>
          <w:p w14:paraId="6AC4C09E" w14:textId="77777777" w:rsidR="009E435D" w:rsidRPr="00A07C1D" w:rsidRDefault="003454F7">
            <w:pPr>
              <w:keepNext/>
              <w:rPr>
                <w:b/>
                <w:color w:val="0D5F78"/>
                <w:lang w:val="ro-RO"/>
              </w:rPr>
            </w:pPr>
            <w:r w:rsidRPr="00A07C1D">
              <w:rPr>
                <w:b/>
                <w:color w:val="0D5F78"/>
                <w:lang w:val="ro-RO"/>
              </w:rPr>
              <w:t>Sistem de încălzire</w:t>
            </w:r>
          </w:p>
          <w:p w14:paraId="76CAE6F3" w14:textId="1DA1FF1D" w:rsidR="003C7CA3" w:rsidRPr="00A07C1D" w:rsidRDefault="009E435D">
            <w:pPr>
              <w:keepNext/>
              <w:rPr>
                <w:lang w:val="ro-RO"/>
              </w:rPr>
            </w:pPr>
            <w:r w:rsidRPr="00A07C1D">
              <w:rPr>
                <w:bCs/>
                <w:i/>
                <w:iCs/>
                <w:color w:val="808080" w:themeColor="background1" w:themeShade="80"/>
                <w:lang w:val="ro-RO"/>
              </w:rPr>
              <w:t>(existent/propus)</w:t>
            </w:r>
          </w:p>
          <w:p w14:paraId="610AF003" w14:textId="77777777" w:rsidR="003C7CA3" w:rsidRPr="00A07C1D" w:rsidRDefault="003C7CA3">
            <w:pPr>
              <w:keepNext/>
              <w:rPr>
                <w:lang w:val="ro-RO"/>
              </w:rPr>
            </w:pPr>
          </w:p>
        </w:tc>
      </w:tr>
      <w:tr w:rsidR="003C7CA3" w:rsidRPr="00A07C1D" w14:paraId="46C29B05" w14:textId="77777777">
        <w:trPr>
          <w:cantSplit/>
        </w:trPr>
        <w:tc>
          <w:tcPr>
            <w:tcW w:w="9636" w:type="dxa"/>
            <w:gridSpan w:val="9"/>
            <w:shd w:val="clear" w:color="auto" w:fill="F4F4F4"/>
          </w:tcPr>
          <w:p w14:paraId="3E9A768B" w14:textId="77777777" w:rsidR="003C7CA3" w:rsidRPr="00A07C1D" w:rsidRDefault="003454F7">
            <w:pPr>
              <w:keepNext/>
              <w:rPr>
                <w:lang w:val="ro-RO"/>
              </w:rPr>
            </w:pPr>
            <w:r w:rsidRPr="00A07C1D">
              <w:rPr>
                <w:sz w:val="16"/>
                <w:lang w:val="ro-RO"/>
              </w:rPr>
              <w:t xml:space="preserve"> Siguranță la incendiu</w:t>
            </w:r>
          </w:p>
        </w:tc>
      </w:tr>
      <w:tr w:rsidR="003C7CA3" w:rsidRPr="00A07C1D" w14:paraId="6546425B" w14:textId="77777777">
        <w:trPr>
          <w:cantSplit/>
          <w:trHeight w:val="510"/>
        </w:trPr>
        <w:tc>
          <w:tcPr>
            <w:tcW w:w="5621" w:type="dxa"/>
            <w:gridSpan w:val="5"/>
          </w:tcPr>
          <w:p w14:paraId="32C1F791" w14:textId="3C57619C" w:rsidR="003C7CA3" w:rsidRPr="00A07C1D" w:rsidRDefault="003454F7">
            <w:pPr>
              <w:keepNext/>
              <w:rPr>
                <w:lang w:val="ro-RO"/>
              </w:rPr>
            </w:pPr>
            <w:r w:rsidRPr="00A07C1D">
              <w:rPr>
                <w:b/>
                <w:color w:val="0D5F78"/>
                <w:lang w:val="ro-RO"/>
              </w:rPr>
              <w:t>Nivel de stabilitate la incendiu</w:t>
            </w:r>
            <w:r w:rsidR="009E435D" w:rsidRPr="00A07C1D">
              <w:rPr>
                <w:b/>
                <w:color w:val="0D5F78"/>
                <w:lang w:val="ro-RO"/>
              </w:rPr>
              <w:t xml:space="preserve"> </w:t>
            </w:r>
            <w:r w:rsidR="009E435D" w:rsidRPr="00A07C1D">
              <w:rPr>
                <w:bCs/>
                <w:i/>
                <w:iCs/>
                <w:color w:val="808080" w:themeColor="background1" w:themeShade="80"/>
                <w:lang w:val="ro-RO"/>
              </w:rPr>
              <w:t>(existent/propus)</w:t>
            </w:r>
          </w:p>
          <w:p w14:paraId="56434CF7" w14:textId="77777777" w:rsidR="003C7CA3" w:rsidRPr="00A07C1D" w:rsidRDefault="003C7CA3">
            <w:pPr>
              <w:keepNext/>
              <w:rPr>
                <w:lang w:val="ro-RO"/>
              </w:rPr>
            </w:pPr>
          </w:p>
        </w:tc>
        <w:tc>
          <w:tcPr>
            <w:tcW w:w="4015" w:type="dxa"/>
            <w:gridSpan w:val="4"/>
          </w:tcPr>
          <w:p w14:paraId="6EEC9105" w14:textId="1B1D82C1" w:rsidR="003C7CA3" w:rsidRPr="00A07C1D" w:rsidRDefault="003454F7">
            <w:pPr>
              <w:keepNext/>
              <w:rPr>
                <w:lang w:val="ro-RO"/>
              </w:rPr>
            </w:pPr>
            <w:r w:rsidRPr="00A07C1D">
              <w:rPr>
                <w:b/>
                <w:color w:val="0D5F78"/>
                <w:lang w:val="ro-RO"/>
              </w:rPr>
              <w:t>Număr maxim utilizatori</w:t>
            </w:r>
            <w:r w:rsidR="009E435D" w:rsidRPr="00A07C1D">
              <w:rPr>
                <w:b/>
                <w:color w:val="0D5F78"/>
                <w:lang w:val="ro-RO"/>
              </w:rPr>
              <w:t xml:space="preserve"> </w:t>
            </w:r>
            <w:r w:rsidR="009E435D" w:rsidRPr="00A07C1D">
              <w:rPr>
                <w:bCs/>
                <w:i/>
                <w:iCs/>
                <w:color w:val="808080" w:themeColor="background1" w:themeShade="80"/>
                <w:lang w:val="ro-RO"/>
              </w:rPr>
              <w:t>(existent/propus)</w:t>
            </w:r>
          </w:p>
          <w:p w14:paraId="04845F3C" w14:textId="77777777" w:rsidR="003C7CA3" w:rsidRPr="00A07C1D" w:rsidRDefault="003C7CA3">
            <w:pPr>
              <w:keepNext/>
              <w:rPr>
                <w:lang w:val="ro-RO"/>
              </w:rPr>
            </w:pPr>
          </w:p>
        </w:tc>
      </w:tr>
    </w:tbl>
    <w:p w14:paraId="5444A95F" w14:textId="77777777" w:rsidR="003C7CA3" w:rsidRPr="00A07C1D" w:rsidRDefault="003C7CA3">
      <w:pPr>
        <w:spacing w:line="168" w:lineRule="auto"/>
        <w:rPr>
          <w:lang w:val="ro-RO"/>
        </w:rPr>
      </w:pPr>
    </w:p>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3C7CA3" w:rsidRPr="00A07C1D" w14:paraId="6C362E1B" w14:textId="77777777" w:rsidTr="002870AD">
        <w:trPr>
          <w:cantSplit/>
        </w:trPr>
        <w:tc>
          <w:tcPr>
            <w:tcW w:w="9636" w:type="dxa"/>
            <w:shd w:val="clear" w:color="auto" w:fill="F4F4F4"/>
          </w:tcPr>
          <w:p w14:paraId="69228431" w14:textId="79EC420A" w:rsidR="003C7CA3" w:rsidRPr="00A07C1D" w:rsidRDefault="003454F7">
            <w:pPr>
              <w:keepNext/>
              <w:rPr>
                <w:lang w:val="ro-RO"/>
              </w:rPr>
            </w:pPr>
            <w:r w:rsidRPr="00A07C1D">
              <w:rPr>
                <w:b/>
                <w:sz w:val="16"/>
                <w:lang w:val="ro-RO"/>
              </w:rPr>
              <w:t xml:space="preserve"> 5. </w:t>
            </w:r>
            <w:r w:rsidRPr="00A07C1D">
              <w:rPr>
                <w:b/>
                <w:color w:val="000000"/>
                <w:sz w:val="18"/>
                <w:lang w:val="ro-RO"/>
              </w:rPr>
              <w:t>CAPACITĂȚILE FUNCȚIONALE ALE CONSTRUCȚIILOR PROIECTATE</w:t>
            </w:r>
          </w:p>
        </w:tc>
      </w:tr>
      <w:tr w:rsidR="003C7CA3" w:rsidRPr="00A07C1D" w14:paraId="67225F94" w14:textId="77777777" w:rsidTr="002870AD">
        <w:trPr>
          <w:cantSplit/>
        </w:trPr>
        <w:tc>
          <w:tcPr>
            <w:tcW w:w="9636" w:type="dxa"/>
            <w:shd w:val="clear" w:color="auto" w:fill="F4F4F4"/>
          </w:tcPr>
          <w:p w14:paraId="083EAA92" w14:textId="77777777" w:rsidR="003C7CA3" w:rsidRPr="00A07C1D" w:rsidRDefault="003454F7">
            <w:pPr>
              <w:keepNext/>
              <w:rPr>
                <w:lang w:val="ro-RO"/>
              </w:rPr>
            </w:pPr>
            <w:r w:rsidRPr="00A07C1D">
              <w:rPr>
                <w:sz w:val="16"/>
                <w:lang w:val="ro-RO"/>
              </w:rPr>
              <w:t xml:space="preserve"> Construcții pentru instituții publice și servicii</w:t>
            </w:r>
          </w:p>
        </w:tc>
      </w:tr>
      <w:tr w:rsidR="002870AD" w:rsidRPr="00A07C1D" w14:paraId="5F9F33DB" w14:textId="77777777" w:rsidTr="0078768E">
        <w:trPr>
          <w:cantSplit/>
          <w:trHeight w:val="510"/>
        </w:trPr>
        <w:tc>
          <w:tcPr>
            <w:tcW w:w="9636" w:type="dxa"/>
          </w:tcPr>
          <w:p w14:paraId="438AD66D" w14:textId="1C70510B" w:rsidR="002870AD" w:rsidRPr="00A07C1D" w:rsidRDefault="002870AD" w:rsidP="002870AD">
            <w:pPr>
              <w:keepNext/>
              <w:rPr>
                <w:lang w:val="ro-RO"/>
              </w:rPr>
            </w:pPr>
            <w:r w:rsidRPr="00A07C1D">
              <w:rPr>
                <w:b/>
                <w:color w:val="0D5F78"/>
                <w:lang w:val="ro-RO"/>
              </w:rPr>
              <w:t xml:space="preserve">administrative și </w:t>
            </w:r>
            <w:r w:rsidR="00056288" w:rsidRPr="00A07C1D">
              <w:rPr>
                <w:b/>
                <w:color w:val="0D5F78"/>
                <w:lang w:val="ro-RO"/>
              </w:rPr>
              <w:t>servicii aferente infrastructurii de transport de interes național</w:t>
            </w:r>
            <w:r w:rsidRPr="00A07C1D">
              <w:rPr>
                <w:b/>
                <w:color w:val="0D5F78"/>
                <w:lang w:val="ro-RO"/>
              </w:rPr>
              <w:t xml:space="preserve"> — nr. personal</w:t>
            </w:r>
          </w:p>
          <w:p w14:paraId="4FED59EA" w14:textId="77777777" w:rsidR="002870AD" w:rsidRPr="00A07C1D" w:rsidRDefault="002870AD" w:rsidP="002870AD">
            <w:pPr>
              <w:keepNext/>
              <w:rPr>
                <w:lang w:val="ro-RO"/>
              </w:rPr>
            </w:pPr>
          </w:p>
        </w:tc>
      </w:tr>
      <w:tr w:rsidR="002870AD" w:rsidRPr="0040425E" w14:paraId="69EA93CE" w14:textId="77777777" w:rsidTr="002870AD">
        <w:trPr>
          <w:cantSplit/>
          <w:trHeight w:val="510"/>
        </w:trPr>
        <w:tc>
          <w:tcPr>
            <w:tcW w:w="9636" w:type="dxa"/>
          </w:tcPr>
          <w:p w14:paraId="0C05CBC5" w14:textId="77777777" w:rsidR="002870AD" w:rsidRPr="00A07C1D" w:rsidRDefault="002870AD" w:rsidP="002870AD">
            <w:pPr>
              <w:rPr>
                <w:lang w:val="ro-RO"/>
              </w:rPr>
            </w:pPr>
            <w:r w:rsidRPr="00A07C1D">
              <w:rPr>
                <w:b/>
                <w:color w:val="0D5F78"/>
                <w:lang w:val="ro-RO"/>
              </w:rPr>
              <w:t>Alte caracteristici ale capacităților funcționale, necuprinse mai sus</w:t>
            </w:r>
          </w:p>
          <w:p w14:paraId="5566F5A5" w14:textId="77777777" w:rsidR="002870AD" w:rsidRPr="00A07C1D" w:rsidRDefault="002870AD" w:rsidP="002870AD">
            <w:pPr>
              <w:rPr>
                <w:lang w:val="ro-RO"/>
              </w:rPr>
            </w:pPr>
          </w:p>
        </w:tc>
      </w:tr>
    </w:tbl>
    <w:p w14:paraId="67353002"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629"/>
        <w:gridCol w:w="1842"/>
        <w:gridCol w:w="2347"/>
        <w:gridCol w:w="1606"/>
        <w:gridCol w:w="1606"/>
      </w:tblGrid>
      <w:tr w:rsidR="003C7CA3" w:rsidRPr="0040425E" w14:paraId="01F650E0" w14:textId="77777777">
        <w:trPr>
          <w:cantSplit/>
        </w:trPr>
        <w:tc>
          <w:tcPr>
            <w:tcW w:w="9636" w:type="dxa"/>
            <w:gridSpan w:val="6"/>
            <w:shd w:val="clear" w:color="auto" w:fill="F4F4F4"/>
          </w:tcPr>
          <w:p w14:paraId="7E7FA553" w14:textId="77AE8320" w:rsidR="003C7CA3" w:rsidRPr="00A07C1D" w:rsidRDefault="003454F7">
            <w:pPr>
              <w:keepNext/>
              <w:rPr>
                <w:lang w:val="ro-RO"/>
              </w:rPr>
            </w:pPr>
            <w:r w:rsidRPr="00A07C1D">
              <w:rPr>
                <w:b/>
                <w:sz w:val="16"/>
                <w:lang w:val="ro-RO"/>
              </w:rPr>
              <w:t xml:space="preserve"> 6. </w:t>
            </w:r>
            <w:r w:rsidRPr="00A07C1D">
              <w:rPr>
                <w:b/>
                <w:color w:val="000000"/>
                <w:sz w:val="18"/>
                <w:lang w:val="ro-RO"/>
              </w:rPr>
              <w:t>UTILITĂȚI · GARAJE ȘI PARCAJE · AMENAJĂRI EXTERIOARE</w:t>
            </w:r>
          </w:p>
        </w:tc>
      </w:tr>
      <w:tr w:rsidR="003C7CA3" w:rsidRPr="0040425E" w14:paraId="6B8C0C3F" w14:textId="77777777">
        <w:trPr>
          <w:cantSplit/>
        </w:trPr>
        <w:tc>
          <w:tcPr>
            <w:tcW w:w="9636" w:type="dxa"/>
            <w:gridSpan w:val="6"/>
          </w:tcPr>
          <w:p w14:paraId="61894E41" w14:textId="77777777" w:rsidR="003C7CA3" w:rsidRPr="00A07C1D" w:rsidRDefault="003454F7">
            <w:pPr>
              <w:keepNext/>
              <w:rPr>
                <w:lang w:val="ro-RO"/>
              </w:rPr>
            </w:pPr>
            <w:r w:rsidRPr="00A07C1D">
              <w:rPr>
                <w:sz w:val="16"/>
                <w:lang w:val="ro-RO"/>
              </w:rPr>
              <w:t xml:space="preserve"> ☐ apă     ☐ canalizare     ☐ energie electrică     ☐ energie termică     ☐ gaze naturale     ☐ telefonizare     ☐ salubritate     ☐ transport urban     ☐ alte utilități:</w:t>
            </w:r>
          </w:p>
        </w:tc>
      </w:tr>
      <w:tr w:rsidR="00C46767" w:rsidRPr="0040425E" w14:paraId="27EC2DE3" w14:textId="77777777" w:rsidTr="00C46767">
        <w:trPr>
          <w:cantSplit/>
          <w:trHeight w:val="510"/>
        </w:trPr>
        <w:tc>
          <w:tcPr>
            <w:tcW w:w="2235" w:type="dxa"/>
            <w:gridSpan w:val="2"/>
          </w:tcPr>
          <w:p w14:paraId="76BECEA9" w14:textId="320759E1" w:rsidR="00C46767" w:rsidRPr="00A07C1D" w:rsidRDefault="00C46767">
            <w:pPr>
              <w:keepNext/>
              <w:rPr>
                <w:lang w:val="ro-RO"/>
              </w:rPr>
            </w:pPr>
            <w:r w:rsidRPr="00A07C1D">
              <w:rPr>
                <w:b/>
                <w:color w:val="0D5F78"/>
                <w:lang w:val="ro-RO"/>
              </w:rPr>
              <w:t xml:space="preserve">garaje — nr. locuri </w:t>
            </w:r>
          </w:p>
          <w:p w14:paraId="110B1A51" w14:textId="77777777" w:rsidR="00C46767" w:rsidRPr="00A07C1D" w:rsidRDefault="00C46767">
            <w:pPr>
              <w:keepNext/>
              <w:rPr>
                <w:lang w:val="ro-RO"/>
              </w:rPr>
            </w:pPr>
          </w:p>
        </w:tc>
        <w:tc>
          <w:tcPr>
            <w:tcW w:w="1842" w:type="dxa"/>
          </w:tcPr>
          <w:p w14:paraId="0ABBB532" w14:textId="77777777" w:rsidR="00C46767" w:rsidRPr="00A07C1D" w:rsidRDefault="00C46767">
            <w:pPr>
              <w:keepNext/>
              <w:rPr>
                <w:lang w:val="ro-RO"/>
              </w:rPr>
            </w:pPr>
            <w:r w:rsidRPr="00A07C1D">
              <w:rPr>
                <w:b/>
                <w:color w:val="0D5F78"/>
                <w:lang w:val="ro-RO"/>
              </w:rPr>
              <w:t xml:space="preserve">parcaje — nr. locuri </w:t>
            </w:r>
          </w:p>
        </w:tc>
        <w:tc>
          <w:tcPr>
            <w:tcW w:w="2347" w:type="dxa"/>
          </w:tcPr>
          <w:p w14:paraId="5E230273" w14:textId="480ECC30" w:rsidR="00C46767" w:rsidRPr="00A07C1D" w:rsidRDefault="00C46767" w:rsidP="00C46767">
            <w:pPr>
              <w:rPr>
                <w:lang w:val="ro-RO"/>
              </w:rPr>
            </w:pPr>
            <w:r w:rsidRPr="00A07C1D">
              <w:rPr>
                <w:b/>
                <w:color w:val="0D5F78"/>
                <w:lang w:val="ro-RO"/>
              </w:rPr>
              <w:t>parcaje pentru biciclete – nr. locuri</w:t>
            </w:r>
          </w:p>
          <w:p w14:paraId="1B5BA92E" w14:textId="423BC9DB" w:rsidR="00C46767" w:rsidRPr="00A07C1D" w:rsidRDefault="00C46767">
            <w:pPr>
              <w:keepNext/>
              <w:rPr>
                <w:lang w:val="ro-RO"/>
              </w:rPr>
            </w:pPr>
          </w:p>
        </w:tc>
        <w:tc>
          <w:tcPr>
            <w:tcW w:w="3212" w:type="dxa"/>
            <w:gridSpan w:val="2"/>
          </w:tcPr>
          <w:p w14:paraId="26761444" w14:textId="77777777" w:rsidR="00C46767" w:rsidRPr="00A07C1D" w:rsidRDefault="00C46767">
            <w:pPr>
              <w:keepNext/>
              <w:rPr>
                <w:lang w:val="ro-RO"/>
              </w:rPr>
            </w:pPr>
            <w:r w:rsidRPr="00A07C1D">
              <w:rPr>
                <w:b/>
                <w:color w:val="0D5F78"/>
                <w:lang w:val="ro-RO"/>
              </w:rPr>
              <w:t>alei carosabile, inclusiv parcaje la sol (m²)</w:t>
            </w:r>
          </w:p>
          <w:p w14:paraId="1AF44448" w14:textId="77777777" w:rsidR="00C46767" w:rsidRPr="00A07C1D" w:rsidRDefault="00C46767">
            <w:pPr>
              <w:keepNext/>
              <w:rPr>
                <w:lang w:val="ro-RO"/>
              </w:rPr>
            </w:pPr>
          </w:p>
        </w:tc>
      </w:tr>
      <w:tr w:rsidR="003C7CA3" w:rsidRPr="00A07C1D" w14:paraId="6E7FDA17" w14:textId="77777777" w:rsidTr="00C46767">
        <w:trPr>
          <w:cantSplit/>
          <w:trHeight w:val="510"/>
        </w:trPr>
        <w:tc>
          <w:tcPr>
            <w:tcW w:w="1606" w:type="dxa"/>
          </w:tcPr>
          <w:p w14:paraId="2AA92BFE" w14:textId="77777777" w:rsidR="003C7CA3" w:rsidRPr="00A07C1D" w:rsidRDefault="003454F7">
            <w:pPr>
              <w:rPr>
                <w:lang w:val="ro-RO"/>
              </w:rPr>
            </w:pPr>
            <w:r w:rsidRPr="00A07C1D">
              <w:rPr>
                <w:b/>
                <w:color w:val="0D5F78"/>
                <w:lang w:val="ro-RO"/>
              </w:rPr>
              <w:t>alei pietonale (m²)</w:t>
            </w:r>
          </w:p>
          <w:p w14:paraId="37097089" w14:textId="77777777" w:rsidR="003C7CA3" w:rsidRPr="00A07C1D" w:rsidRDefault="003C7CA3">
            <w:pPr>
              <w:rPr>
                <w:lang w:val="ro-RO"/>
              </w:rPr>
            </w:pPr>
          </w:p>
        </w:tc>
        <w:tc>
          <w:tcPr>
            <w:tcW w:w="2471" w:type="dxa"/>
            <w:gridSpan w:val="2"/>
          </w:tcPr>
          <w:p w14:paraId="002F19A1" w14:textId="77777777" w:rsidR="003C7CA3" w:rsidRPr="00A07C1D" w:rsidRDefault="003454F7">
            <w:pPr>
              <w:rPr>
                <w:lang w:val="ro-RO"/>
              </w:rPr>
            </w:pPr>
            <w:r w:rsidRPr="00A07C1D">
              <w:rPr>
                <w:b/>
                <w:color w:val="0D5F78"/>
                <w:lang w:val="ro-RO"/>
              </w:rPr>
              <w:t>alte platforme la nivelul solului (m²)</w:t>
            </w:r>
          </w:p>
          <w:p w14:paraId="29F6F182" w14:textId="77777777" w:rsidR="003C7CA3" w:rsidRPr="00A07C1D" w:rsidRDefault="003454F7">
            <w:pPr>
              <w:rPr>
                <w:lang w:val="ro-RO"/>
              </w:rPr>
            </w:pPr>
            <w:r w:rsidRPr="00A07C1D">
              <w:rPr>
                <w:i/>
                <w:color w:val="7A7A7A"/>
                <w:lang w:val="ro-RO"/>
              </w:rPr>
              <w:t>deșeuri etc.</w:t>
            </w:r>
          </w:p>
          <w:p w14:paraId="019BCEAA" w14:textId="77777777" w:rsidR="003C7CA3" w:rsidRPr="00A07C1D" w:rsidRDefault="003C7CA3">
            <w:pPr>
              <w:rPr>
                <w:lang w:val="ro-RO"/>
              </w:rPr>
            </w:pPr>
          </w:p>
        </w:tc>
        <w:tc>
          <w:tcPr>
            <w:tcW w:w="3953" w:type="dxa"/>
            <w:gridSpan w:val="2"/>
          </w:tcPr>
          <w:p w14:paraId="515407BB" w14:textId="77777777" w:rsidR="003C7CA3" w:rsidRPr="00A07C1D" w:rsidRDefault="003454F7">
            <w:pPr>
              <w:rPr>
                <w:lang w:val="ro-RO"/>
              </w:rPr>
            </w:pPr>
            <w:r w:rsidRPr="00A07C1D">
              <w:rPr>
                <w:b/>
                <w:color w:val="0D5F78"/>
                <w:lang w:val="ro-RO"/>
              </w:rPr>
              <w:t>arbori tăiați / menținuți / plantați (nr.)</w:t>
            </w:r>
          </w:p>
          <w:p w14:paraId="1FB95EB6" w14:textId="77777777" w:rsidR="003C7CA3" w:rsidRPr="00A07C1D" w:rsidRDefault="003C7CA3">
            <w:pPr>
              <w:rPr>
                <w:lang w:val="ro-RO"/>
              </w:rPr>
            </w:pPr>
          </w:p>
        </w:tc>
        <w:tc>
          <w:tcPr>
            <w:tcW w:w="1606" w:type="dxa"/>
          </w:tcPr>
          <w:p w14:paraId="25733FE4" w14:textId="77777777" w:rsidR="003C7CA3" w:rsidRPr="00A07C1D" w:rsidRDefault="003454F7">
            <w:pPr>
              <w:rPr>
                <w:lang w:val="ro-RO"/>
              </w:rPr>
            </w:pPr>
            <w:r w:rsidRPr="00A07C1D">
              <w:rPr>
                <w:b/>
                <w:color w:val="0D5F78"/>
                <w:lang w:val="ro-RO"/>
              </w:rPr>
              <w:t>spații verzi (m²)</w:t>
            </w:r>
          </w:p>
          <w:p w14:paraId="5166C427" w14:textId="77777777" w:rsidR="003C7CA3" w:rsidRPr="00A07C1D" w:rsidRDefault="003C7CA3">
            <w:pPr>
              <w:rPr>
                <w:lang w:val="ro-RO"/>
              </w:rPr>
            </w:pPr>
          </w:p>
        </w:tc>
      </w:tr>
    </w:tbl>
    <w:p w14:paraId="39DEA0F6"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3C7CA3" w:rsidRPr="0040425E" w14:paraId="09A15946" w14:textId="77777777">
        <w:trPr>
          <w:cantSplit/>
        </w:trPr>
        <w:tc>
          <w:tcPr>
            <w:tcW w:w="9636" w:type="dxa"/>
            <w:gridSpan w:val="2"/>
            <w:shd w:val="clear" w:color="auto" w:fill="F4F4F4"/>
          </w:tcPr>
          <w:p w14:paraId="2CD1D9E8" w14:textId="5C533AE5" w:rsidR="003C7CA3" w:rsidRPr="00A07C1D" w:rsidRDefault="003454F7">
            <w:pPr>
              <w:keepNext/>
              <w:rPr>
                <w:lang w:val="ro-RO"/>
              </w:rPr>
            </w:pPr>
            <w:r w:rsidRPr="00A07C1D">
              <w:rPr>
                <w:b/>
                <w:sz w:val="16"/>
                <w:lang w:val="ro-RO"/>
              </w:rPr>
              <w:t xml:space="preserve"> 7. </w:t>
            </w:r>
            <w:r w:rsidRPr="00A07C1D">
              <w:rPr>
                <w:b/>
                <w:color w:val="000000"/>
                <w:sz w:val="18"/>
                <w:lang w:val="ro-RO"/>
              </w:rPr>
              <w:t xml:space="preserve">MĂSURI </w:t>
            </w:r>
            <w:r w:rsidR="00481869" w:rsidRPr="00A07C1D">
              <w:rPr>
                <w:b/>
                <w:color w:val="000000"/>
                <w:sz w:val="18"/>
                <w:lang w:val="ro-RO"/>
              </w:rPr>
              <w:t>DE PROTECȚIE A MEDIULUI/SECURITATE LA INCENDIU/PROTECTIE CIVILA</w:t>
            </w:r>
          </w:p>
        </w:tc>
      </w:tr>
      <w:tr w:rsidR="003C7CA3" w:rsidRPr="0040425E" w14:paraId="64A301DA" w14:textId="77777777">
        <w:trPr>
          <w:cantSplit/>
          <w:trHeight w:val="510"/>
        </w:trPr>
        <w:tc>
          <w:tcPr>
            <w:tcW w:w="4818" w:type="dxa"/>
          </w:tcPr>
          <w:p w14:paraId="0DEA8A8E" w14:textId="77777777" w:rsidR="003C7CA3" w:rsidRPr="00A07C1D" w:rsidRDefault="003454F7">
            <w:pPr>
              <w:keepNext/>
              <w:rPr>
                <w:lang w:val="ro-RO"/>
              </w:rPr>
            </w:pPr>
            <w:r w:rsidRPr="00A07C1D">
              <w:rPr>
                <w:b/>
                <w:color w:val="0D5F78"/>
                <w:lang w:val="ro-RO"/>
              </w:rPr>
              <w:t>Modul de evacuare a deșeurilor</w:t>
            </w:r>
          </w:p>
          <w:p w14:paraId="79D21EEF" w14:textId="77777777" w:rsidR="003C7CA3" w:rsidRPr="00A07C1D" w:rsidRDefault="003C7CA3">
            <w:pPr>
              <w:keepNext/>
              <w:rPr>
                <w:lang w:val="ro-RO"/>
              </w:rPr>
            </w:pPr>
          </w:p>
        </w:tc>
        <w:tc>
          <w:tcPr>
            <w:tcW w:w="4818" w:type="dxa"/>
          </w:tcPr>
          <w:p w14:paraId="0CF99D41" w14:textId="6EA15F11" w:rsidR="003C7CA3" w:rsidRPr="00A07C1D" w:rsidRDefault="00B0669A">
            <w:pPr>
              <w:keepNext/>
              <w:rPr>
                <w:lang w:val="ro-RO"/>
              </w:rPr>
            </w:pPr>
            <w:r w:rsidRPr="00A07C1D">
              <w:rPr>
                <w:b/>
                <w:color w:val="0D5F78"/>
                <w:lang w:val="ro-RO"/>
              </w:rPr>
              <w:t>Alte măsuri de securitate la incendiu și protecție civilă</w:t>
            </w:r>
          </w:p>
          <w:p w14:paraId="5F1285C7" w14:textId="77777777" w:rsidR="003C7CA3" w:rsidRPr="00A07C1D" w:rsidRDefault="003C7CA3">
            <w:pPr>
              <w:keepNext/>
              <w:rPr>
                <w:lang w:val="ro-RO"/>
              </w:rPr>
            </w:pPr>
          </w:p>
        </w:tc>
      </w:tr>
      <w:tr w:rsidR="003C7CA3" w:rsidRPr="00A07C1D" w14:paraId="3A6BBC96" w14:textId="77777777">
        <w:trPr>
          <w:cantSplit/>
          <w:trHeight w:val="510"/>
        </w:trPr>
        <w:tc>
          <w:tcPr>
            <w:tcW w:w="4818" w:type="dxa"/>
          </w:tcPr>
          <w:p w14:paraId="5C8AEAE0" w14:textId="77777777" w:rsidR="003C7CA3" w:rsidRPr="00A07C1D" w:rsidRDefault="003454F7">
            <w:pPr>
              <w:rPr>
                <w:lang w:val="ro-RO"/>
              </w:rPr>
            </w:pPr>
            <w:r w:rsidRPr="00A07C1D">
              <w:rPr>
                <w:b/>
                <w:color w:val="0D5F78"/>
                <w:lang w:val="ro-RO"/>
              </w:rPr>
              <w:t>Măsuri de protecție a mediului</w:t>
            </w:r>
          </w:p>
          <w:p w14:paraId="586175AE" w14:textId="77777777" w:rsidR="003C7CA3" w:rsidRPr="00A07C1D" w:rsidRDefault="003C7CA3">
            <w:pPr>
              <w:rPr>
                <w:lang w:val="ro-RO"/>
              </w:rPr>
            </w:pPr>
          </w:p>
        </w:tc>
        <w:tc>
          <w:tcPr>
            <w:tcW w:w="4818" w:type="dxa"/>
          </w:tcPr>
          <w:p w14:paraId="2DEC7A0A" w14:textId="181A6029" w:rsidR="003C7CA3" w:rsidRPr="00A07C1D" w:rsidRDefault="003454F7">
            <w:pPr>
              <w:rPr>
                <w:lang w:val="ro-RO"/>
              </w:rPr>
            </w:pPr>
            <w:r w:rsidRPr="00A07C1D">
              <w:rPr>
                <w:b/>
                <w:color w:val="0D5F78"/>
                <w:lang w:val="ro-RO"/>
              </w:rPr>
              <w:t xml:space="preserve">Alte </w:t>
            </w:r>
            <w:r w:rsidR="00481869" w:rsidRPr="00A07C1D">
              <w:rPr>
                <w:b/>
                <w:color w:val="0D5F78"/>
                <w:lang w:val="ro-RO"/>
              </w:rPr>
              <w:t xml:space="preserve">măsuri </w:t>
            </w:r>
            <w:r w:rsidR="009E435D" w:rsidRPr="00A07C1D">
              <w:rPr>
                <w:b/>
                <w:color w:val="0D5F78"/>
                <w:lang w:val="ro-RO"/>
              </w:rPr>
              <w:t>specifice:</w:t>
            </w:r>
          </w:p>
          <w:p w14:paraId="6412A5B3" w14:textId="77777777" w:rsidR="003C7CA3" w:rsidRPr="00A07C1D" w:rsidRDefault="003C7CA3">
            <w:pPr>
              <w:rPr>
                <w:lang w:val="ro-RO"/>
              </w:rPr>
            </w:pPr>
          </w:p>
        </w:tc>
      </w:tr>
    </w:tbl>
    <w:p w14:paraId="522EAA4C"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3C7CA3" w:rsidRPr="00A07C1D" w14:paraId="5BCF3412" w14:textId="77777777">
        <w:trPr>
          <w:cantSplit/>
        </w:trPr>
        <w:tc>
          <w:tcPr>
            <w:tcW w:w="9636" w:type="dxa"/>
            <w:gridSpan w:val="3"/>
            <w:shd w:val="clear" w:color="auto" w:fill="F4F4F4"/>
          </w:tcPr>
          <w:p w14:paraId="6347FD59" w14:textId="1C8D5E4A" w:rsidR="003C7CA3" w:rsidRPr="00A07C1D" w:rsidRDefault="003454F7">
            <w:pPr>
              <w:keepNext/>
              <w:rPr>
                <w:lang w:val="ro-RO"/>
              </w:rPr>
            </w:pPr>
            <w:r w:rsidRPr="00A07C1D">
              <w:rPr>
                <w:b/>
                <w:sz w:val="16"/>
                <w:lang w:val="ro-RO"/>
              </w:rPr>
              <w:t xml:space="preserve"> 8. </w:t>
            </w:r>
            <w:r w:rsidRPr="00A07C1D">
              <w:rPr>
                <w:b/>
                <w:color w:val="000000"/>
                <w:sz w:val="18"/>
                <w:lang w:val="ro-RO"/>
              </w:rPr>
              <w:t>ÎNTOCMIT</w:t>
            </w:r>
          </w:p>
        </w:tc>
      </w:tr>
      <w:tr w:rsidR="003C7CA3" w:rsidRPr="00A07C1D" w14:paraId="2FAD5169" w14:textId="77777777">
        <w:trPr>
          <w:cantSplit/>
          <w:trHeight w:val="510"/>
        </w:trPr>
        <w:tc>
          <w:tcPr>
            <w:tcW w:w="4818" w:type="dxa"/>
          </w:tcPr>
          <w:p w14:paraId="370D703B" w14:textId="77777777" w:rsidR="003C7CA3" w:rsidRPr="00A07C1D" w:rsidRDefault="003454F7">
            <w:pPr>
              <w:rPr>
                <w:lang w:val="ro-RO"/>
              </w:rPr>
            </w:pPr>
            <w:r w:rsidRPr="00A07C1D">
              <w:rPr>
                <w:b/>
                <w:color w:val="0D5F78"/>
                <w:lang w:val="ro-RO"/>
              </w:rPr>
              <w:t>Numele și prenumele / firma și reprezentantul</w:t>
            </w:r>
          </w:p>
          <w:p w14:paraId="19974B2C" w14:textId="77777777" w:rsidR="003C7CA3" w:rsidRPr="00A07C1D" w:rsidRDefault="003C7CA3">
            <w:pPr>
              <w:rPr>
                <w:lang w:val="ro-RO"/>
              </w:rPr>
            </w:pPr>
          </w:p>
        </w:tc>
        <w:tc>
          <w:tcPr>
            <w:tcW w:w="1606" w:type="dxa"/>
          </w:tcPr>
          <w:p w14:paraId="5C2B9240" w14:textId="77777777" w:rsidR="003C7CA3" w:rsidRPr="00A07C1D" w:rsidRDefault="003454F7">
            <w:pPr>
              <w:rPr>
                <w:lang w:val="ro-RO"/>
              </w:rPr>
            </w:pPr>
            <w:r w:rsidRPr="00A07C1D">
              <w:rPr>
                <w:b/>
                <w:color w:val="0D5F78"/>
                <w:lang w:val="ro-RO"/>
              </w:rPr>
              <w:t>Data</w:t>
            </w:r>
          </w:p>
          <w:p w14:paraId="0E969518" w14:textId="77777777" w:rsidR="003C7CA3" w:rsidRPr="00A07C1D" w:rsidRDefault="003C7CA3">
            <w:pPr>
              <w:rPr>
                <w:lang w:val="ro-RO"/>
              </w:rPr>
            </w:pPr>
          </w:p>
        </w:tc>
        <w:tc>
          <w:tcPr>
            <w:tcW w:w="3212" w:type="dxa"/>
          </w:tcPr>
          <w:p w14:paraId="41E26627" w14:textId="77777777" w:rsidR="003C7CA3" w:rsidRPr="00A07C1D" w:rsidRDefault="003454F7">
            <w:pPr>
              <w:rPr>
                <w:lang w:val="ro-RO"/>
              </w:rPr>
            </w:pPr>
            <w:r w:rsidRPr="00A07C1D">
              <w:rPr>
                <w:b/>
                <w:color w:val="0D5F78"/>
                <w:lang w:val="ro-RO"/>
              </w:rPr>
              <w:t>Semnătura și parafa</w:t>
            </w:r>
          </w:p>
          <w:p w14:paraId="2575B4FF" w14:textId="77777777" w:rsidR="003C7CA3" w:rsidRPr="00A07C1D" w:rsidRDefault="003C7CA3">
            <w:pPr>
              <w:rPr>
                <w:lang w:val="ro-RO"/>
              </w:rPr>
            </w:pPr>
          </w:p>
        </w:tc>
      </w:tr>
    </w:tbl>
    <w:p w14:paraId="2718FA85" w14:textId="77777777" w:rsidR="003C7CA3" w:rsidRPr="00A07C1D" w:rsidRDefault="003C7CA3">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1606"/>
        <w:gridCol w:w="1606"/>
        <w:gridCol w:w="803"/>
        <w:gridCol w:w="3212"/>
      </w:tblGrid>
      <w:tr w:rsidR="003C7CA3" w:rsidRPr="0040425E" w14:paraId="789B3316" w14:textId="77777777">
        <w:trPr>
          <w:cantSplit/>
        </w:trPr>
        <w:tc>
          <w:tcPr>
            <w:tcW w:w="9636" w:type="dxa"/>
            <w:gridSpan w:val="5"/>
            <w:shd w:val="clear" w:color="auto" w:fill="F4F4F4"/>
          </w:tcPr>
          <w:p w14:paraId="044F7DD6" w14:textId="6A35DD59" w:rsidR="003C7CA3" w:rsidRPr="00A07C1D" w:rsidRDefault="003454F7">
            <w:pPr>
              <w:keepNext/>
              <w:rPr>
                <w:lang w:val="ro-RO"/>
              </w:rPr>
            </w:pPr>
            <w:r w:rsidRPr="00A07C1D">
              <w:rPr>
                <w:b/>
                <w:sz w:val="16"/>
                <w:lang w:val="ro-RO"/>
              </w:rPr>
              <w:t xml:space="preserve"> 9. </w:t>
            </w:r>
            <w:r w:rsidRPr="00A07C1D">
              <w:rPr>
                <w:b/>
                <w:color w:val="000000"/>
                <w:sz w:val="18"/>
                <w:lang w:val="ro-RO"/>
              </w:rPr>
              <w:t>COMUNICAREA ÎN REGISTRUL NAȚIONAL AL CLĂDIRILOR</w:t>
            </w:r>
          </w:p>
        </w:tc>
      </w:tr>
      <w:tr w:rsidR="003C7CA3" w:rsidRPr="0040425E" w14:paraId="09C9D1CA" w14:textId="77777777">
        <w:trPr>
          <w:cantSplit/>
          <w:trHeight w:val="510"/>
        </w:trPr>
        <w:tc>
          <w:tcPr>
            <w:tcW w:w="4015" w:type="dxa"/>
            <w:gridSpan w:val="2"/>
          </w:tcPr>
          <w:p w14:paraId="7503C39B" w14:textId="77777777" w:rsidR="003C7CA3" w:rsidRPr="00A07C1D" w:rsidRDefault="003454F7">
            <w:pPr>
              <w:keepNext/>
              <w:rPr>
                <w:lang w:val="ro-RO"/>
              </w:rPr>
            </w:pPr>
            <w:r w:rsidRPr="00A07C1D">
              <w:rPr>
                <w:b/>
                <w:color w:val="0D5F78"/>
                <w:lang w:val="ro-RO"/>
              </w:rPr>
              <w:t>Clădirea a fost</w:t>
            </w:r>
          </w:p>
          <w:p w14:paraId="2C7411D0" w14:textId="77777777" w:rsidR="003C7CA3" w:rsidRPr="00A07C1D" w:rsidRDefault="003454F7">
            <w:pPr>
              <w:keepNext/>
              <w:rPr>
                <w:lang w:val="ro-RO"/>
              </w:rPr>
            </w:pPr>
            <w:r w:rsidRPr="00A07C1D">
              <w:rPr>
                <w:sz w:val="16"/>
                <w:lang w:val="ro-RO"/>
              </w:rPr>
              <w:t>☐ identificată în registru     ☐ declarată acum</w:t>
            </w:r>
          </w:p>
        </w:tc>
        <w:tc>
          <w:tcPr>
            <w:tcW w:w="2409" w:type="dxa"/>
            <w:gridSpan w:val="2"/>
          </w:tcPr>
          <w:p w14:paraId="7BDC1FD1" w14:textId="77777777" w:rsidR="003C7CA3" w:rsidRPr="00A07C1D" w:rsidRDefault="003454F7">
            <w:pPr>
              <w:keepNext/>
              <w:rPr>
                <w:lang w:val="ro-RO"/>
              </w:rPr>
            </w:pPr>
            <w:r w:rsidRPr="00A07C1D">
              <w:rPr>
                <w:b/>
                <w:color w:val="0D5F78"/>
                <w:lang w:val="ro-RO"/>
              </w:rPr>
              <w:t>NIS atribuit / confirmat</w:t>
            </w:r>
          </w:p>
          <w:p w14:paraId="46BD8B2A" w14:textId="77777777" w:rsidR="003C7CA3" w:rsidRPr="00A07C1D" w:rsidRDefault="003C7CA3">
            <w:pPr>
              <w:keepNext/>
              <w:rPr>
                <w:lang w:val="ro-RO"/>
              </w:rPr>
            </w:pPr>
          </w:p>
        </w:tc>
        <w:tc>
          <w:tcPr>
            <w:tcW w:w="3212" w:type="dxa"/>
          </w:tcPr>
          <w:p w14:paraId="70909602" w14:textId="77777777" w:rsidR="003C7CA3" w:rsidRPr="00A07C1D" w:rsidRDefault="003454F7">
            <w:pPr>
              <w:keepNext/>
              <w:rPr>
                <w:lang w:val="ro-RO"/>
              </w:rPr>
            </w:pPr>
            <w:r w:rsidRPr="00A07C1D">
              <w:rPr>
                <w:b/>
                <w:color w:val="0D5F78"/>
                <w:lang w:val="ro-RO"/>
              </w:rPr>
              <w:t>Cod investiție</w:t>
            </w:r>
          </w:p>
          <w:p w14:paraId="75D7BD10" w14:textId="77777777" w:rsidR="003C7CA3" w:rsidRPr="00A07C1D" w:rsidRDefault="003454F7">
            <w:pPr>
              <w:keepNext/>
              <w:rPr>
                <w:lang w:val="ro-RO"/>
              </w:rPr>
            </w:pPr>
            <w:r w:rsidRPr="00A07C1D">
              <w:rPr>
                <w:i/>
                <w:color w:val="7A7A7A"/>
                <w:lang w:val="ro-RO"/>
              </w:rPr>
              <w:t>dacă lucrarea e legată de o investiție</w:t>
            </w:r>
          </w:p>
          <w:p w14:paraId="707D1635" w14:textId="77777777" w:rsidR="003C7CA3" w:rsidRPr="00A07C1D" w:rsidRDefault="003C7CA3">
            <w:pPr>
              <w:keepNext/>
              <w:rPr>
                <w:lang w:val="ro-RO"/>
              </w:rPr>
            </w:pPr>
          </w:p>
        </w:tc>
      </w:tr>
      <w:tr w:rsidR="003C7CA3" w:rsidRPr="00A07C1D" w14:paraId="404DE9B4" w14:textId="77777777">
        <w:trPr>
          <w:cantSplit/>
          <w:trHeight w:val="510"/>
        </w:trPr>
        <w:tc>
          <w:tcPr>
            <w:tcW w:w="2409" w:type="dxa"/>
          </w:tcPr>
          <w:p w14:paraId="1E81E077" w14:textId="77777777" w:rsidR="003C7CA3" w:rsidRPr="00A07C1D" w:rsidRDefault="003454F7">
            <w:pPr>
              <w:rPr>
                <w:lang w:val="ro-RO"/>
              </w:rPr>
            </w:pPr>
            <w:r w:rsidRPr="00A07C1D">
              <w:rPr>
                <w:b/>
                <w:color w:val="0D5F78"/>
                <w:lang w:val="ro-RO"/>
              </w:rPr>
              <w:t>Data comunicării</w:t>
            </w:r>
          </w:p>
          <w:p w14:paraId="778D03E7" w14:textId="77777777" w:rsidR="003C7CA3" w:rsidRPr="00A07C1D" w:rsidRDefault="003C7CA3">
            <w:pPr>
              <w:rPr>
                <w:lang w:val="ro-RO"/>
              </w:rPr>
            </w:pPr>
          </w:p>
        </w:tc>
        <w:tc>
          <w:tcPr>
            <w:tcW w:w="3212" w:type="dxa"/>
            <w:gridSpan w:val="2"/>
          </w:tcPr>
          <w:p w14:paraId="77DBAA7A" w14:textId="77777777" w:rsidR="003C7CA3" w:rsidRPr="00A07C1D" w:rsidRDefault="003454F7">
            <w:pPr>
              <w:rPr>
                <w:lang w:val="ro-RO"/>
              </w:rPr>
            </w:pPr>
            <w:r w:rsidRPr="00A07C1D">
              <w:rPr>
                <w:b/>
                <w:color w:val="0D5F78"/>
                <w:lang w:val="ro-RO"/>
              </w:rPr>
              <w:t>Numărul tranzacției</w:t>
            </w:r>
          </w:p>
          <w:p w14:paraId="41280A5F" w14:textId="77777777" w:rsidR="003C7CA3" w:rsidRPr="00A07C1D" w:rsidRDefault="003C7CA3">
            <w:pPr>
              <w:rPr>
                <w:lang w:val="ro-RO"/>
              </w:rPr>
            </w:pPr>
          </w:p>
        </w:tc>
        <w:tc>
          <w:tcPr>
            <w:tcW w:w="4015" w:type="dxa"/>
            <w:gridSpan w:val="2"/>
          </w:tcPr>
          <w:p w14:paraId="3822C8B0" w14:textId="77777777" w:rsidR="003C7CA3" w:rsidRPr="00A07C1D" w:rsidRDefault="003454F7">
            <w:pPr>
              <w:rPr>
                <w:lang w:val="ro-RO"/>
              </w:rPr>
            </w:pPr>
            <w:r w:rsidRPr="00A07C1D">
              <w:rPr>
                <w:b/>
                <w:color w:val="0D5F78"/>
                <w:lang w:val="ro-RO"/>
              </w:rPr>
              <w:t>Comunicat de</w:t>
            </w:r>
          </w:p>
          <w:p w14:paraId="2979CA2D" w14:textId="77777777" w:rsidR="003C7CA3" w:rsidRPr="00A07C1D" w:rsidRDefault="003C7CA3">
            <w:pPr>
              <w:rPr>
                <w:lang w:val="ro-RO"/>
              </w:rPr>
            </w:pPr>
          </w:p>
        </w:tc>
      </w:tr>
    </w:tbl>
    <w:p w14:paraId="080B7191" w14:textId="77777777" w:rsidR="003C7CA3" w:rsidRPr="00A07C1D" w:rsidRDefault="003C7CA3">
      <w:pPr>
        <w:spacing w:line="168" w:lineRule="auto"/>
        <w:rPr>
          <w:lang w:val="ro-RO"/>
        </w:rPr>
      </w:pPr>
    </w:p>
    <w:p w14:paraId="0A206510" w14:textId="77777777" w:rsidR="00913191" w:rsidRPr="00A07C1D" w:rsidRDefault="00913191">
      <w:pPr>
        <w:spacing w:line="168" w:lineRule="auto"/>
        <w:rPr>
          <w:lang w:val="ro-RO"/>
        </w:rPr>
      </w:pPr>
    </w:p>
    <w:p w14:paraId="5330D5FA" w14:textId="77777777" w:rsidR="002870AD" w:rsidRPr="00A07C1D" w:rsidRDefault="002870AD" w:rsidP="00913191">
      <w:pPr>
        <w:rPr>
          <w:sz w:val="20"/>
          <w:szCs w:val="20"/>
          <w:u w:val="single"/>
          <w:lang w:val="ro-RO"/>
        </w:rPr>
      </w:pPr>
    </w:p>
    <w:p w14:paraId="3CE87D73" w14:textId="77777777" w:rsidR="002870AD" w:rsidRPr="00A07C1D" w:rsidRDefault="002870AD" w:rsidP="00913191">
      <w:pPr>
        <w:rPr>
          <w:sz w:val="20"/>
          <w:szCs w:val="20"/>
          <w:u w:val="single"/>
          <w:lang w:val="ro-RO"/>
        </w:rPr>
      </w:pPr>
    </w:p>
    <w:p w14:paraId="22CD2A0F" w14:textId="77777777" w:rsidR="002870AD" w:rsidRPr="00A07C1D" w:rsidRDefault="002870AD" w:rsidP="00913191">
      <w:pPr>
        <w:rPr>
          <w:sz w:val="20"/>
          <w:szCs w:val="20"/>
          <w:u w:val="single"/>
          <w:lang w:val="ro-RO"/>
        </w:rPr>
      </w:pPr>
    </w:p>
    <w:p w14:paraId="763CAB70" w14:textId="713F9C18" w:rsidR="00913191" w:rsidRPr="00A07C1D" w:rsidRDefault="00913191" w:rsidP="00913191">
      <w:pPr>
        <w:rPr>
          <w:sz w:val="20"/>
          <w:szCs w:val="20"/>
          <w:u w:val="single"/>
          <w:lang w:val="ro-RO"/>
        </w:rPr>
      </w:pPr>
      <w:r w:rsidRPr="00A07C1D">
        <w:rPr>
          <w:sz w:val="20"/>
          <w:szCs w:val="20"/>
          <w:u w:val="single"/>
          <w:lang w:val="ro-RO"/>
        </w:rPr>
        <w:t>Punctele 10-1</w:t>
      </w:r>
      <w:r w:rsidR="00481869" w:rsidRPr="00A07C1D">
        <w:rPr>
          <w:sz w:val="20"/>
          <w:szCs w:val="20"/>
          <w:u w:val="single"/>
          <w:lang w:val="ro-RO"/>
        </w:rPr>
        <w:t xml:space="preserve">3 </w:t>
      </w:r>
      <w:r w:rsidRPr="00A07C1D">
        <w:rPr>
          <w:sz w:val="20"/>
          <w:szCs w:val="20"/>
          <w:u w:val="single"/>
          <w:lang w:val="ro-RO"/>
        </w:rPr>
        <w:t xml:space="preserve">se </w:t>
      </w:r>
      <w:r w:rsidR="00FD6EC1" w:rsidRPr="00A07C1D">
        <w:rPr>
          <w:sz w:val="20"/>
          <w:szCs w:val="20"/>
          <w:u w:val="single"/>
          <w:lang w:val="ro-RO"/>
        </w:rPr>
        <w:t>completează</w:t>
      </w:r>
      <w:r w:rsidRPr="00A07C1D">
        <w:rPr>
          <w:sz w:val="20"/>
          <w:szCs w:val="20"/>
          <w:u w:val="single"/>
          <w:lang w:val="ro-RO"/>
        </w:rPr>
        <w:t xml:space="preserve"> în cazul </w:t>
      </w:r>
      <w:r w:rsidR="00FD6EC1" w:rsidRPr="00A07C1D">
        <w:rPr>
          <w:sz w:val="20"/>
          <w:szCs w:val="20"/>
          <w:u w:val="single"/>
          <w:lang w:val="ro-RO"/>
        </w:rPr>
        <w:t>amenajărilor</w:t>
      </w:r>
      <w:r w:rsidRPr="00A07C1D">
        <w:rPr>
          <w:sz w:val="20"/>
          <w:szCs w:val="20"/>
          <w:u w:val="single"/>
          <w:lang w:val="ro-RO"/>
        </w:rPr>
        <w:t xml:space="preserve"> /lucrărilor inginerești</w:t>
      </w:r>
    </w:p>
    <w:p w14:paraId="67473F2C" w14:textId="77777777" w:rsidR="00913191" w:rsidRPr="00A07C1D" w:rsidRDefault="00913191">
      <w:pPr>
        <w:spacing w:line="168" w:lineRule="auto"/>
        <w:rPr>
          <w:lang w:val="ro-RO"/>
        </w:rPr>
      </w:pPr>
    </w:p>
    <w:p w14:paraId="088990E5" w14:textId="77777777" w:rsidR="00913191" w:rsidRPr="00A07C1D" w:rsidRDefault="00913191">
      <w:pPr>
        <w:spacing w:line="168" w:lineRule="auto"/>
        <w:rPr>
          <w:lang w:val="ro-RO"/>
        </w:rPr>
      </w:pPr>
    </w:p>
    <w:p w14:paraId="26959348" w14:textId="77777777" w:rsidR="00913191" w:rsidRPr="00A07C1D" w:rsidRDefault="00913191">
      <w:pPr>
        <w:spacing w:line="168" w:lineRule="auto"/>
        <w:rPr>
          <w:lang w:val="ro-RO"/>
        </w:rPr>
      </w:pPr>
    </w:p>
    <w:tbl>
      <w:tblPr>
        <w:tblStyle w:val="TableGrid"/>
        <w:tblW w:w="0" w:type="auto"/>
        <w:tblLayout w:type="fixed"/>
        <w:tblLook w:val="04A0" w:firstRow="1" w:lastRow="0" w:firstColumn="1" w:lastColumn="0" w:noHBand="0" w:noVBand="1"/>
      </w:tblPr>
      <w:tblGrid>
        <w:gridCol w:w="9636"/>
      </w:tblGrid>
      <w:tr w:rsidR="00913191" w:rsidRPr="00A07C1D" w14:paraId="15E654A6" w14:textId="77777777" w:rsidTr="00303E64">
        <w:tc>
          <w:tcPr>
            <w:tcW w:w="9636" w:type="dxa"/>
            <w:shd w:val="clear" w:color="auto" w:fill="F4F4F4"/>
          </w:tcPr>
          <w:p w14:paraId="15526B2D" w14:textId="6391DFF7" w:rsidR="00481869" w:rsidRPr="00A07C1D" w:rsidRDefault="00913191" w:rsidP="00303E64">
            <w:pPr>
              <w:rPr>
                <w:b/>
                <w:color w:val="000000"/>
                <w:sz w:val="18"/>
                <w:szCs w:val="18"/>
                <w:lang w:val="ro-RO"/>
              </w:rPr>
            </w:pPr>
            <w:r w:rsidRPr="00A07C1D">
              <w:rPr>
                <w:b/>
                <w:sz w:val="18"/>
                <w:szCs w:val="18"/>
                <w:lang w:val="ro-RO"/>
              </w:rPr>
              <w:t xml:space="preserve">10.  </w:t>
            </w:r>
            <w:r w:rsidRPr="00A07C1D">
              <w:rPr>
                <w:b/>
                <w:color w:val="000000"/>
                <w:sz w:val="18"/>
                <w:szCs w:val="18"/>
                <w:lang w:val="ro-RO"/>
              </w:rPr>
              <w:t>DATELE CARACTERISTICE ALE AMPLASAMENTULUI</w:t>
            </w:r>
          </w:p>
        </w:tc>
      </w:tr>
      <w:tr w:rsidR="00913191" w:rsidRPr="00A07C1D" w14:paraId="35BBF072" w14:textId="77777777" w:rsidTr="00303E64">
        <w:trPr>
          <w:trHeight w:val="311"/>
        </w:trPr>
        <w:tc>
          <w:tcPr>
            <w:tcW w:w="9636" w:type="dxa"/>
          </w:tcPr>
          <w:p w14:paraId="404A19BB" w14:textId="77777777" w:rsidR="00913191" w:rsidRPr="00A07C1D" w:rsidRDefault="00913191" w:rsidP="00303E64">
            <w:pPr>
              <w:rPr>
                <w:lang w:val="ro-RO"/>
              </w:rPr>
            </w:pPr>
          </w:p>
          <w:p w14:paraId="75C9E1F6" w14:textId="77777777" w:rsidR="00913191" w:rsidRPr="00A07C1D" w:rsidRDefault="00913191" w:rsidP="00303E64">
            <w:pPr>
              <w:rPr>
                <w:lang w:val="ro-RO"/>
              </w:rPr>
            </w:pPr>
          </w:p>
          <w:p w14:paraId="5CEEA210" w14:textId="77777777" w:rsidR="00913191" w:rsidRPr="00A07C1D" w:rsidRDefault="00913191" w:rsidP="00303E64">
            <w:pPr>
              <w:rPr>
                <w:lang w:val="ro-RO"/>
              </w:rPr>
            </w:pPr>
          </w:p>
          <w:p w14:paraId="49CC17DA" w14:textId="77777777" w:rsidR="00913191" w:rsidRPr="00A07C1D" w:rsidRDefault="00913191" w:rsidP="00303E64">
            <w:pPr>
              <w:rPr>
                <w:lang w:val="ro-RO"/>
              </w:rPr>
            </w:pPr>
          </w:p>
        </w:tc>
      </w:tr>
      <w:tr w:rsidR="00913191" w:rsidRPr="0040425E" w14:paraId="64B1AEFE" w14:textId="77777777" w:rsidTr="00481869">
        <w:trPr>
          <w:trHeight w:val="311"/>
        </w:trPr>
        <w:tc>
          <w:tcPr>
            <w:tcW w:w="9636" w:type="dxa"/>
            <w:shd w:val="clear" w:color="auto" w:fill="F2F2F2" w:themeFill="background1" w:themeFillShade="F2"/>
          </w:tcPr>
          <w:p w14:paraId="06040E9F" w14:textId="73498F5D" w:rsidR="00913191" w:rsidRPr="00A07C1D" w:rsidRDefault="00913191" w:rsidP="00303E64">
            <w:pPr>
              <w:rPr>
                <w:sz w:val="18"/>
                <w:szCs w:val="18"/>
                <w:lang w:val="ro-RO"/>
              </w:rPr>
            </w:pPr>
            <w:r w:rsidRPr="00A07C1D">
              <w:rPr>
                <w:b/>
                <w:sz w:val="18"/>
                <w:szCs w:val="18"/>
                <w:lang w:val="ro-RO"/>
              </w:rPr>
              <w:t xml:space="preserve">11.  CARACTERISTICI TEHNICE SI </w:t>
            </w:r>
            <w:r w:rsidRPr="00A07C1D">
              <w:rPr>
                <w:b/>
                <w:color w:val="000000"/>
                <w:sz w:val="18"/>
                <w:szCs w:val="18"/>
                <w:lang w:val="ro-RO"/>
              </w:rPr>
              <w:t xml:space="preserve">CAPACITĂȚI FUNCȚIONALE  SPECIFICE </w:t>
            </w:r>
          </w:p>
        </w:tc>
      </w:tr>
      <w:tr w:rsidR="00913191" w:rsidRPr="0040425E" w14:paraId="6CA09AF3" w14:textId="77777777" w:rsidTr="00303E64">
        <w:trPr>
          <w:trHeight w:val="311"/>
        </w:trPr>
        <w:tc>
          <w:tcPr>
            <w:tcW w:w="9636" w:type="dxa"/>
          </w:tcPr>
          <w:p w14:paraId="0F93402F" w14:textId="77777777" w:rsidR="00913191" w:rsidRPr="00A07C1D" w:rsidRDefault="00913191" w:rsidP="00303E64">
            <w:pPr>
              <w:rPr>
                <w:lang w:val="ro-RO"/>
              </w:rPr>
            </w:pPr>
          </w:p>
          <w:p w14:paraId="1F1212DC" w14:textId="77777777" w:rsidR="00913191" w:rsidRPr="00A07C1D" w:rsidRDefault="00913191" w:rsidP="00303E64">
            <w:pPr>
              <w:rPr>
                <w:lang w:val="ro-RO"/>
              </w:rPr>
            </w:pPr>
          </w:p>
          <w:p w14:paraId="136A35DA" w14:textId="77777777" w:rsidR="00913191" w:rsidRPr="00A07C1D" w:rsidRDefault="00913191" w:rsidP="00303E64">
            <w:pPr>
              <w:rPr>
                <w:lang w:val="ro-RO"/>
              </w:rPr>
            </w:pPr>
          </w:p>
        </w:tc>
      </w:tr>
    </w:tbl>
    <w:p w14:paraId="57F60CB5" w14:textId="77777777" w:rsidR="00913191" w:rsidRPr="00A07C1D" w:rsidRDefault="00913191">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4818"/>
      </w:tblGrid>
      <w:tr w:rsidR="00481869" w:rsidRPr="0040425E" w14:paraId="48814357" w14:textId="77777777" w:rsidTr="00303E64">
        <w:trPr>
          <w:cantSplit/>
        </w:trPr>
        <w:tc>
          <w:tcPr>
            <w:tcW w:w="9636" w:type="dxa"/>
            <w:gridSpan w:val="2"/>
            <w:shd w:val="clear" w:color="auto" w:fill="F4F4F4"/>
          </w:tcPr>
          <w:p w14:paraId="78149411" w14:textId="7ED698A5" w:rsidR="00481869" w:rsidRPr="00A07C1D" w:rsidRDefault="00481869" w:rsidP="00303E64">
            <w:pPr>
              <w:keepNext/>
              <w:rPr>
                <w:lang w:val="ro-RO"/>
              </w:rPr>
            </w:pPr>
            <w:r w:rsidRPr="00A07C1D">
              <w:rPr>
                <w:b/>
                <w:sz w:val="16"/>
                <w:lang w:val="ro-RO"/>
              </w:rPr>
              <w:t xml:space="preserve">12. </w:t>
            </w:r>
            <w:r w:rsidRPr="00A07C1D">
              <w:rPr>
                <w:b/>
                <w:color w:val="000000"/>
                <w:sz w:val="18"/>
                <w:lang w:val="ro-RO"/>
              </w:rPr>
              <w:t xml:space="preserve">MĂSURI DE </w:t>
            </w:r>
            <w:r w:rsidR="00731762" w:rsidRPr="00A07C1D">
              <w:rPr>
                <w:b/>
                <w:color w:val="000000"/>
                <w:sz w:val="18"/>
                <w:lang w:val="ro-RO"/>
              </w:rPr>
              <w:t>PROTECȚIE</w:t>
            </w:r>
            <w:r w:rsidRPr="00A07C1D">
              <w:rPr>
                <w:b/>
                <w:color w:val="000000"/>
                <w:sz w:val="18"/>
                <w:lang w:val="ro-RO"/>
              </w:rPr>
              <w:t xml:space="preserve"> A MEDIULUI / SECURITATE LA INCENDIU</w:t>
            </w:r>
          </w:p>
        </w:tc>
      </w:tr>
      <w:tr w:rsidR="00481869" w:rsidRPr="00A07C1D" w14:paraId="0827F875" w14:textId="77777777" w:rsidTr="00303E64">
        <w:trPr>
          <w:cantSplit/>
          <w:trHeight w:val="510"/>
        </w:trPr>
        <w:tc>
          <w:tcPr>
            <w:tcW w:w="4818" w:type="dxa"/>
          </w:tcPr>
          <w:p w14:paraId="2201417D" w14:textId="77777777" w:rsidR="00481869" w:rsidRPr="00A07C1D" w:rsidRDefault="00481869" w:rsidP="00303E64">
            <w:pPr>
              <w:keepNext/>
              <w:rPr>
                <w:lang w:val="ro-RO"/>
              </w:rPr>
            </w:pPr>
            <w:r w:rsidRPr="00A07C1D">
              <w:rPr>
                <w:b/>
                <w:color w:val="0D5F78"/>
                <w:lang w:val="ro-RO"/>
              </w:rPr>
              <w:t>Modul de evacuare a deșeurilor</w:t>
            </w:r>
          </w:p>
          <w:p w14:paraId="253A2CEE" w14:textId="77777777" w:rsidR="00481869" w:rsidRPr="00A07C1D" w:rsidRDefault="00481869" w:rsidP="00303E64">
            <w:pPr>
              <w:keepNext/>
              <w:rPr>
                <w:lang w:val="ro-RO"/>
              </w:rPr>
            </w:pPr>
          </w:p>
        </w:tc>
        <w:tc>
          <w:tcPr>
            <w:tcW w:w="4818" w:type="dxa"/>
          </w:tcPr>
          <w:p w14:paraId="43DA7C1B" w14:textId="3909995D" w:rsidR="00481869" w:rsidRPr="00A07C1D" w:rsidRDefault="00481869" w:rsidP="00303E64">
            <w:pPr>
              <w:keepNext/>
              <w:rPr>
                <w:lang w:val="ro-RO"/>
              </w:rPr>
            </w:pPr>
            <w:r w:rsidRPr="00A07C1D">
              <w:rPr>
                <w:b/>
                <w:color w:val="0D5F78"/>
                <w:lang w:val="ro-RO"/>
              </w:rPr>
              <w:t>Măsuri de securitate la incendiu</w:t>
            </w:r>
          </w:p>
          <w:p w14:paraId="2FD7E2E3" w14:textId="77777777" w:rsidR="00481869" w:rsidRPr="00A07C1D" w:rsidRDefault="00481869" w:rsidP="00303E64">
            <w:pPr>
              <w:keepNext/>
              <w:rPr>
                <w:lang w:val="ro-RO"/>
              </w:rPr>
            </w:pPr>
          </w:p>
        </w:tc>
      </w:tr>
      <w:tr w:rsidR="00481869" w:rsidRPr="00A07C1D" w14:paraId="6A3E6F3D" w14:textId="77777777" w:rsidTr="00303E64">
        <w:trPr>
          <w:cantSplit/>
          <w:trHeight w:val="510"/>
        </w:trPr>
        <w:tc>
          <w:tcPr>
            <w:tcW w:w="4818" w:type="dxa"/>
          </w:tcPr>
          <w:p w14:paraId="007359C1" w14:textId="77777777" w:rsidR="00481869" w:rsidRPr="00A07C1D" w:rsidRDefault="00481869" w:rsidP="00303E64">
            <w:pPr>
              <w:rPr>
                <w:lang w:val="ro-RO"/>
              </w:rPr>
            </w:pPr>
            <w:r w:rsidRPr="00A07C1D">
              <w:rPr>
                <w:b/>
                <w:color w:val="0D5F78"/>
                <w:lang w:val="ro-RO"/>
              </w:rPr>
              <w:t>Măsuri de protecție a mediului</w:t>
            </w:r>
          </w:p>
          <w:p w14:paraId="6446EBE5" w14:textId="77777777" w:rsidR="00481869" w:rsidRPr="00A07C1D" w:rsidRDefault="00481869" w:rsidP="00303E64">
            <w:pPr>
              <w:rPr>
                <w:lang w:val="ro-RO"/>
              </w:rPr>
            </w:pPr>
          </w:p>
        </w:tc>
        <w:tc>
          <w:tcPr>
            <w:tcW w:w="4818" w:type="dxa"/>
          </w:tcPr>
          <w:p w14:paraId="0FD4A589" w14:textId="1EE59EF2" w:rsidR="00481869" w:rsidRPr="00A07C1D" w:rsidRDefault="00481869" w:rsidP="00303E64">
            <w:pPr>
              <w:rPr>
                <w:lang w:val="ro-RO"/>
              </w:rPr>
            </w:pPr>
            <w:r w:rsidRPr="00A07C1D">
              <w:rPr>
                <w:b/>
                <w:color w:val="0D5F78"/>
                <w:lang w:val="ro-RO"/>
              </w:rPr>
              <w:t>Alte  măsuri specifice</w:t>
            </w:r>
          </w:p>
          <w:p w14:paraId="6BDF2294" w14:textId="77777777" w:rsidR="00481869" w:rsidRPr="00A07C1D" w:rsidRDefault="00481869" w:rsidP="00303E64">
            <w:pPr>
              <w:rPr>
                <w:lang w:val="ro-RO"/>
              </w:rPr>
            </w:pPr>
          </w:p>
        </w:tc>
      </w:tr>
    </w:tbl>
    <w:p w14:paraId="56875253" w14:textId="77777777" w:rsidR="00481869" w:rsidRPr="00A07C1D" w:rsidRDefault="00481869">
      <w:pPr>
        <w:spacing w:line="168" w:lineRule="auto"/>
        <w:rPr>
          <w:lang w:val="ro-RO"/>
        </w:rPr>
      </w:pPr>
    </w:p>
    <w:p w14:paraId="3C380F78" w14:textId="77777777" w:rsidR="00481869" w:rsidRPr="00A07C1D" w:rsidRDefault="00481869">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818"/>
        <w:gridCol w:w="1606"/>
        <w:gridCol w:w="3212"/>
      </w:tblGrid>
      <w:tr w:rsidR="00481869" w:rsidRPr="00A07C1D" w14:paraId="05487BBA" w14:textId="77777777" w:rsidTr="00303E64">
        <w:trPr>
          <w:cantSplit/>
        </w:trPr>
        <w:tc>
          <w:tcPr>
            <w:tcW w:w="9636" w:type="dxa"/>
            <w:gridSpan w:val="3"/>
            <w:shd w:val="clear" w:color="auto" w:fill="F4F4F4"/>
          </w:tcPr>
          <w:p w14:paraId="4CC38EC2" w14:textId="2887E864" w:rsidR="00481869" w:rsidRPr="00A07C1D" w:rsidRDefault="00481869" w:rsidP="00303E64">
            <w:pPr>
              <w:keepNext/>
              <w:rPr>
                <w:lang w:val="ro-RO"/>
              </w:rPr>
            </w:pPr>
            <w:r w:rsidRPr="00A07C1D">
              <w:rPr>
                <w:b/>
                <w:sz w:val="16"/>
                <w:lang w:val="ro-RO"/>
              </w:rPr>
              <w:t xml:space="preserve">13. </w:t>
            </w:r>
            <w:r w:rsidRPr="00A07C1D">
              <w:rPr>
                <w:b/>
                <w:color w:val="000000"/>
                <w:sz w:val="18"/>
                <w:lang w:val="ro-RO"/>
              </w:rPr>
              <w:t>ÎNTOCMIT</w:t>
            </w:r>
          </w:p>
        </w:tc>
      </w:tr>
      <w:tr w:rsidR="00481869" w:rsidRPr="00A07C1D" w14:paraId="7D366BD0" w14:textId="77777777" w:rsidTr="00303E64">
        <w:trPr>
          <w:cantSplit/>
          <w:trHeight w:val="510"/>
        </w:trPr>
        <w:tc>
          <w:tcPr>
            <w:tcW w:w="4818" w:type="dxa"/>
          </w:tcPr>
          <w:p w14:paraId="48BF3A7A" w14:textId="77777777" w:rsidR="00481869" w:rsidRPr="00A07C1D" w:rsidRDefault="00481869" w:rsidP="00303E64">
            <w:pPr>
              <w:rPr>
                <w:lang w:val="ro-RO"/>
              </w:rPr>
            </w:pPr>
            <w:r w:rsidRPr="00A07C1D">
              <w:rPr>
                <w:b/>
                <w:color w:val="0D5F78"/>
                <w:lang w:val="ro-RO"/>
              </w:rPr>
              <w:t>Numele și prenumele / firma și reprezentantul</w:t>
            </w:r>
          </w:p>
          <w:p w14:paraId="6B334517" w14:textId="77777777" w:rsidR="00481869" w:rsidRPr="00A07C1D" w:rsidRDefault="00481869" w:rsidP="00303E64">
            <w:pPr>
              <w:rPr>
                <w:lang w:val="ro-RO"/>
              </w:rPr>
            </w:pPr>
          </w:p>
        </w:tc>
        <w:tc>
          <w:tcPr>
            <w:tcW w:w="1606" w:type="dxa"/>
          </w:tcPr>
          <w:p w14:paraId="28EE7D57" w14:textId="77777777" w:rsidR="00481869" w:rsidRPr="00A07C1D" w:rsidRDefault="00481869" w:rsidP="00303E64">
            <w:pPr>
              <w:rPr>
                <w:lang w:val="ro-RO"/>
              </w:rPr>
            </w:pPr>
            <w:r w:rsidRPr="00A07C1D">
              <w:rPr>
                <w:b/>
                <w:color w:val="0D5F78"/>
                <w:lang w:val="ro-RO"/>
              </w:rPr>
              <w:t>Data</w:t>
            </w:r>
          </w:p>
          <w:p w14:paraId="604B415A" w14:textId="77777777" w:rsidR="00481869" w:rsidRPr="00A07C1D" w:rsidRDefault="00481869" w:rsidP="00303E64">
            <w:pPr>
              <w:rPr>
                <w:lang w:val="ro-RO"/>
              </w:rPr>
            </w:pPr>
          </w:p>
        </w:tc>
        <w:tc>
          <w:tcPr>
            <w:tcW w:w="3212" w:type="dxa"/>
          </w:tcPr>
          <w:p w14:paraId="4217163A" w14:textId="77777777" w:rsidR="00481869" w:rsidRPr="00A07C1D" w:rsidRDefault="00481869" w:rsidP="00303E64">
            <w:pPr>
              <w:rPr>
                <w:lang w:val="ro-RO"/>
              </w:rPr>
            </w:pPr>
            <w:r w:rsidRPr="00A07C1D">
              <w:rPr>
                <w:b/>
                <w:color w:val="0D5F78"/>
                <w:lang w:val="ro-RO"/>
              </w:rPr>
              <w:t>Semnătura și parafa</w:t>
            </w:r>
          </w:p>
          <w:p w14:paraId="0ABC8491" w14:textId="77777777" w:rsidR="00481869" w:rsidRPr="00A07C1D" w:rsidRDefault="00481869" w:rsidP="00303E64">
            <w:pPr>
              <w:rPr>
                <w:lang w:val="ro-RO"/>
              </w:rPr>
            </w:pPr>
          </w:p>
        </w:tc>
      </w:tr>
    </w:tbl>
    <w:p w14:paraId="6405C781" w14:textId="77777777" w:rsidR="00481869" w:rsidRPr="00A07C1D" w:rsidRDefault="00481869">
      <w:pPr>
        <w:spacing w:line="168" w:lineRule="auto"/>
        <w:rPr>
          <w:lang w:val="ro-RO"/>
        </w:rPr>
      </w:pPr>
    </w:p>
    <w:sectPr w:rsidR="00481869" w:rsidRPr="00A07C1D" w:rsidSect="002B61AC">
      <w:footerReference w:type="default" r:id="rId9"/>
      <w:headerReference w:type="first" r:id="rId10"/>
      <w:pgSz w:w="11906" w:h="16838"/>
      <w:pgMar w:top="567" w:right="1134" w:bottom="454" w:left="1134" w:header="72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4D51" w14:textId="77777777" w:rsidR="00127D52" w:rsidRDefault="00127D52">
      <w:r>
        <w:separator/>
      </w:r>
    </w:p>
  </w:endnote>
  <w:endnote w:type="continuationSeparator" w:id="0">
    <w:p w14:paraId="40F52B7F" w14:textId="77777777" w:rsidR="00127D52" w:rsidRDefault="0012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1461" w14:textId="03381447" w:rsidR="003C7CA3" w:rsidRDefault="003454F7">
    <w:pPr>
      <w:pStyle w:val="Footer"/>
      <w:tabs>
        <w:tab w:val="right" w:pos="9639"/>
      </w:tabs>
    </w:pP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5B29C5">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5B29C5">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C551" w14:textId="77777777" w:rsidR="00127D52" w:rsidRDefault="00127D52">
      <w:r>
        <w:separator/>
      </w:r>
    </w:p>
  </w:footnote>
  <w:footnote w:type="continuationSeparator" w:id="0">
    <w:p w14:paraId="1A234248" w14:textId="77777777" w:rsidR="00127D52" w:rsidRDefault="00127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8B78" w14:textId="4048B11C" w:rsidR="002B61AC" w:rsidRPr="003B1BE6" w:rsidRDefault="002B61AC" w:rsidP="003B1BE6">
    <w:pPr>
      <w:pStyle w:val="Header"/>
      <w:jc w:val="right"/>
      <w:rPr>
        <w:sz w:val="24"/>
        <w:szCs w:val="24"/>
        <w:lang w:val="ro-RO"/>
      </w:rPr>
    </w:pPr>
    <w:r w:rsidRPr="003B1BE6">
      <w:rPr>
        <w:sz w:val="24"/>
        <w:szCs w:val="24"/>
        <w:lang w:val="ro-RO"/>
      </w:rPr>
      <w:t>A</w:t>
    </w:r>
    <w:r w:rsidR="00591788" w:rsidRPr="003B1BE6">
      <w:rPr>
        <w:sz w:val="24"/>
        <w:szCs w:val="24"/>
        <w:lang w:val="ro-RO"/>
      </w:rPr>
      <w:t>NEXA NR.1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E65C2"/>
    <w:multiLevelType w:val="hybridMultilevel"/>
    <w:tmpl w:val="939C5BF2"/>
    <w:lvl w:ilvl="0" w:tplc="724C5A7A">
      <w:start w:val="1"/>
      <w:numFmt w:val="decimal"/>
      <w:lvlText w:val="%1."/>
      <w:lvlJc w:val="left"/>
      <w:pPr>
        <w:ind w:left="405" w:hanging="360"/>
      </w:pPr>
      <w:rPr>
        <w:rFonts w:hint="default"/>
        <w:color w:val="auto"/>
        <w:sz w:val="16"/>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900433213">
    <w:abstractNumId w:val="8"/>
  </w:num>
  <w:num w:numId="2" w16cid:durableId="949047383">
    <w:abstractNumId w:val="6"/>
  </w:num>
  <w:num w:numId="3" w16cid:durableId="1067460712">
    <w:abstractNumId w:val="5"/>
  </w:num>
  <w:num w:numId="4" w16cid:durableId="1042945005">
    <w:abstractNumId w:val="4"/>
  </w:num>
  <w:num w:numId="5" w16cid:durableId="745961179">
    <w:abstractNumId w:val="7"/>
  </w:num>
  <w:num w:numId="6" w16cid:durableId="1802964548">
    <w:abstractNumId w:val="3"/>
  </w:num>
  <w:num w:numId="7" w16cid:durableId="674841072">
    <w:abstractNumId w:val="2"/>
  </w:num>
  <w:num w:numId="8" w16cid:durableId="467554015">
    <w:abstractNumId w:val="1"/>
  </w:num>
  <w:num w:numId="9" w16cid:durableId="749886901">
    <w:abstractNumId w:val="0"/>
  </w:num>
  <w:num w:numId="10" w16cid:durableId="18883747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288"/>
    <w:rsid w:val="0006063C"/>
    <w:rsid w:val="0007047E"/>
    <w:rsid w:val="00084CC7"/>
    <w:rsid w:val="000B119D"/>
    <w:rsid w:val="00124B01"/>
    <w:rsid w:val="00127D52"/>
    <w:rsid w:val="00143BCA"/>
    <w:rsid w:val="0015074B"/>
    <w:rsid w:val="001531A5"/>
    <w:rsid w:val="001E2AE5"/>
    <w:rsid w:val="001E5D0A"/>
    <w:rsid w:val="00244936"/>
    <w:rsid w:val="00260181"/>
    <w:rsid w:val="00261C2C"/>
    <w:rsid w:val="002870AD"/>
    <w:rsid w:val="0029639D"/>
    <w:rsid w:val="002B61AC"/>
    <w:rsid w:val="002E47B8"/>
    <w:rsid w:val="0031113E"/>
    <w:rsid w:val="00326F90"/>
    <w:rsid w:val="003454F7"/>
    <w:rsid w:val="00373B4D"/>
    <w:rsid w:val="003A597C"/>
    <w:rsid w:val="003B1BE6"/>
    <w:rsid w:val="003C7CA3"/>
    <w:rsid w:val="003F6F31"/>
    <w:rsid w:val="0040425E"/>
    <w:rsid w:val="004363D6"/>
    <w:rsid w:val="00481869"/>
    <w:rsid w:val="0049571B"/>
    <w:rsid w:val="004D724A"/>
    <w:rsid w:val="005375AB"/>
    <w:rsid w:val="00544C84"/>
    <w:rsid w:val="00551448"/>
    <w:rsid w:val="005621B6"/>
    <w:rsid w:val="00591788"/>
    <w:rsid w:val="0059688D"/>
    <w:rsid w:val="005B29C5"/>
    <w:rsid w:val="005C42C1"/>
    <w:rsid w:val="0062022C"/>
    <w:rsid w:val="00685BCB"/>
    <w:rsid w:val="006C103E"/>
    <w:rsid w:val="006D4D10"/>
    <w:rsid w:val="006D563F"/>
    <w:rsid w:val="00731762"/>
    <w:rsid w:val="007E5D45"/>
    <w:rsid w:val="00846CA8"/>
    <w:rsid w:val="00854935"/>
    <w:rsid w:val="00890859"/>
    <w:rsid w:val="008A6038"/>
    <w:rsid w:val="008B5868"/>
    <w:rsid w:val="008E098F"/>
    <w:rsid w:val="00913191"/>
    <w:rsid w:val="009C7D0D"/>
    <w:rsid w:val="009D3917"/>
    <w:rsid w:val="009E435D"/>
    <w:rsid w:val="009F36C2"/>
    <w:rsid w:val="009F38CC"/>
    <w:rsid w:val="00A07C1D"/>
    <w:rsid w:val="00A65E2B"/>
    <w:rsid w:val="00A80531"/>
    <w:rsid w:val="00AA1D8D"/>
    <w:rsid w:val="00AD71BE"/>
    <w:rsid w:val="00B0669A"/>
    <w:rsid w:val="00B47730"/>
    <w:rsid w:val="00B65B65"/>
    <w:rsid w:val="00B953F4"/>
    <w:rsid w:val="00C07E49"/>
    <w:rsid w:val="00C163ED"/>
    <w:rsid w:val="00C3247B"/>
    <w:rsid w:val="00C32AB5"/>
    <w:rsid w:val="00C361D8"/>
    <w:rsid w:val="00C46767"/>
    <w:rsid w:val="00C674B4"/>
    <w:rsid w:val="00C97344"/>
    <w:rsid w:val="00CB0664"/>
    <w:rsid w:val="00CD3FD2"/>
    <w:rsid w:val="00D4588A"/>
    <w:rsid w:val="00D46F2C"/>
    <w:rsid w:val="00D626CC"/>
    <w:rsid w:val="00D867EB"/>
    <w:rsid w:val="00DB3B82"/>
    <w:rsid w:val="00DD04E9"/>
    <w:rsid w:val="00E113CC"/>
    <w:rsid w:val="00E17D4D"/>
    <w:rsid w:val="00E26881"/>
    <w:rsid w:val="00E57446"/>
    <w:rsid w:val="00E61A6B"/>
    <w:rsid w:val="00E9623F"/>
    <w:rsid w:val="00EC2567"/>
    <w:rsid w:val="00ED377B"/>
    <w:rsid w:val="00ED52D1"/>
    <w:rsid w:val="00F17A55"/>
    <w:rsid w:val="00F6063D"/>
    <w:rsid w:val="00F61A70"/>
    <w:rsid w:val="00F64C20"/>
    <w:rsid w:val="00F97996"/>
    <w:rsid w:val="00FC2F0B"/>
    <w:rsid w:val="00FC693F"/>
    <w:rsid w:val="00FD6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8F16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5def1">
    <w:name w:val="l5def1"/>
    <w:basedOn w:val="DefaultParagraphFont"/>
    <w:rsid w:val="00ED52D1"/>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187AD-28BB-4DDC-AD60-DE651219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2380</Words>
  <Characters>13571</Characters>
  <Application>Microsoft Office Word</Application>
  <DocSecurity>0</DocSecurity>
  <Lines>113</Lines>
  <Paragraphs>31</Paragraphs>
  <ScaleCrop>false</ScaleCrop>
  <Manager/>
  <Company/>
  <LinksUpToDate>false</LinksUpToDate>
  <CharactersWithSpaces>15920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2026-09-10T07:39:00Z</dcterms:created>
  <dcterms:modified xsi:type="dcterms:W3CDTF">2026-09-10T07:39:00Z</dcterms:modified>
  <cp:category/>
</cp:coreProperties>
</file>